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2.xml" ContentType="application/vnd.openxmlformats-officedocument.wordprocessingml.header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r="http://schemas.openxmlformats.org/officeDocument/2006/relationships" xmlns:mc="http://schemas.openxmlformats.org/markup-compatibility/2006" xmlns:wp="http://schemas.openxmlformats.org/drawingml/2006/wordprocessingDrawing" xmlns:pic="http://schemas.openxmlformats.org/drawingml/2006/picture" xmlns:vyd="http://volga.yandex.com/schemas/document/model" xmlns:w="http://schemas.openxmlformats.org/wordprocessingml/2006/main" xmlns:w14="http://schemas.microsoft.com/office/word/2010/wordml" mc:Ignorable="vyd" w:conformance="transitional">
  <w:background/>
  <w:body vyd:_id="vyd:00000000000001">
    <w:p w14:paraId="5FD83F4D" w14:textId="77777777" w:rsidR="002F777F" w:rsidRPr="003850CC" w:rsidRDefault="002F777F" w:rsidP="003850CC" vyd:_id="vyd:00000000000gnf">
      <w:pPr>
        <w:spacing w:after="0" w:line="360" w:lineRule="auto"/>
        <w:jc w:val="center"/>
        <w:rPr>
          <w:rFonts w:ascii="Times New Roman" w:hAnsi="Times New Roman" w:cs="Times New Roman"/>
          <w:sz w:val="28"/>
          <w:lang w:val="ru-RU"/>
          <w:bCs w:val="1"/>
          <w:szCs w:val="28"/>
        </w:rPr>
      </w:pPr>
    </w:p>
    <w:p w14:paraId="7D1FC789" w14:textId="77777777" w:rsidR="002F777F" w:rsidRPr="003850CC" w:rsidRDefault="002F777F" w:rsidP="003850CC" vyd:_id="vyd:00000000000gne">
      <w:pPr>
        <w:spacing w:after="0" w:line="360" w:lineRule="auto"/>
        <w:jc w:val="center"/>
        <w:rPr>
          <w:rFonts w:ascii="Times New Roman" w:hAnsi="Times New Roman" w:cs="Times New Roman"/>
          <w:sz w:val="28"/>
          <w:lang w:val="ru-RU"/>
          <w:bCs w:val="1"/>
          <w:szCs w:val="28"/>
        </w:rPr>
      </w:pPr>
    </w:p>
    <w:p w14:paraId="1F3C95B4" w14:textId="77777777" w:rsidR="002F777F" w:rsidRPr="003850CC" w:rsidRDefault="002F777F" w:rsidP="003850CC" vyd:_id="vyd:00000000000gnd">
      <w:pPr>
        <w:spacing w:after="0" w:line="360" w:lineRule="auto"/>
        <w:jc w:val="center"/>
        <w:rPr>
          <w:rFonts w:ascii="Times New Roman" w:hAnsi="Times New Roman" w:cs="Times New Roman"/>
          <w:sz w:val="28"/>
          <w:lang w:val="ru-RU"/>
          <w:bCs w:val="1"/>
          <w:szCs w:val="28"/>
        </w:rPr>
      </w:pPr>
    </w:p>
    <w:p w14:paraId="4A71CFA3" w14:textId="515DB9D4" w:rsidR="002F777F" w:rsidRDefault="002F777F" w:rsidP="003850CC" vyd:_id="vyd:00000000000gnc">
      <w:pPr>
        <w:spacing w:after="0" w:line="360" w:lineRule="auto"/>
        <w:jc w:val="center"/>
        <w:rPr>
          <w:rFonts w:ascii="Times New Roman" w:hAnsi="Times New Roman" w:cs="Times New Roman"/>
          <w:sz w:val="28"/>
          <w:lang w:val="ru-RU"/>
          <w:bCs w:val="1"/>
          <w:szCs w:val="28"/>
        </w:rPr>
      </w:pPr>
    </w:p>
    <w:p w14:paraId="13AECB77" w14:textId="33C058B7" w:rsidR="003850CC" w:rsidRDefault="003850CC" w:rsidP="003850CC" vyd:_id="vyd:00000000000gnb">
      <w:pPr>
        <w:spacing w:after="0" w:line="360" w:lineRule="auto"/>
        <w:jc w:val="center"/>
        <w:rPr>
          <w:rFonts w:ascii="Times New Roman" w:hAnsi="Times New Roman" w:cs="Times New Roman"/>
          <w:sz w:val="28"/>
          <w:lang w:val="ru-RU"/>
          <w:bCs w:val="1"/>
          <w:szCs w:val="28"/>
        </w:rPr>
      </w:pPr>
    </w:p>
    <w:p w14:paraId="75183F11" w14:textId="77777777" w:rsidR="003850CC" w:rsidRPr="003850CC" w:rsidRDefault="003850CC" w:rsidP="003850CC" vyd:_id="vyd:00000000000gna">
      <w:pPr>
        <w:spacing w:after="0" w:line="360" w:lineRule="auto"/>
        <w:jc w:val="center"/>
        <w:rPr>
          <w:rFonts w:ascii="Times New Roman" w:hAnsi="Times New Roman" w:cs="Times New Roman"/>
          <w:sz w:val="28"/>
          <w:lang w:val="ru-RU"/>
          <w:bCs w:val="1"/>
          <w:szCs w:val="28"/>
        </w:rPr>
      </w:pPr>
    </w:p>
    <w:p w14:paraId="686F527B" w14:textId="77777777" w:rsidR="002F777F" w:rsidRPr="003850CC" w:rsidRDefault="002F777F" w:rsidP="003850CC" vyd:_id="vyd:00000000000gn9">
      <w:pPr>
        <w:spacing w:after="0" w:line="360" w:lineRule="auto"/>
        <w:jc w:val="center"/>
        <w:rPr>
          <w:rFonts w:ascii="Times New Roman" w:hAnsi="Times New Roman" w:cs="Times New Roman"/>
          <w:sz w:val="28"/>
          <w:lang w:val="ru-RU"/>
          <w:bCs w:val="1"/>
          <w:szCs w:val="28"/>
        </w:rPr>
      </w:pPr>
    </w:p>
    <w:p w14:paraId="7D12EBCE" w14:textId="77777777" w:rsidR="002F777F" w:rsidRPr="003850CC" w:rsidRDefault="002F777F" w:rsidP="003850CC" vyd:_id="vyd:00000000000gn8">
      <w:pPr>
        <w:spacing w:after="0" w:line="360" w:lineRule="auto"/>
        <w:jc w:val="center"/>
        <w:rPr>
          <w:rFonts w:ascii="Times New Roman" w:hAnsi="Times New Roman" w:cs="Times New Roman"/>
          <w:sz w:val="28"/>
          <w:lang w:val="ru-RU"/>
          <w:bCs w:val="1"/>
          <w:szCs w:val="28"/>
        </w:rPr>
      </w:pPr>
    </w:p>
    <w:p w14:paraId="7DC253C1" w14:textId="1F0615CE" w:rsidR="002F777F" w:rsidRPr="003850CC" w:rsidRDefault="003850CC" w:rsidP="003850CC" vyd:_id="vyd:00000000000gn4">
      <w:pPr>
        <w:spacing w:after="0" w:line="360" w:lineRule="auto"/>
        <w:jc w:val="center"/>
        <w:rPr>
          <w:rFonts w:ascii="Times New Roman" w:hAnsi="Times New Roman" w:cs="Times New Roman"/>
          <w:sz w:val="28"/>
          <w:lang w:val="ru-RU"/>
          <w:bCs w:val="1"/>
          <w:szCs w:val="28"/>
        </w:rPr>
      </w:pP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gn7">Сценарий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gn6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gn5">мастер-лекции</w:t>
      </w:r>
    </w:p>
    <w:p w14:paraId="30C89654" w14:textId="66B106EA" w:rsidR="00AE06D9" w:rsidRPr="003850CC" w:rsidRDefault="007E2F6D" w:rsidP="003850CC" vyd:_id="vyd:00000000000gmu">
      <w:pPr>
        <w:spacing w:after="0" w:line="360" w:lineRule="auto"/>
        <w:jc w:val="center"/>
        <w:rPr>
          <w:rFonts w:ascii="Times New Roman" w:hAnsi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n3">«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n2">Достижения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n1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n0">России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mz" xml:space="preserve"> </w:t>
      </w:r>
      <w:r>
        <w:rPr>
          <w:rFonts w:ascii="Times New Roman" w:hAnsi="Times New Roman" w:cs="Times New Roman"/>
          <w:sz w:val="28"/>
          <w:b w:val="1"/>
          <w:szCs w:val="28"/>
        </w:rPr>
        <w:t vyd:_id="vyd:00000000000gmy">XXI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mx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mw">века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mv">»</w:t>
      </w:r>
    </w:p>
    <w:p w14:paraId="1A3BE60A" w14:textId="29C5595D" w:rsidR="00445E2A" w:rsidRDefault="00445E2A" w:rsidP="003850CC" vyd:_id="vyd:00000000000gmt">
      <w:pPr>
        <w:spacing w:after="0" w:line="360" w:lineRule="auto"/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</w:pPr>
    </w:p>
    <w:p w14:paraId="13021FFA" w14:textId="53916F78" w:rsidR="003850CC" w:rsidRDefault="003850CC" w:rsidP="003850CC" vyd:_id="vyd:00000000000gms">
      <w:pPr>
        <w:spacing w:after="0" w:line="360" w:lineRule="auto"/>
        <w:rPr>
          <w:rFonts w:ascii="Times New Roman" w:hAnsi="Times New Roman" w:cs="Times New Roman"/>
          <w:sz w:val="28"/>
          <w:b w:val="1"/>
          <w:lang w:val="ru-RU"/>
        </w:rPr>
      </w:pPr>
    </w:p>
    <w:p w14:paraId="13021FFA" w14:textId="53916F78" w:rsidR="003850CC" w:rsidRDefault="003850CC" w:rsidP="003850CC" vyd:_id="vyd:mu1e9ehgvb3l0r">
      <w:pPr>
        <w:spacing w:after="0" w:line="360" w:lineRule="auto"/>
        <w:jc w:val="end"/>
        <w:rPr>
          <w:rFonts w:ascii="Times New Roman" w:hAnsi="Times New Roman" w:cs="Times New Roman"/>
          <w:sz w:val="28"/>
          <w:b w:val="1"/>
          <w:lang w:val="ru-RU"/>
        </w:rPr>
      </w:pPr>
      <w:r>
        <w:rPr>
          <w:rFonts w:ascii="Times New Roman" w:hAnsi="Times New Roman" w:cs="Times New Roman"/>
          <w:sz w:val="28"/>
          <w:b w:val="1"/>
          <w:lang w:val="ru-RU"/>
        </w:rPr>
        <w:t vyd:_id="vyd:mu1e9ehfgdc8zo">А</w:t>
      </w:r>
      <w:r>
        <w:rPr>
          <w:rFonts w:ascii="Times New Roman" w:hAnsi="Times New Roman" w:cs="Times New Roman"/>
          <w:sz w:val="28"/>
          <w:b w:val="1"/>
          <w:lang w:val="ru-RU"/>
        </w:rPr>
        <w:t vyd:_id="vyd:mu1e9ehfj7m5u3">вторы</w:t>
      </w:r>
      <w:r>
        <w:rPr>
          <w:rFonts w:ascii="Times New Roman" w:hAnsi="Times New Roman" w:cs="Times New Roman"/>
          <w:sz w:val="28"/>
          <w:b w:val="1"/>
          <w:lang w:val="ru-RU"/>
        </w:rPr>
        <w:t vyd:_id="vyd:mu1e9ehe9u6yv4">:</w:t>
      </w:r>
    </w:p>
    <w:p w14:paraId="13021FFA" w14:textId="53916F78" w:rsidR="003850CC" w:rsidRDefault="003850CC" w:rsidP="003850CC" vyd:_id="vyd:mu1e9ehdbw7q6o">
      <w:pPr>
        <w:spacing w:after="0" w:lineRule="auto" w:line="360"/>
        <w:ind w:firstLine="720"/>
        <w:jc w:val="end"/>
        <w:rPr>
          <w:rFonts w:ascii="Times New Roman" w:hAnsi="Times New Roman" w:eastAsia="Times New Roman" w:cs="Times New Roman"/>
          <w:sz w:val="28"/>
          <w:color w:val="000000"/>
          <w:shd w:val="clear" w:fill="FFFFFF"/>
        </w:rPr>
      </w:pPr>
      <w:r>
        <w:rPr>
          <w:rFonts w:ascii="Times New Roman" w:hAnsi="Times New Roman" w:eastAsia="Times New Roman" w:cs="Times New Roman"/>
          <w:sz w:val="28"/>
          <w:b w:val="1"/>
        </w:rPr>
        <w:t vyd:_id="vyd:mu1e9ehcq6sqg2">Павленко Ольга Вячеславовна</w:t>
      </w:r>
      <w:r>
        <w:rPr>
          <w:rFonts w:ascii="Times New Roman" w:hAnsi="Times New Roman" w:eastAsia="Times New Roman" w:cs="Times New Roman"/>
          <w:sz w:val="28"/>
          <w:b w:val="1"/>
        </w:rPr>
        <w:br w:type="textWrapping" vyd:_id="vyd:mu1e9ehb561zcb"/>
      </w:r>
      <w:r>
        <w:rPr>
          <w:rFonts w:ascii="Times New Roman" w:hAnsi="Times New Roman" w:eastAsia="Times New Roman" w:cs="Times New Roman"/>
          <w:sz w:val="28"/>
        </w:rPr>
        <w:t vyd:_id="vyd:mu1e9ehbq0auke" xml:space="preserve">д-р ист. наук, </w:t>
      </w:r>
      <w:r>
        <w:rPr>
          <w:rFonts w:ascii="Times New Roman" w:hAnsi="Times New Roman" w:eastAsia="Times New Roman" w:cs="Times New Roman"/>
          <w:sz w:val="28"/>
          <w:color w:val="000000"/>
          <w:shd w:val="clear" w:fill="FFFFFF"/>
        </w:rPr>
        <w:t vyd:_id="vyd:mu1e9ehahfm8mg">проректор по научной и проектной работе,</w:t>
      </w:r>
      <w:r>
        <w:rPr>
          <w:rFonts w:ascii="Times New Roman" w:hAnsi="Times New Roman" w:eastAsia="Times New Roman" w:cs="Times New Roman"/>
          <w:sz w:val="28"/>
          <w:color w:val="000000"/>
          <w:shd w:val="clear" w:fill="FFFFFF"/>
        </w:rPr>
        <w:br w:type="textWrapping" vyd:_id="vyd:mu1e9eha1v7q9f"/>
      </w:r>
      <w:r>
        <w:rPr>
          <w:rFonts w:ascii="Times New Roman" w:hAnsi="Times New Roman" w:eastAsia="Times New Roman" w:cs="Times New Roman"/>
          <w:sz w:val="28"/>
          <w:color w:val="000000"/>
          <w:shd w:val="clear" w:fill="FFFFFF"/>
        </w:rPr>
        <w:t vyd:_id="vyd:mu1e9eh9meuh89">заведующая кафедрой зарубежного регионоведения</w:t>
      </w:r>
      <w:r>
        <w:rPr>
          <w:rFonts w:ascii="Times New Roman" w:hAnsi="Times New Roman" w:eastAsia="Times New Roman" w:cs="Times New Roman"/>
          <w:sz w:val="28"/>
          <w:color w:val="000000"/>
          <w:shd w:val="clear" w:fill="FFFFFF"/>
        </w:rPr>
        <w:br w:type="textWrapping" vyd:_id="vyd:mu1e9eh9icch5p"/>
      </w:r>
      <w:r>
        <w:rPr>
          <w:rFonts w:ascii="Times New Roman" w:hAnsi="Times New Roman" w:eastAsia="Times New Roman" w:cs="Times New Roman"/>
          <w:sz w:val="28"/>
          <w:color w:val="000000"/>
          <w:shd w:val="clear" w:fill="FFFFFF"/>
        </w:rPr>
        <w:t vyd:_id="vyd:mu1e9eh8dmtugw" xml:space="preserve"> </w:t>
      </w:r>
      <w:r>
        <w:rPr>
          <w:rFonts w:ascii="Times New Roman" w:hAnsi="Times New Roman" w:eastAsia="Times New Roman" w:cs="Times New Roman"/>
          <w:sz w:val="28"/>
          <w:color w:val="000000"/>
          <w:shd w:val="clear" w:fill="FFFFFF"/>
        </w:rPr>
        <w:t vyd:_id="vyd:mu1e9eh8ccum68">и внешней политики факультета международных отношений РГГУ</w:t>
      </w:r>
    </w:p>
    <w:p w14:paraId="13021FFA" w14:textId="53916F78" w:rsidR="003850CC" w:rsidRDefault="003850CC" w:rsidP="003850CC" vyd:_id="vyd:mu1e9eh7ws1vhw">
      <w:pPr>
        <w:spacing w:after="0" w:lineRule="auto" w:line="360" w:before="0"/>
        <w:ind w:firstLine="720"/>
        <w:jc w:val="end"/>
        <w:rPr>
          <w:rFonts w:ascii="Calibri" w:hAnsi="Calibri" w:eastAsia="Calibri" w:cs="Calibri"/>
          <w:sz w:val="20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shd w:val="clear" w:fill="FFFFFF"/>
        </w:rPr>
        <w:t vyd:_id="vyd:mu1e9eh53nkk6e">Алипов Павел Андреевич,</w:t>
      </w:r>
    </w:p>
    <w:p w14:paraId="13021FFA" w14:textId="53916F78" w:rsidR="003850CC" w:rsidRDefault="003850CC" w:rsidP="003850CC" vyd:_id="vyd:mu1e9eh4x73suv">
      <w:pPr>
        <w:spacing w:after="0" w:lineRule="auto" w:line="360" w:before="0"/>
        <w:jc w:val="both"/>
        <w:rPr>
          <w:rFonts w:ascii="Times New Roman" w:hAnsi="Times New Roman" w:eastAsia="Times New Roman" w:cs="Times New Roman"/>
          <w:sz w:val="28"/>
          <w:color w:val="000000"/>
          <w:shd w:val="clear" w:fill="FFFFFF"/>
        </w:rPr>
      </w:pPr>
      <w:r>
        <w:rPr>
          <w:rFonts w:ascii="Times New Roman" w:hAnsi="Times New Roman" w:eastAsia="Times New Roman" w:cs="Times New Roman"/>
          <w:sz w:val="28"/>
          <w:color w:val="000000"/>
          <w:shd w:val="clear" w:fill="FFFFFF"/>
        </w:rPr>
        <w:t vyd:_id="vyd:mu1e9eh3ciesar">канд. ист. наук, директор Департамента научной деятельности РГГУ, доцент кафедры истории и теории исторической науки исторического факультета РГГУ</w:t>
      </w:r>
    </w:p>
    <w:p w14:paraId="13021FFA" w14:textId="53916F78" w:rsidR="003850CC" w:rsidRDefault="003850CC" w:rsidP="003850CC" vyd:_id="vyd:mu1e9eh2g9xc7o">
      <w:pPr>
        <w:spacing w:after="0" w:lineRule="auto" w:line="360"/>
        <w:ind w:firstLine="720"/>
        <w:jc w:val="end"/>
        <w:rPr>
          <w:b w:val="1"/>
        </w:rPr>
      </w:pPr>
      <w:r>
        <w:rPr>
          <w:rFonts w:ascii="Times New Roman" w:hAnsi="Times New Roman" w:eastAsia="Times New Roman" w:cs="Times New Roman"/>
          <w:sz w:val="28"/>
          <w:b w:val="1"/>
        </w:rPr>
        <w:t vyd:_id="vyd:mu1e9eh1ljaxoa">Вакарчук Денис Олегович</w:t>
      </w:r>
    </w:p>
    <w:p w14:paraId="13021FFA" w14:textId="53916F78" w:rsidR="003850CC" w:rsidRDefault="003850CC" w:rsidP="003850CC" vyd:_id="vyd:mu1e9egzsn3k1p">
      <w:pPr>
        <w:spacing w:after="0" w:lineRule="auto" w:line="360"/>
        <w:ind w:firstLine="720"/>
        <w:jc w:val="end"/>
      </w:pPr>
      <w:r>
        <w:rPr>
          <w:rFonts w:ascii="Times New Roman" w:hAnsi="Times New Roman" w:eastAsia="Times New Roman" w:cs="Times New Roman"/>
          <w:sz w:val="28"/>
        </w:rPr>
        <w:t vyd:_id="vyd:mu1e9egyebrr2l">канд. ист. наук, заместитель директора Департамента научной деятельности РГГУ, доцент кафедры зарубежного регионоведения и внешней политики</w:t>
      </w:r>
      <w:r>
        <w:rPr>
          <w:rFonts w:ascii="Times New Roman" w:hAnsi="Times New Roman" w:eastAsia="Times New Roman" w:cs="Times New Roman"/>
          <w:sz w:val="28"/>
          <w:color w:val="000000"/>
          <w:shd w:val="clear" w:fill="FFFFFF"/>
        </w:rPr>
        <w:t vyd:_id="vyd:mu1e9egx9ha482" xml:space="preserve"> факультета международных отношений РГГУ</w:t>
      </w:r>
    </w:p>
    <w:p w14:paraId="13021FFA" w14:textId="53916F78" w:rsidR="003850CC" w:rsidRDefault="003850CC" w:rsidP="003850CC" vyd:_id="vyd:mu1e9egwlt343w">
      <w:pPr>
        <w:spacing w:after="0" w:line="360" w:lineRule="auto"/>
        <w:rPr>
          <w:rFonts w:ascii="Times New Roman" w:hAnsi="Times New Roman" w:cs="Times New Roman"/>
          <w:sz w:val="28"/>
          <w:lang w:val="ru-RU"/>
        </w:rPr>
      </w:pPr>
    </w:p>
    <w:p w14:paraId="5D96A32E" w14:textId="77777777" w:rsidR="002F777F" w:rsidRPr="003850CC" w:rsidRDefault="002F777F" w:rsidP="003850CC" vyd:_id="vyd:00000000000glb">
      <w:pPr>
        <w:spacing w:after="0" w:line="360" w:lineRule="auto"/>
        <w:rPr>
          <w:rFonts w:ascii="Times New Roman" w:hAnsi="Times New Roman" w:cs="Times New Roman"/>
          <w:sz w:val="28"/>
          <w:lang w:val="ru-RU"/>
          <w:szCs w:val="28"/>
        </w:rPr>
      </w:pPr>
    </w:p>
    <w:p w14:paraId="2E023530" w14:textId="77777777" w:rsidR="002F777F" w:rsidRPr="003850CC" w:rsidRDefault="002F777F" w:rsidP="003850CC" vyd:_id="vyd:00000000000gla">
      <w:pPr>
        <w:spacing w:after="0" w:line="360" w:lineRule="auto"/>
        <w:rPr>
          <w:rFonts w:ascii="Times New Roman" w:hAnsi="Times New Roman" w:cs="Times New Roman"/>
          <w:sz w:val="28"/>
          <w:lang w:val="ru-RU"/>
          <w:szCs w:val="28"/>
        </w:rPr>
      </w:pPr>
    </w:p>
    <w:p w14:paraId="373A0D54" w14:textId="77777777" w:rsidR="002F777F" w:rsidRPr="003850CC" w:rsidRDefault="002F777F" w:rsidP="003850CC" vyd:_id="vyd:00000000000gl9">
      <w:pPr>
        <w:spacing w:after="0" w:line="360" w:lineRule="auto"/>
        <w:rPr>
          <w:rFonts w:ascii="Times New Roman" w:hAnsi="Times New Roman" w:cs="Times New Roman"/>
          <w:sz w:val="28"/>
          <w:lang w:val="ru-RU"/>
        </w:rPr>
      </w:pPr>
    </w:p>
    <w:p w14:paraId="23CDD97E" w14:textId="7AE6097C" w:rsidR="002F777F" w:rsidRPr="003850CC" w:rsidRDefault="002F777F" w:rsidP="003850CC" vyd:_id="vyd:00000000000gky">
      <w:pPr>
        <w:spacing w:after="0" w:line="360" w:lineRule="auto"/>
        <w:jc w:val="center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gl4">Москва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l3">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l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l1">2026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l0" xml:space="preserve"> г.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br w:type="page" vyd:_id="vyd:00000000000gkz"/>
      </w:r>
    </w:p>
    <w:p w14:paraId="06F4D917" w14:textId="41B3CEFB" w:rsidR="00AE06D9" w:rsidRPr="003850CC" w:rsidRDefault="000E0D8B" w:rsidP="003850CC" vyd:_id="vyd:00000000000gip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gkx">Цель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gkw">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u">сформировать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s">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q">слушателей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o">целостное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m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k">основанное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i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g">проверяемых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e">фактах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c">представление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a">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8">достижениях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6">России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4">XXI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2">века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k0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y">науке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w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u">технологиях,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s">экономике,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q">социальной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o">сфере,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m">культуре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k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i">международном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g">сотрудничестве,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e">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c">значении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a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8">качества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6">жизни,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4">устойчивости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2">страны,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j0">гражданской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y">идентичности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w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u">возможностей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s">личной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q">самореализации.</w:t>
      </w:r>
    </w:p>
    <w:p w14:paraId="7A38F775" w14:textId="31F3363D" w:rsidR="00AE06D9" w:rsidRPr="003850CC" w:rsidRDefault="000E0D8B" w:rsidP="003850CC" vyd:_id="vyd:00000000000gim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gio">Задачи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n">:</w:t>
      </w:r>
    </w:p>
    <w:p w14:paraId="767A34DE" w14:textId="7474CA0D" w:rsidR="00AE06D9" w:rsidRPr="003850CC" w:rsidRDefault="003850CC" w:rsidP="003850CC" vyd:_id="vyd:00000000000ghb">
      <w:pPr>
        <w:pStyle w:val="ae"/>
        <w:numPr>
          <w:ilvl w:val="0"/>
          <w:numId w:val="13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gil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k">оздать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i">основани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h" xml:space="preserve">е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g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e">чувства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c">сопричастности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a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8">обоснованной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6">гордости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4">за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2">достижения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i0">страны,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y">раскрывая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w">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u">через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s">проверяемые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q">факты,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o">общественные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m">эффекты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k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i">вклад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g">конкретных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e">профессиональных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c">сообществ.</w:t>
      </w:r>
    </w:p>
    <w:p w14:paraId="494B221B" w14:textId="023A29A5" w:rsidR="00AE06D9" w:rsidRPr="003850CC" w:rsidRDefault="003850CC" w:rsidP="003850CC" vyd:_id="vyd:00000000000gf3">
      <w:pPr>
        <w:pStyle w:val="ae"/>
        <w:numPr>
          <w:ilvl w:val="0"/>
          <w:numId w:val="13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gha">П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9">редставить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7">систематизированную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5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3">проверяемую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1">фактологическую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h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z">базу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x">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v">достижениях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t">России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r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p">науке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n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l">технологиях,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j">образовании,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h">здравоохранении,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f">цифровизации,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d">атомной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b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9">космической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7">отраслях,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5">спорте,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3">агропромышленном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1">комплексе,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g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z">инфраструктуре,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x">культуре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v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t">международном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r">сотрудничестве,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p">сопоставляя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n">достигнутые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l">результаты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j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h">исходными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f">условиями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d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b">актуальными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9">задачами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7">дальнейшего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5">развития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4">.</w:t>
      </w:r>
    </w:p>
    <w:p w14:paraId="62685094" w14:textId="4CC44531" w:rsidR="00AE06D9" w:rsidRPr="003850CC" w:rsidRDefault="003850CC" w:rsidP="003850CC" vyd:_id="vyd:00000000000ge2">
      <w:pPr>
        <w:pStyle w:val="ae"/>
        <w:numPr>
          <w:ilvl w:val="0"/>
          <w:numId w:val="13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gf2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1">вязать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f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z">достижения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x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v">образовательными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t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r">профессиональными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p">траекториями,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n">чтобы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l">слушатель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j">увидел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h">практическую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f">применимость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d">знаний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b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9">возможный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7">формат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5">личного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e3">участия.</w:t>
      </w:r>
    </w:p>
    <w:p w14:paraId="5ECDF10A" w14:textId="43D4C690" w:rsidR="00BE3F00" w:rsidRPr="003850CC" w:rsidRDefault="00BE3F00" w:rsidP="003850CC" vyd:_id="vyd:00000000000gdw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ge1">Формируемые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ge0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gdz">ценности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gdy">: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gdx" xml:space="preserve"> </w:t>
      </w:r>
    </w:p>
    <w:p w14:paraId="1DA4EA5F" w14:textId="77777777" w:rsidR="00BE3F00" w:rsidRPr="003850CC" w:rsidRDefault="00BE3F00" w:rsidP="003850CC" vyd:_id="vyd:00000000000gdt">
      <w:pPr>
        <w:pStyle w:val="ae"/>
        <w:numPr>
          <w:ilvl w:val="0"/>
          <w:numId w:val="26"/>
        </w:numPr>
        <w:spacing w:after="0" w:line="360" w:lineRule="auto"/>
        <w:ind w:start="0" w:firstLine="709"/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dv">патриотизм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gdu">;</w:t>
      </w:r>
    </w:p>
    <w:p w14:paraId="5ABFFAE7" w14:textId="249EFBEC" w:rsidR="00BE3F00" w:rsidRPr="003850CC" w:rsidRDefault="00BE3F00" w:rsidP="003850CC" vyd:_id="vyd:00000000000gdo">
      <w:pPr>
        <w:pStyle w:val="ae"/>
        <w:numPr>
          <w:ilvl w:val="0"/>
          <w:numId w:val="26"/>
        </w:numPr>
        <w:spacing w:after="0" w:line="360" w:lineRule="auto"/>
        <w:ind w:start="0" w:firstLine="709"/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ds">созидательный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d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dq">труд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gdp">;</w:t>
      </w:r>
    </w:p>
    <w:p w14:paraId="12095932" w14:textId="69A1C426" w:rsidR="00BE3F00" w:rsidRPr="003850CC" w:rsidRDefault="00BE3F00" w:rsidP="003850CC" vyd:_id="vyd:00000000000gda">
      <w:pPr>
        <w:pStyle w:val="ae"/>
        <w:numPr>
          <w:ilvl w:val="0"/>
          <w:numId w:val="26"/>
        </w:numPr>
        <w:spacing w:after="0" w:line="360" w:lineRule="auto"/>
        <w:ind w:start="0" w:firstLine="709"/>
        <w:rPr>
          <w:rFonts w:ascii="Times New Roman" w:hAnsi="Times New Roman" w:eastAsia="Times New Roman" w:cs="Times New Roman"/>
          <w:sz w:val="28"/>
          <w:color w:val="000000"/>
          <w:i w:val="1"/>
          <w:lang w:val="ru-RU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dn">служение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d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dl">Отечеству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d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dj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d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dh">ответственность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d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df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d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dd">его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d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db">судьбу.</w:t>
      </w:r>
    </w:p>
    <w:p w14:paraId="0BAF8E83" w14:textId="1325BDD4" w:rsidR="00BE3F00" w:rsidRPr="003850CC" w:rsidRDefault="00BE3F00" w:rsidP="003850CC" vyd:_id="vyd:00000000000gd4">
      <w:pPr>
        <w:spacing w:after="0" w:line="360" w:lineRule="auto"/>
        <w:ind w:firstLine="709"/>
        <w:textAlignment w:val="baseline"/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d9">Смысловые</w:t>
      </w: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d8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d7">направления:</w:t>
      </w: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d6" xml:space="preserve"> 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d5">наука и технологическое лидерство.</w:t>
      </w:r>
    </w:p>
    <w:p w14:paraId="68FAE5AB" w14:textId="27985489" w:rsidR="00BE3F00" w:rsidRPr="003850CC" w:rsidRDefault="00BE3F00" w:rsidP="003850CC" vyd:_id="vyd:00000000000gcx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d3">Продолжительность:</w:t>
      </w: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d2" xml:space="preserve"> 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d1">45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d0" xml:space="preserve"> 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cz">минут.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cy" xml:space="preserve"> </w:t>
      </w:r>
    </w:p>
    <w:p w14:paraId="7C49C628" w14:textId="1EF2BE44" w:rsidR="00BE3F00" w:rsidRPr="003850CC" w:rsidRDefault="00BE3F00" w:rsidP="003850CC" vyd:_id="vyd:00000000000gcl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color w:val="000000"/>
          <w:u w:val="single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cw">Целевая</w:t>
      </w: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cv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cu">аудитория: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ct" xml:space="preserve"> старшеклассники, </w:t>
      </w:r>
      <w:bookmarkStart w:id="0" w:name="_Hlk217401609" vyd:_id="vyd:00000000000gcs"/>
      <w:bookmarkEnd w:id="0"/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cr">студенты,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cq" xml:space="preserve"> 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cp">работающая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co" xml:space="preserve"> 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cn">молодёжь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cm">.</w:t>
      </w:r>
    </w:p>
    <w:p w14:paraId="3543E218" w14:textId="2059A5E4" w:rsidR="00BE3F00" w:rsidRPr="003850CC" w:rsidRDefault="00BE3F00" w:rsidP="003850CC" vyd:_id="vyd:00000000000gcf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ck">Возрастное</w:t>
      </w: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cj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ci">ограничение: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ch" xml:space="preserve"> 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cg">16+</w:t>
      </w:r>
    </w:p>
    <w:p w14:paraId="08458C69" w14:textId="45B37ED3" w:rsidR="00BE3F00" w:rsidRPr="003850CC" w:rsidRDefault="00BE3F00" w:rsidP="003850CC" vyd:_id="vyd:00000000000gc7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ce">Тип</w:t>
      </w: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cd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cc">методического</w:t>
      </w: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cb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ca">материала:</w:t>
      </w: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c9" xml:space="preserve"> 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c8">лекция.</w:t>
      </w:r>
    </w:p>
    <w:p w14:paraId="076C4EC4" w14:textId="61166588" w:rsidR="003850CC" w:rsidRDefault="00BE3F00" w:rsidP="003850CC" vyd:_id="vyd:00000000000gbx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c6">Комплект</w:t>
      </w: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c5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c4">материалов:</w:t>
      </w:r>
      <w:r>
        <w:rPr>
          <w:rFonts w:ascii="Times New Roman" w:hAnsi="Times New Roman" w:eastAsia="Times New Roman" w:cs="Times New Roman"/>
          <w:sz w:val="28"/>
          <w:color w:val="000000"/>
          <w:b w:val="1"/>
          <w:lang w:val="ru-RU"/>
          <w:bCs w:val="1"/>
          <w:szCs w:val="28"/>
        </w:rPr>
        <w:t vyd:_id="vyd:00000000000gc3" xml:space="preserve"> 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c2">сценарий,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c1" xml:space="preserve"> 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c0">презентация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t vyd:_id="vyd:00000000000gbz">.</w:t>
      </w:r>
      <w:r>
        <w:rPr>
          <w:rFonts w:ascii="Times New Roman" w:hAnsi="Times New Roman" w:eastAsia="Times New Roman" w:cs="Times New Roman"/>
          <w:sz w:val="28"/>
          <w:color w:val="000000"/>
          <w:lang w:val="ru-RU"/>
          <w:szCs w:val="28"/>
        </w:rPr>
        <w:br w:type="page" vyd:_id="vyd:00000000000gby"/>
      </w:r>
    </w:p>
    <w:p w14:paraId="4E62E2EE" w14:textId="3341F251" w:rsidR="003D24AD" w:rsidRDefault="003D24AD" w:rsidP="003850CC" vyd:_id="vyd:00000000000gbq">
      <w:pPr>
        <w:spacing w:after="0" w:line="360" w:lineRule="auto"/>
        <w:ind w:firstLine="709"/>
        <w:jc w:val="start"/>
        <w:rPr>
          <w:rFonts w:ascii="Times New Roman" w:hAnsi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bw">Слайд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bv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bu">1.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bt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bs">Титульный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br" xml:space="preserve"> </w:t>
      </w:r>
    </w:p>
    <w:p w14:paraId="03F9D416" w14:textId="044957E6" w:rsidR="003850CC" w:rsidRDefault="003850CC" w:rsidP="003850CC" vyd:_id="vyd:00000000000gbo">
      <w:pPr>
        <w:spacing w:after="0" w:line="360" w:lineRule="auto"/>
        <w:ind w:firstLine="709"/>
        <w:jc w:val="start"/>
        <w:rPr>
          <w:rFonts w:ascii="Times New Roman" w:hAnsi="Times New Roman" w:cs="Times New Roman"/>
          <w:sz w:val="28"/>
          <w:lang w:val="ru-RU"/>
          <w:bCs w:val="1"/>
          <w:szCs w:val="28"/>
        </w:rPr>
      </w:pP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gbp">Добрый день!</w:t>
      </w:r>
    </w:p>
    <w:p w14:paraId="0CBDB6D3" w14:textId="651B6CD4" w:rsidR="00006F46" w:rsidRDefault="00006F46" w:rsidP="003850CC" vyd:_id="vyd:00000000000gbn">
      <w:pPr>
        <w:spacing w:after="0" w:line="360" w:lineRule="auto"/>
        <w:ind w:firstLine="709"/>
        <w:jc w:val="start"/>
        <w:rPr>
          <w:rFonts w:ascii="Times New Roman" w:hAnsi="Times New Roman" w:cs="Times New Roman"/>
          <w:sz w:val="28"/>
          <w:lang w:val="ru-RU"/>
          <w:bCs w:val="1"/>
          <w:szCs w:val="28"/>
        </w:rPr>
      </w:pPr>
    </w:p>
    <w:p w14:paraId="682AF959" w14:textId="3038DD4E" w:rsidR="00006F46" w:rsidRPr="000D34EB" w:rsidRDefault="00006F46" w:rsidP="003850CC" vyd:_id="vyd:00000000000gbl">
      <w:pPr>
        <w:spacing w:after="0" w:line="360" w:lineRule="auto"/>
        <w:ind w:firstLine="709"/>
        <w:jc w:val="start"/>
        <w:rPr>
          <w:rFonts w:ascii="Times New Roman" w:hAnsi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bm">Слайд 2. Регистрация</w:t>
      </w:r>
    </w:p>
    <w:p w14:paraId="108EC564" w14:textId="7F43E478" w:rsidR="00006F46" w:rsidRPr="007033F0" w:rsidRDefault="00006F46" w:rsidP="000D34EB" vyd:_id="vyd:00000000000gbc">
      <w:pPr>
        <w:widowControl w:val="0"/>
        <w:spacing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bk" xml:space="preserve">Прежде чем мы продолжим, предлагаю вам пройти быструю регистрацию. Для этого отсканируйте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gbj">QR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bi" xml:space="preserve">-код, который вы видите на экране, и ответьте на несколько вопросов. Это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bh">займёт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bg" xml:space="preserve"> не больше минуты, но позволит вам полноценно участвовать в дальнейшем обсуждении темы.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bf">Спасибо за вашу активность и вовлеч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be">ё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bd">нность!</w:t>
      </w:r>
    </w:p>
    <w:p w14:paraId="1C5E19DC" w14:textId="6112D3F4" w:rsidR="00006F46" w:rsidRDefault="00006F46" w:rsidP="003850CC" vyd:_id="vyd:00000000000gbb">
      <w:pPr>
        <w:spacing w:after="0" w:line="360" w:lineRule="auto"/>
        <w:ind w:firstLine="709"/>
        <w:jc w:val="start"/>
        <w:rPr>
          <w:rFonts w:ascii="Times New Roman" w:hAnsi="Times New Roman" w:cs="Times New Roman"/>
          <w:sz w:val="28"/>
          <w:lang w:val="ru-RU"/>
          <w:bCs w:val="1"/>
          <w:szCs w:val="28"/>
        </w:rPr>
      </w:pPr>
    </w:p>
    <w:p w14:paraId="2A5A18F9" w14:textId="03B26955" w:rsidR="00006F46" w:rsidRPr="000D34EB" w:rsidRDefault="00006F46" w:rsidP="003850CC" vyd:_id="vyd:00000000000gb9">
      <w:pPr>
        <w:spacing w:after="0" w:line="360" w:lineRule="auto"/>
        <w:ind w:firstLine="709"/>
        <w:jc w:val="start"/>
        <w:rPr>
          <w:rFonts w:ascii="Times New Roman" w:hAnsi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ba">Слайд 3. Безопасность</w:t>
      </w:r>
    </w:p>
    <w:p w14:paraId="012BE996" w14:textId="67951A8C" w:rsidR="00006F46" w:rsidRPr="00006F46" w:rsidRDefault="00006F46" w:rsidP="00006F46" vyd:_id="vyd:00000000000gb3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b8" xml:space="preserve">Несмотря на то, что тема нашей сегодняшней встречи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b7" xml:space="preserve">посвящена 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b6">достижениям нашего государства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b5">, прежде чем мы перейдём к основной части, хочу обратить ваше внимание на вопрос, который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b4" xml:space="preserve"> касается каждого из нас, независимо от возраста и профессии.</w:t>
      </w:r>
    </w:p>
    <w:p w14:paraId="0CACD6DE" w14:textId="77777777" w:rsidR="00006F46" w:rsidRPr="00006F46" w:rsidRDefault="00006F46" w:rsidP="00006F46" vyd:_id="vyd:00000000000gaz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b2" xml:space="preserve">Сегодня телефонное и интернет-мошенничество остаётся одной из самых серьёзных угроз в цифровой среде. По данным МВД России, за 2025 год </w:t>
      </w:r>
      <w:r>
        <w:rPr>
          <w:rFonts w:ascii="Times New Roman" w:hAnsi="Times New Roman" w:eastAsia="Times New Roman" w:cs="Times New Roman"/>
          <w:sz w:val="28"/>
          <w:color w:val="111111"/>
          <w:shd w:val="clear" w:color="auto" w:fill="FFFFFF"/>
          <w:lang w:val="ru-RU"/>
          <w:szCs w:val="28"/>
        </w:rPr>
        <w:t vyd:_id="vyd:00000000000gb1" xml:space="preserve">зафиксировано 663 тыс. преступлений,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b0">совершённых с использованием информационно-телекоммуникационных технологий, а ущерб гражданам исчисляется десятками миллиардов рублей.</w:t>
      </w:r>
    </w:p>
    <w:p w14:paraId="5DBBBF0A" w14:textId="77777777" w:rsidR="00006F46" w:rsidRPr="00006F46" w:rsidRDefault="00006F46" w:rsidP="00006F46" vyd:_id="vyd:00000000000gax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y">При этом злоумышленники всё чаще пытаются не только похитить деньги или персональные данные, но и вовлечь людей в противоправные действия, последствия которых могут обернуться административной или уголовной ответственностью.</w:t>
      </w:r>
    </w:p>
    <w:p w14:paraId="069CD76A" w14:textId="77777777" w:rsidR="00006F46" w:rsidRPr="00006F46" w:rsidRDefault="00006F46" w:rsidP="00006F46" vyd:_id="vyd:00000000000gav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w">Именно поэтому вопросам противодействия мошенничеству сегодня уделяется особое внимание. Предлагаю посмотреть небольшой видеоролик, основанный на реальных историях людей, столкнувшихся с подобными ситуациями.</w:t>
      </w:r>
    </w:p>
    <w:p w14:paraId="4A00A12C" w14:textId="1CB59C93" w:rsidR="00006F46" w:rsidRPr="00006F46" w:rsidRDefault="000D34EB" w:rsidP="00006F46" vyd:_id="vyd:00000000000gat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gau">Демонстрируется видеоролик.</w:t>
      </w:r>
    </w:p>
    <w:p w14:paraId="070447CF" w14:textId="77777777" w:rsidR="00006F46" w:rsidRPr="00006F46" w:rsidRDefault="00006F46" w:rsidP="00006F46" vyd:_id="vyd:00000000000gar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s">Вы только что увидели реальные истории людей, которые столкнулись с мошенниками и интернет-вербовщиками. Все они были уверены, что с ними такого не случится... Многие из них считали, что выполняют обычную просьбу, помогают кому-то решить проблему или соглашаются на безобидную подработку.</w:t>
      </w:r>
    </w:p>
    <w:p w14:paraId="4A4375BD" w14:textId="77777777" w:rsidR="00006F46" w:rsidRPr="00006F46" w:rsidRDefault="00006F46" w:rsidP="00006F46" vyd:_id="vyd:00000000000gap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q">Сегодня мошенники используют не только телефонные звонки. Они пишут в социальных сетях и мессенджерах, знакомятся в интернете, предлагают лёгкий заработок, связываются от имени банков, государственных органов, операторов связи, работодателей или знакомых людей, чьи аккаунты были взломаны.</w:t>
      </w:r>
    </w:p>
    <w:p w14:paraId="1908AD94" w14:textId="77777777" w:rsidR="00006F46" w:rsidRPr="00006F46" w:rsidRDefault="00006F46" w:rsidP="00006F46" vyd:_id="vyd:00000000000gan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o">Важно понимать, что целью злоумышленников могут быть не только деньги или персональные данные.</w:t>
      </w:r>
    </w:p>
    <w:p w14:paraId="7CF7B90A" w14:textId="77777777" w:rsidR="00006F46" w:rsidRPr="00006F46" w:rsidRDefault="00006F46" w:rsidP="00006F46" vyd:_id="vyd:00000000000gal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m">Всё чаще людей пытаются вовлечь в противоправные действия. Причём начинается это, как правило, с просьб, которые выглядят совершенно безобидно.</w:t>
      </w:r>
    </w:p>
    <w:p w14:paraId="4682B044" w14:textId="77777777" w:rsidR="00006F46" w:rsidRPr="00006F46" w:rsidRDefault="00006F46" w:rsidP="00006F46" vyd:_id="vyd:00000000000gaj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k">Например, человеку предлагают:</w:t>
      </w:r>
    </w:p>
    <w:p w14:paraId="1EB0EF75" w14:textId="77777777" w:rsidR="00006F46" w:rsidRPr="00006F46" w:rsidRDefault="00006F46" w:rsidP="00006F46" vyd:_id="vyd:00000000000gah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i">— передать пакет или посылку за вознаграждение;</w:t>
      </w:r>
    </w:p>
    <w:p w14:paraId="04DF0B50" w14:textId="77777777" w:rsidR="00006F46" w:rsidRPr="00006F46" w:rsidRDefault="00006F46" w:rsidP="00006F46" vyd:_id="vyd:00000000000gaf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g">— перевести деньги на указанный счёт;</w:t>
      </w:r>
    </w:p>
    <w:p w14:paraId="7BC1AB30" w14:textId="77777777" w:rsidR="00006F46" w:rsidRPr="00006F46" w:rsidRDefault="00006F46" w:rsidP="00006F46" vyd:_id="vyd:00000000000gad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e">— оформить банковскую карту и передать её другому человеку;</w:t>
      </w:r>
    </w:p>
    <w:p w14:paraId="4FD15A4E" w14:textId="77777777" w:rsidR="00006F46" w:rsidRPr="00006F46" w:rsidRDefault="00006F46" w:rsidP="00006F46" vyd:_id="vyd:00000000000gab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c">— предоставить доступ к аккаунту в социальных сетях или мессенджерах;</w:t>
      </w:r>
    </w:p>
    <w:p w14:paraId="2D824492" w14:textId="77777777" w:rsidR="00006F46" w:rsidRPr="00006F46" w:rsidRDefault="00006F46" w:rsidP="00006F46" vyd:_id="vyd:00000000000ga9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a">— зарегистрировать на своё имя сим-карту, электронный кошелёк или банковский счёт;</w:t>
      </w:r>
    </w:p>
    <w:p w14:paraId="798D4D88" w14:textId="77777777" w:rsidR="00006F46" w:rsidRPr="00006F46" w:rsidRDefault="00006F46" w:rsidP="00006F46" vyd:_id="vyd:00000000000ga7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8">— сфотографировать определённый объект или собрать информацию о нём;</w:t>
      </w:r>
    </w:p>
    <w:p w14:paraId="3CE458F6" w14:textId="38D9279B" w:rsidR="00006F46" w:rsidRPr="00006F46" w:rsidRDefault="00006F46" w:rsidP="00006F46" vyd:_id="vyd:00000000000ga3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6">—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4">оставить у себя на хранение неизвестные предметы;</w:t>
      </w:r>
    </w:p>
    <w:p w14:paraId="1F35A744" w14:textId="60257E54" w:rsidR="00006F46" w:rsidRPr="00006F46" w:rsidRDefault="00006F46" w:rsidP="00006F46" vyd:_id="vyd:00000000000g9z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2">—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a0">выполнить поручение, смысл которого ему до конца не объясняют.</w:t>
      </w:r>
    </w:p>
    <w:p w14:paraId="685EA3A2" w14:textId="77777777" w:rsidR="00006F46" w:rsidRPr="00006F46" w:rsidRDefault="00006F46" w:rsidP="00006F46" vyd:_id="vyd:00000000000g9x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y">На первый взгляд такие действия могут показаться незначительными. Однако человек далеко не всегда знает, как именно будут использованы его помощь, документы, банковская карта или аккаунт.</w:t>
      </w:r>
    </w:p>
    <w:p w14:paraId="11B86614" w14:textId="77777777" w:rsidR="00006F46" w:rsidRPr="00006F46" w:rsidRDefault="00006F46" w:rsidP="00006F46" vyd:_id="vyd:00000000000g9u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w" xml:space="preserve">Через чужие карты и счета могут проходить деньги, похищенные у граждан. Аккаунты могут использоваться для обмана других людей. Переданные предметы могут оказаться запрещёнными или использоваться для совершения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v">преступлений. Сбор информации об объектах инфраструктуры может представлять угрозу безопасности людей и государства.</w:t>
      </w:r>
    </w:p>
    <w:p w14:paraId="6A30DA24" w14:textId="77777777" w:rsidR="00006F46" w:rsidRPr="00006F46" w:rsidRDefault="00006F46" w:rsidP="00006F46" vyd:_id="vyd:00000000000g9m">
      <w:pPr>
        <w:spacing w:after="0" w:line="360" w:lineRule="auto"/>
        <w:ind w:end="-283" w:firstLine="720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t">Незнание закона не освобождает от ответственности, и она наступает независимо от того, считал ли человек своё участие серьёзным или полагал, что просто выполняет чью-то просьбу. Следует помнить, что за многие подобные действия предусмотрена административная или уголовная ответственность, вплоть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g9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r">до пожизненного лишения свободы</w:t>
      </w:r>
      <w:r>
        <w:rPr>
          <w:rFonts w:ascii="Times New Roman" w:hAnsi="Times New Roman" w:eastAsia="Times New Roman" w:cs="Times New Roman"/>
          <w:sz w:val="28"/>
          <w:color w:val="333333"/>
          <w:shd w:val="clear" w:color="auto" w:fill="FFFFFF"/>
          <w:lang w:val="ru-RU"/>
          <w:szCs w:val="28"/>
        </w:rPr>
        <w:t vyd:_id="vyd:00000000000g9q" xml:space="preserve">.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p">Законодательство в этой области было существенно ужесточено. Теперь ответственность за преступления террористической и экстремистской направленности наступает с 14 лет. Сроки наказания значительно увеличены: например, за содействие террористической деятельности (ст. 205.1 УК РФ) предусмотрено лишение свободы на срок от 10 до 20 лет, а за прохождение обучения в целях осуществления террористической деятельности (ст. 205.3 УК РФ) — от 15 до 20 лет или пожизненное заключение. Важно знать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g9o" xml:space="preserve">, 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n">что для осуждённых по этим статьям закон предусматривает особые условия. Условное осуждение за подобные преступления запрещено. Право на условно-досрочное освобождение (УДО) существенно ограничено: ходатайствовать о нём можно будет только после отбытия не менее трёх четвертей назначенного срока наказания. Для лиц, осуждённых к пожизненному лишению свободы за террористический акт, содействие терроризму и ряд других особо тяжких преступлений, возможность УДО и вовсе отсутствует. Отдельный повод насторожиться — когда вас просят никому не рассказывать о разговоре или поручении. Настоящие сотрудники правоохранительных органов, государственных учреждений и банков не требуют сохранять происходящее в тайне от родителей, родственников, коллег или руководителей. Они не просят переводить деньги, сообщать коды из сообщений, оформлять кредиты или участвовать в каких-либо секретных операциях.</w:t>
      </w:r>
    </w:p>
    <w:p w14:paraId="6F2D7EDA" w14:textId="77777777" w:rsidR="00006F46" w:rsidRPr="00006F46" w:rsidRDefault="00006F46" w:rsidP="00006F46" vyd:_id="vyd:00000000000g9k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l">Если вы столкнулись с подобной ситуацией, не пытайтесь разобраться в ней самостоятельно.</w:t>
      </w:r>
    </w:p>
    <w:p w14:paraId="3F6860FD" w14:textId="77777777" w:rsidR="00006F46" w:rsidRPr="00006F46" w:rsidRDefault="00006F46" w:rsidP="00006F46" vyd:_id="vyd:00000000000g9i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j">Необходимо:</w:t>
      </w:r>
    </w:p>
    <w:p w14:paraId="225DA40D" w14:textId="68B5C3FC" w:rsidR="00006F46" w:rsidRPr="00006F46" w:rsidRDefault="00006F46" w:rsidP="00006F46" vyd:_id="vyd:00000000000g9e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h">—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f">прекратить общение;</w:t>
      </w:r>
    </w:p>
    <w:p w14:paraId="7D6B4DE7" w14:textId="68BE1A7E" w:rsidR="00006F46" w:rsidRPr="00006F46" w:rsidRDefault="00006F46" w:rsidP="00006F46" vyd:_id="vyd:00000000000g9a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d">—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b">не выполнять никаких поручений и не переводить деньги;</w:t>
      </w:r>
    </w:p>
    <w:p w14:paraId="18988630" w14:textId="77777777" w:rsidR="00006F46" w:rsidRPr="00006F46" w:rsidRDefault="00006F46" w:rsidP="00006F46" vyd:_id="vyd:00000000000g98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9">— не передавать свои документы, банковские карты, аккаунты и персональные данные;</w:t>
      </w:r>
    </w:p>
    <w:p w14:paraId="2E60AF3D" w14:textId="28D8E696" w:rsidR="00006F46" w:rsidRPr="00006F46" w:rsidRDefault="00006F46" w:rsidP="00006F46" vyd:_id="vyd:00000000000g94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7">—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5">сохранить переписку, номера телефонов, ссылки и другие материалы, которые могут быть важны;</w:t>
      </w:r>
    </w:p>
    <w:p w14:paraId="4E2F7BCB" w14:textId="77777777" w:rsidR="00006F46" w:rsidRPr="00006F46" w:rsidRDefault="00006F46" w:rsidP="00006F46" vyd:_id="vyd:00000000000g92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3">— сообщить о произошедшем родителям, законным представителям, близким родственникам, руководителю или другому человеку, которому вы доверяете;</w:t>
      </w:r>
    </w:p>
    <w:p w14:paraId="0EAD0346" w14:textId="77777777" w:rsidR="00006F46" w:rsidRPr="00006F46" w:rsidRDefault="00006F46" w:rsidP="00006F46" vyd:_id="vyd:00000000000g90">
      <w:pPr>
        <w:spacing w:after="0" w:line="360" w:lineRule="auto"/>
        <w:ind w:firstLine="708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91">— обратиться в полицию либо сообщить о попытке вовлечения через официальные каналы правоохранительных органов.</w:t>
      </w:r>
    </w:p>
    <w:p w14:paraId="1E6356D2" w14:textId="77777777" w:rsidR="00006F46" w:rsidRPr="00006F46" w:rsidRDefault="00006F46" w:rsidP="00006F46" vyd:_id="vyd:00000000000g8y">
      <w:pPr>
        <w:spacing w:after="0" w:line="360" w:lineRule="auto"/>
        <w:ind w:firstLine="720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8z" xml:space="preserve">Помните: мошенники рассчитывают на спешку, страх, доверчивость и желание быстро решить проблему. Лучший способ защитить себя — остановиться, взять паузу и проверить информацию через официальный источник. Безопасность начинается с внимательности, ответственности и умения критически оценивать информацию. </w:t>
      </w:r>
    </w:p>
    <w:p w14:paraId="6E7F8ED5" w14:textId="6D9FB2CE" w:rsidR="00006F46" w:rsidRPr="000D34EB" w:rsidRDefault="00006F46" w:rsidP="00006F46" vyd:_id="vyd:00000000000g8s">
      <w:pPr>
        <w:spacing w:after="0" w:line="360" w:lineRule="auto"/>
        <w:ind w:firstLine="720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8x">А теперь предлагаю вернуться к теме нашей сегодняшней лекции — «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8w" xml:space="preserve">Достижения России в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g8v">XXI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8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g8t">веке».</w:t>
      </w:r>
    </w:p>
    <w:p w14:paraId="0E1A7142" w14:textId="77777777" w:rsidR="003850CC" w:rsidRPr="003850CC" w:rsidRDefault="003850CC" w:rsidP="003850CC" vyd:_id="vyd:00000000000g8r">
      <w:pPr>
        <w:spacing w:after="0" w:line="360" w:lineRule="auto"/>
        <w:ind w:firstLine="709"/>
        <w:jc w:val="start"/>
        <w:rPr>
          <w:rFonts w:ascii="Times New Roman" w:hAnsi="Times New Roman" w:cs="Times New Roman"/>
          <w:sz w:val="28"/>
          <w:b w:val="1"/>
          <w:lang w:val="ru-RU"/>
          <w:szCs w:val="28"/>
        </w:rPr>
      </w:pPr>
    </w:p>
    <w:p w14:paraId="2EFF59B9" w14:textId="77777777" w:rsidR="00401D4A" w:rsidRPr="003850CC" w:rsidRDefault="003D24AD" w:rsidP="00401D4A" vyd:_id="vyd:00000000000g8g">
      <w:pPr>
        <w:spacing w:after="0" w:line="360" w:lineRule="auto"/>
        <w:ind w:firstLine="709"/>
        <w:jc w:val="start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8q">Слайд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8p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8o">4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8n">.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8m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8l">Мир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8k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8j">технологического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8i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g8h">ускорения</w:t>
      </w:r>
    </w:p>
    <w:p w14:paraId="1521E8F3" w14:textId="77777777" w:rsidR="00401D4A" w:rsidRPr="003850CC" w:rsidRDefault="00401D4A" w:rsidP="00401D4A" vyd:_id="vyd:00000000000g60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g8f">Технологические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8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8d">изменения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8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8b">сопровождали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8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89">человечество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8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87">всегда,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8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br vyd:_id="vyd:00000000000g85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84">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8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82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81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g80">XXI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y">в.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w">изменились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u">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s">скорость,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q">масштаб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o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m">взаимосвязанность.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k">Цифровые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i">технологии,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g">искусственный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e">интеллект,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c">роботизация,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a">биотехнологии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8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6">новые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4">энергетические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2">решения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70">развиваются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y">одновременно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w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u">всё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s">чаще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q">усиливают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o">друг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m">друга.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k">По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i">этой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g">причине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e">новая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c">технология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a">редко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8">остаётся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6">внутри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4">одной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2">отрасли.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61" xml:space="preserve"> </w:t>
      </w:r>
    </w:p>
    <w:p w14:paraId="50F2647B" w14:textId="77777777" w:rsidR="00401D4A" w:rsidRPr="003850CC" w:rsidRDefault="00401D4A" w:rsidP="00401D4A" vyd:_id="vyd:00000000000g42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g5z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x">примеру,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v">использование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t">искусственного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r">интеллекта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p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n">работы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l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j">массивами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h">данных.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f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d">медицине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b">эти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9">возможности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7">используются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5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3">обработки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1">медицинской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5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z">информации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x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v">развития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t">новых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r">методов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p">диагностики,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n">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l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j">биологии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i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h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f">анализа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d">сложных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b">данных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9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7">поиска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5">новых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3">закономерностей.</w:t>
      </w:r>
    </w:p>
    <w:p w14:paraId="7E0590FB" w14:textId="77777777" w:rsidR="00401D4A" w:rsidRPr="008E3AB5" w:rsidRDefault="00401D4A" w:rsidP="00401D4A" vyd:_id="vyd:00000000000g35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g41">Масштаб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4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z">этого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x">перехода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v">особенно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t">хорошо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r">виден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p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n">примере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l">цифровой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j">инфраструктуры.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h">По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f">данным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d" xml:space="preserve">Международного союза электросвязи, в 2025 г.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c">интернетом пользовались около 6 млрд человек — 74% населения мира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g3b" w:id="1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a" xml:space="preserve">. </w:t>
      </w:r>
      <w:r>
        <w:rPr>
          <w:rFonts w:ascii="Times New Roman" w:hAnsi="Times New Roman" w:cs="Times New Roman"/>
          <w:sz w:val="28"/>
          <w:lang w:val="ru-RU"/>
          <w:szCs w:val="28"/>
        </w:rPr>
        <w:br vyd:_id="vyd:00000000000g39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8">В 2020 г. доля составляла 60%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g37" w:id="2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6">. За пять лет число пользователей выросло примерно на 1,3 млрд человек.</w:t>
      </w:r>
    </w:p>
    <w:p w14:paraId="3697E645" w14:textId="77777777" w:rsidR="00401D4A" w:rsidRPr="003850CC" w:rsidRDefault="00401D4A" w:rsidP="00401D4A" vyd:_id="vyd:00000000000fzk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g34">Распространение высокоскоростного интернета, облачных вычислений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2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30">больших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y">массивов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w">данных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u">создало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s">инфраструктурные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q">условия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o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m">массового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k">применения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i">искусственного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g">интеллекта.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e">По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c">данным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b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g2a">Stanford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9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g28">AI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7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g26">Index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4">2026,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2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20">2025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y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w">об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u">использовании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s">искусственного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q">интеллекта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o">сообщили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m">уже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k">88%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i">опрошенных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g">организаций,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e">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c">генеративный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a">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8">применялся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6">хотя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4">бы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2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10">одной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y">бизнес-функции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w">примерно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u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s">70%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q">организаций.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g0p" w:id="3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n">За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l">несколько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j">лет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h">технология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f">перешла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d">от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b">экспериментальных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9">сценариев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7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5">массовому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3">использованию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1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g0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z">программировании,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x">анализе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v">данных,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t">клиентских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r">сервисах,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p">образовании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n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l">исследованиях.</w:t>
      </w:r>
    </w:p>
    <w:p w14:paraId="7C69ACEB" w14:textId="77777777" w:rsidR="00401D4A" w:rsidRPr="003850CC" w:rsidRDefault="00401D4A" w:rsidP="00401D4A" vyd:_id="vyd:00000000000fx3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fzj">Параллельно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h">цифровые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f">технологии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d">всё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b">глубже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9">внедряются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7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5">промышленное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3">производство.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1">По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z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z">данным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x">Международной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v">федерации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t">робототехники,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r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p">2024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n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l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j">мире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h">было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f">установлено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d">542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b">тыс.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9">новых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7">промышленных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5">роботов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4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3">вдвое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1">больше,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y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z">чем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x">десять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v">лет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t">назад.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r">Общее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p">число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n">промышленных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l">роботов,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j">находившихся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h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f">эксплуатации,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d">достигло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b">примерно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br vyd:_id="vyd:00000000000fx9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8">4,66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6">млн.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fx5" w:id="4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4" xml:space="preserve"> </w:t>
      </w:r>
    </w:p>
    <w:p w14:paraId="7D1BBAFD" w14:textId="77777777" w:rsidR="00401D4A" w:rsidRPr="003850CC" w:rsidRDefault="00401D4A" w:rsidP="00401D4A" vyd:_id="vyd:00000000000fv2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fx2">Быстро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x0">меняется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y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w">энергетическая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u">инфраструктура.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s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q">2025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o">г.,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m">по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k">данным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i">Международного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g">агентства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e">по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c">возобновляемым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a">источникам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8">энергии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7">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5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3">мире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1">было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w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z">введено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x">692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v">ГВт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t">новых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r">мощностей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p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n">основе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l">возобновляемых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j">источников.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h">Общая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f">установленная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d">мощность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b">достигла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9">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7">149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5">ГВт.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fv4" w:id="5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v3" xml:space="preserve"> </w:t>
      </w:r>
    </w:p>
    <w:p w14:paraId="2BE1736C" w14:textId="77777777" w:rsidR="00401D4A" w:rsidRPr="003850CC" w:rsidRDefault="00401D4A" w:rsidP="00401D4A" vyd:_id="vyd:00000000000fv1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0315C54A" w14:textId="2DEDC4CB" w:rsidR="00401D4A" w:rsidRPr="003850CC" w:rsidRDefault="00401D4A" w:rsidP="00401D4A" vyd:_id="vyd:00000000000fuq">
      <w:pPr>
        <w:spacing w:after="0" w:line="360" w:lineRule="auto"/>
        <w:ind w:firstLine="709"/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v0">Слайд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uz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uy">5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ux">.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uw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uv">Последствия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uu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ut">технологической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us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ur">революции</w:t>
      </w:r>
    </w:p>
    <w:p w14:paraId="753E4D32" w14:textId="77777777" w:rsidR="00401D4A" w:rsidRPr="003850CC" w:rsidRDefault="00401D4A" w:rsidP="00401D4A" vyd:_id="vyd:00000000000fso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fup">Технологическая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n">революция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l">одновременно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j">меняет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h">производство,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f">способы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d">передачи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b">информации,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a" xml:space="preserve"> условия передачи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9">энергии,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7">организацию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5">труда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3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1">повседневную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u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z">жизнь.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x">Её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v">последствия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t">выходят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r">за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p">пределы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n">техники: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l">новые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j">технологии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h">меняют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f">способы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d">взаимодействия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b">людей,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9">требования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7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5">образованию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3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1">профессиям,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t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z">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x">также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v">представления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t">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r">возможностях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p">человека.</w:t>
      </w:r>
    </w:p>
    <w:p w14:paraId="72246289" w14:textId="77777777" w:rsidR="00401D4A" w:rsidRPr="003850CC" w:rsidRDefault="00401D4A" w:rsidP="00401D4A" vyd:_id="vyd:00000000000fpe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fsn">Отсюда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l">возникает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j">ещё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h">одна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f">особенность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d">современного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b">мира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a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9">сокращение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7">времени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5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3">принятие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1">решений.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s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z">Чем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x">быстрее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v">новая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t">технология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r">распространяется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p">между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n">странами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l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j">отраслями,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h">тем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f">меньше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d">времени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b">остаётся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9">государству,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7">бизнесу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5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3">научным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1">организациям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r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z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x">оценку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v">её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t">возможностей,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r">ограничений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p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n">рисков.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l">Однако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j">одной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h">скорости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f">реакции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d">недостаточно.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b">Можно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9">быстро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7">устранить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5">возникший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3">дефицит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2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1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q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z">через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x">несколько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v">лет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t">снова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r">столкнуться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p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n">зависимостью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l">от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j">следующего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h">поколения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f">технологий.</w:t>
      </w:r>
    </w:p>
    <w:p w14:paraId="78E51DC6" w14:textId="77777777" w:rsidR="00401D4A" w:rsidRPr="003850CC" w:rsidRDefault="00401D4A" w:rsidP="00401D4A" vyd:_id="vyd:00000000000fn2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fpd">Поэтому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b">стратегическое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9">преимущество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7">связано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5">со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3">способностью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1">действовать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p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z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x">опережение: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v">создавать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t">собственные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r">знания,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p">готовить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n">специалистов,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l">развивать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j">исследовательскую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h">инфраструктуру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f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d">формировать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b">условия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9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7">освоения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5">новых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3">технологических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1">поколений.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o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z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x">этом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v">смысле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t">устойчивость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r">определяется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p">не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n">отдельным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l">удачным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j">продуктом,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h">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f">способностью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d">воспроизводить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b">результат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9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7">развивать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5">его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3">дальше.</w:t>
      </w:r>
    </w:p>
    <w:p w14:paraId="08B42673" w14:textId="77777777" w:rsidR="00401D4A" w:rsidRPr="003850CC" w:rsidRDefault="00401D4A" w:rsidP="00401D4A" vyd:_id="vyd:00000000000fki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fn1">Мировое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n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z">технологическое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x">ускорение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v">задаёт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t">условия,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r">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p">возможность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n">отвечать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l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j">новые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h">вызовы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f">зависит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d">от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b">научных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9">школ,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7">специалистов,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5">институтов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3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1">исследовательской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m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z">инфраструктуры,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x">которые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v">создаются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t">годами.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r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p">связи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n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l">этим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j">возникает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h">следующий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f">вопрос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e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d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b">каким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9">научным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7">потенциалом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5">Россия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3">вошла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1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l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kz">XXI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k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kx">век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k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kv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k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kt">как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k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kr">он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k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kp">менялся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k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kn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k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kl">последующие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k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kj">десятилетия?</w:t>
      </w:r>
    </w:p>
    <w:p w14:paraId="0233C473" w14:textId="77777777" w:rsidR="00401D4A" w:rsidRPr="003850CC" w:rsidRDefault="00401D4A" w:rsidP="00401D4A" vyd:_id="vyd:00000000000fkh">
      <w:pPr>
        <w:spacing w:after="0" w:line="360" w:lineRule="auto"/>
        <w:ind w:firstLine="709"/>
        <w:jc w:val="start"/>
        <w:rPr>
          <w:rFonts w:ascii="Times New Roman" w:hAnsi="Times New Roman" w:cs="Times New Roman"/>
          <w:sz w:val="28"/>
          <w:lang w:val="ru-RU"/>
          <w:szCs w:val="28"/>
        </w:rPr>
      </w:pPr>
    </w:p>
    <w:p w14:paraId="17042BDF" w14:textId="374091EC" w:rsidR="00401D4A" w:rsidRPr="003850CC" w:rsidRDefault="00401D4A" w:rsidP="00401D4A" vyd:_id="vyd:00000000000fkb">
      <w:pPr>
        <w:spacing w:after="0" w:line="360" w:lineRule="auto"/>
        <w:ind w:firstLine="709"/>
        <w:jc w:val="start"/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kg">Слайд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kf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ke">6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kd" xml:space="preserve">.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kc">Вопрос</w:t>
      </w:r>
    </w:p>
    <w:p w14:paraId="1613D76B" w14:textId="77777777" w:rsidR="00401D4A" w:rsidRPr="002B6065" w:rsidRDefault="00401D4A" w:rsidP="00401D4A" vyd:_id="vyd:00000000000fk9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noProof w:val="1"/>
          <w:szCs w:val="28"/>
        </w:rPr>
        <w:drawing vyd:_id="vyd:00000000000fka">
          <wp:inline distT="0" distB="0" distL="0" distR="0">
            <wp:extent cx="1080000" cy="346020"/>
            <wp:effectExtent l="0" t="0" r="6350" b="0"/>
            <wp:docPr id="3" name="Рисунок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Рисунок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BE057" w14:textId="77777777" w:rsidR="00401D4A" w:rsidRPr="002B6065" w:rsidRDefault="00401D4A" w:rsidP="00401D4A" vyd:_id="vyd:00000000000fk7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fk8">Что определяет научный потенциал страны: отдельные выдающиеся открытия и учёные или система, которая позволяет регулярно получать новые результаты и готовить следующее поколение исследователей?</w:t>
      </w:r>
    </w:p>
    <w:p w14:paraId="1E1A337D" w14:textId="77777777" w:rsidR="00401D4A" w:rsidRPr="0039374A" w:rsidRDefault="00401D4A" w:rsidP="00401D4A" vyd:_id="vyd:00000000000fk5">
      <w:pPr>
        <w:spacing w:after="0" w:line="360" w:lineRule="auto"/>
        <w:ind w:firstLine="709"/>
        <w:rPr>
          <w:rFonts w:ascii="Times New Roman" w:hAnsi="Times New Roman" w:cs="Times New Roman"/>
          <w:sz w:val="28"/>
          <w:i w:val="1"/>
          <w:lang w:val="ru-RU"/>
          <w:iCs w:val="1"/>
          <w:szCs w:val="28"/>
        </w:rPr>
      </w:pPr>
      <w:r>
        <w:rPr>
          <w:rFonts w:ascii="Times New Roman" w:hAnsi="Times New Roman" w:cs="Times New Roman"/>
          <w:sz w:val="28"/>
          <w:i w:val="1"/>
          <w:lang w:val="ru-RU"/>
          <w:iCs w:val="1"/>
          <w:szCs w:val="28"/>
        </w:rPr>
        <w:t vyd:_id="vyd:00000000000fk6">Ответы участников.</w:t>
      </w:r>
    </w:p>
    <w:p w14:paraId="6E35F9A1" w14:textId="77777777" w:rsidR="00401D4A" w:rsidRDefault="00401D4A" w:rsidP="00401D4A" vyd:_id="vyd:00000000000fk4">
      <w:pPr>
        <w:spacing w:after="0" w:line="360" w:lineRule="auto"/>
        <w:ind w:firstLine="709"/>
        <w:rPr>
          <w:rFonts w:ascii="Times New Roman" w:hAnsi="Times New Roman" w:cs="Times New Roman"/>
          <w:sz w:val="28"/>
          <w:b w:val="1"/>
          <w:lang w:val="ru-RU"/>
          <w:szCs w:val="28"/>
        </w:rPr>
      </w:pPr>
    </w:p>
    <w:p w14:paraId="27B690AC" w14:textId="77777777" w:rsidR="00401D4A" w:rsidRPr="003850CC" w:rsidRDefault="00401D4A" w:rsidP="00401D4A" vyd:_id="vyd:00000000000fk3">
      <w:pPr>
        <w:spacing w:after="0" w:line="360" w:lineRule="auto"/>
        <w:ind w:firstLine="709"/>
        <w:rPr>
          <w:rFonts w:ascii="Times New Roman" w:hAnsi="Times New Roman" w:cs="Times New Roman"/>
          <w:sz w:val="28"/>
          <w:b w:val="1"/>
          <w:lang w:val="ru-RU"/>
          <w:szCs w:val="28"/>
        </w:rPr>
      </w:pPr>
    </w:p>
    <w:p w14:paraId="21D8E1A4" w14:textId="5C9BAF16" w:rsidR="00401D4A" w:rsidRPr="003850CC" w:rsidRDefault="00401D4A" w:rsidP="00401D4A" vyd:_id="vyd:00000000000fjs">
      <w:pPr>
        <w:spacing w:after="0" w:line="360" w:lineRule="auto"/>
        <w:ind w:firstLine="709"/>
        <w:rPr>
          <w:rFonts w:ascii="Times New Roman" w:hAnsi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fk2">Слайд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fk1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fk0">7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fjz">.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fjy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fjx">Научный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fjw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fjv">потенциал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fju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fjt">России</w:t>
      </w:r>
    </w:p>
    <w:p w14:paraId="18550B2D" w14:textId="77777777" w:rsidR="00401D4A" w:rsidRPr="003850CC" w:rsidRDefault="00401D4A" w:rsidP="00401D4A" vyd:_id="vyd:00000000000fgh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fjr">Выражение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p">«научное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n">достижение»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l">чаще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j">всего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h">связывают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f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d">ярким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b">открытием,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9">изобретением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7">или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5">престижной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3">наградой.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1">Однако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j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z">научный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x">потенциал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v">страны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t">шире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r">отдельных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p">результатов: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n">он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l">зависит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j">от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h">способности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f">регулярно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d">создавать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b">новое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9">знание,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7">готовить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5">исследователей,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3">обеспечивать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1">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i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z">современной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x">инфраструктурой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v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t">превращать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r">результаты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p">исследований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n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l">практические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j">решения.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h">Президент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f">Национального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d">исследовательского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b">центра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9">«Курчатовский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7">институт»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5">Михаил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3">Ковальчук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1">связывает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h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z">развитие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x">науки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v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t">конкурентными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r">преимуществами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p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n">технологическим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l">суверенитетом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j">России.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fgi" w:id="6"/>
      </w:r>
    </w:p>
    <w:p w14:paraId="119A727A" w14:textId="77777777" w:rsidR="00401D4A" w:rsidRPr="003850CC" w:rsidRDefault="00401D4A" w:rsidP="00401D4A" vyd:_id="vyd:00000000000fcj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fgg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f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fge">XXI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c">век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a">Россия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8">вошла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6">со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4">сложным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2">наследием.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g0">Сохранялись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y">сильные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w">академические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u">институты,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s">конструкторские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q">бюро,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o">математические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m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k">физические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i">школы,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g">однако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e">научная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c">сфера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a">продолжала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8">испытывать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6">последствия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4">глубокого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2">институционального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f0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y">финансового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w">кризиса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u">1990-х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s">гг.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q">Сокращалось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o">финансирование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m">исследований,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k">из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i">науки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g">уходили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e">молодые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c">кадры,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a">устаревало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8">оборудование,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6">ослабевали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4">связи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2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e0">образованием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y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w">реальным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u">сектором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s">экономики.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q">При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o">этом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m">страна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k">не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i">начинала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g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e">нуля: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c">профессиональные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a">коллективы,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8">научные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6">школы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4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2">академические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d0">институты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y">сохранили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w">преемственность,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u">ставшую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s">основой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q">последующего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o">восстановления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m">научной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k">системы.</w:t>
      </w:r>
    </w:p>
    <w:p w14:paraId="6D265D7A" w14:textId="77777777" w:rsidR="00401D4A" w:rsidRPr="003850CC" w:rsidRDefault="00401D4A" w:rsidP="00401D4A" vyd:_id="vyd:00000000000f87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fci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g">начала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e">2000-х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c">гг.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a">государственная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8">политика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6">перешла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4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2">формированию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c0">долгосрочной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y">системы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w">развития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u">нау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t">ки в России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s">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q">Потребовались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o">последовательные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m">реформы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k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i">комплекс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g">управленческих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e">решений.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c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a">2009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9" xml:space="preserve"> года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8">были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6">введены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4">категории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2">национальных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b0">исследовательских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y">университетов.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fax" w:id="7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br vyd:_id="vyd:00000000000fav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u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s">2010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r" xml:space="preserve">-м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q">была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o">запущена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m">программа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k">мегагрантов,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i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g">2013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e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c">был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a">учреждён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8">Российский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6">научный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4">фонд,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2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a0">2016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y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w">принята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u">Стратегия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s">научно-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r">технологического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p">развития.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n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l">2022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j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h">была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f">запущена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d">инициатива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b">«Десятилетие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9">науки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7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5">технологий».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3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1">свою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9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z">очередь,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x">обновлённая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v">Стратегия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t">2024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r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p">закрепила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n">связь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l">научно-технологического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j">развития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h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f">суверенитетом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d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b">конкурентоспособностью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9">государства.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f88" w:id="8"/>
      </w:r>
    </w:p>
    <w:p w14:paraId="73DD0322" w14:textId="77777777" w:rsidR="00401D4A" w:rsidRPr="003850CC" w:rsidRDefault="00401D4A" w:rsidP="00401D4A" vyd:_id="vyd:00000000000f6i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f86">Первый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4">конкурс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2">Р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1" xml:space="preserve">оссийского научного фонда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80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y">2014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w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u">собрал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s">12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q">774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o">заявки;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m">по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k">результатам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i">экспертной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g">оценки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e">поддержку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c">получили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a">875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8">проектов.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f77" w:id="9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5">Создание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3">фонда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1">расширило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7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z">инструменты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x">грантового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v">финансирования,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t">координации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r">исследований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p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n">поддержки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l">научных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j">коллективов.</w:t>
      </w:r>
    </w:p>
    <w:p w14:paraId="00CE2C43" w14:textId="77777777" w:rsidR="00401D4A" w:rsidRPr="003850CC" w:rsidRDefault="00401D4A" w:rsidP="00401D4A" vyd:_id="vyd:00000000000f2d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f6h">Особенно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f">заметны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d">изменения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b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9">высшей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7">школе.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5">Число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3">исследователей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1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6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z">секторе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x">высшего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v">образования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t">выросло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r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p">28,3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n">тыс.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l">человек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j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h">2000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f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d">до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b">45,2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9">тыс.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7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5">2024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3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1">Доля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5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z">российских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x">публикаций,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v">совместно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t">подготовленных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r">авторами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p">из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n">университетов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l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j">исследовательских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h">институтов,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f">увеличилась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d">до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b">32%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9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7">2017-2019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5">гг.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3">Это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1">свидетельствует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4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z">об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x">усилении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v">научной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t">кооперации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r">между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p">двумя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n">секторами.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f3m" w:id="10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k">Университет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i">вовлекает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g">студента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e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c">исследовательскую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a">работу,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8">аспирантура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6">готовит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4">самостоятельных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2">учёных,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30">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y">инженерные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w">школы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u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s">проектные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q">команды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o">соединяют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m">обучение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k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i">решением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g">практических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e">задач.</w:t>
      </w:r>
    </w:p>
    <w:p w14:paraId="0084B207" w14:textId="77777777" w:rsidR="00401D4A" w:rsidRPr="003850CC" w:rsidRDefault="00401D4A" w:rsidP="00401D4A" vyd:_id="vyd:00000000000f2c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7DAE660C" w14:textId="0E592526" w:rsidR="00401D4A" w:rsidRPr="003850CC" w:rsidRDefault="00401D4A" w:rsidP="00401D4A" vyd:_id="vyd:00000000000f23">
      <w:pPr>
        <w:spacing w:after="0" w:line="360" w:lineRule="auto"/>
        <w:ind w:firstLine="709"/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2b">Слайд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2a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29">8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28">.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27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26">Система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25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f24">поддержки</w:t>
      </w:r>
    </w:p>
    <w:p w14:paraId="268DC5D8" w14:textId="77777777" w:rsidR="00401D4A" w:rsidRPr="003850CC" w:rsidRDefault="00401D4A" w:rsidP="00401D4A" vyd:_id="vyd:00000000000f0y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f22">Кооперация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20">университетов,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y">научных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w">организаций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u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s">предприятий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q">развивается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o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m">том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k">числе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i">через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g">механизм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e">государственной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c">поддержки,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a">установленный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8">постановлением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6">Правительства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4">РФ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3" xml:space="preserve"> от 09.04.2010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2">№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10">218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z" xml:space="preserve">. </w:t>
      </w:r>
    </w:p>
    <w:p w14:paraId="27EBB4C7" w14:textId="77777777" w:rsidR="00401D4A" w:rsidRPr="003850CC" w:rsidRDefault="00401D4A" w:rsidP="00401D4A" vyd:_id="vyd:00000000000ez1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f0x">Санкционные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v">ограничения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t">потребовали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r">организационной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p">перестройки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n">научной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l">сферы: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j">поиска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h">новых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f">поставщиков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d">оборудования,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b">разработки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9">отечественных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7">решений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5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3">переориентаци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2" xml:space="preserve">и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1">части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f0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z">международного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x">сотрудничества.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v">Российская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t">научная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r">система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p">при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n">этом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l">сохранила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j">работоспособность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h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f">сформировала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d">новые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b">механизмы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9">адаптации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7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5">внешним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z3">ограничениям.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ez2" w:id="11"/>
      </w:r>
    </w:p>
    <w:p w14:paraId="188310CF" w14:textId="77777777" w:rsidR="00401D4A" w:rsidRPr="003850CC" w:rsidRDefault="00401D4A" w:rsidP="00401D4A" vyd:_id="vyd:00000000000eu1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ez0">Система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y">поддержки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w">научных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u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s">инженерных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q">коллективов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o">охватывает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m">разные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k">этапы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i">подготовки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g">кадров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e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c">проведения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a">исследований.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8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6">2025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4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br vyd:_id="vyd:00000000000ey2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1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y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z">70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x">регионах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v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t">базе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r">119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p">университетов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n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l">254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j">научных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h">организаций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f">действовали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d">940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b">молодёжных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9">лабораторий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8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7">исследовательских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5">коллективов,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3">две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1">трети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x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z">сотрудников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x">которых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v">составляли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t">учёные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r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p">возрасте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n">до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l">39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j">лет.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h">Программа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f">обеспечила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d">более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b">9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9">тыс.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7">исследовательских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5">рабочих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3">мест.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1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w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z">23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x">регионах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v">работали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t">50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r">передовых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p">инженерных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n">школ,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l">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j">сеть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h">студенческих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f">конструкторских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d">бюро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b">насчитывала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9">529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7">подразделений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5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3">78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1">регионах.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v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z">Эти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x">инициативы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v">связывают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t">подготовку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r">научных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p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n">инженерных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l">кадров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j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h">исследованиями,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f">проектной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d">работой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b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9">решением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7">практических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5">задач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u3">предприятий.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eu2" w:id="12"/>
      </w:r>
    </w:p>
    <w:p w14:paraId="772898DB" w14:textId="77777777" w:rsidR="00401D4A" w:rsidRPr="003850CC" w:rsidRDefault="00401D4A" w:rsidP="00401D4A" vyd:_id="vyd:00000000000esg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eu0">За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y">этими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w">показателями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u">стоят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s">конкретные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q">исследователи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o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m">научные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k">коллективы.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i">Это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g">хорошо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e">показывает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c">проект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a">«Наука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8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6">лицах»,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4">пятый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2">сезон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t0">которого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y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w">2026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u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s">представил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q">32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o">российских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m">учёных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k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i">разработчиков.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h" xml:space="preserve"> </w:t>
      </w:r>
    </w:p>
    <w:p w14:paraId="6B7D0A95" w14:textId="77777777" w:rsidR="00401D4A" w:rsidRPr="003850CC" w:rsidRDefault="00401D4A" w:rsidP="00401D4A" vyd:_id="vyd:00000000000epl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esf" xml:space="preserve">Одна группа учёных разработала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e">отечественные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c">бета-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b">вольтаические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9">источники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7">энергии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6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5">компактные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3">источники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1">питания,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s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z">рассчитанные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x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v">длительную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t">автономную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r">работу,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p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n">том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l">числе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j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h">космической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f">технике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d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b">системах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9">мониторинга.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8" xml:space="preserve"> Другой участник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7">разработал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5">технологию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3">извлечения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1">лития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r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z">из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x">природных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v">вод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t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r">техногенных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p">растворов.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o" xml:space="preserve"> Ученый из 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n">ниверситет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m" xml:space="preserve">а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l">«Сириус»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k" xml:space="preserve"> занимается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j">исследованиями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h">опухолевого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f">микроокружения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d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b">Т-клеточного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9">иммунного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7">ответа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5">при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3">глиобластоме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2">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q0">ориентированными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y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w">поиск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u">новых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s">подходов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q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o">терапии.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epn" w:id="13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m" xml:space="preserve"> </w:t>
      </w:r>
    </w:p>
    <w:p w14:paraId="370BEE3D" w14:textId="77777777" w:rsidR="00401D4A" w:rsidRPr="003850CC" w:rsidRDefault="00401D4A" w:rsidP="00401D4A" vyd:_id="vyd:00000000000eo1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epk">Эти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i">примеры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g">показывают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e">разные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c">формы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a">современного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8">научного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6">результата: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4">создание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2">нового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p0">источника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y">энергии,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w">разработку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u">технологии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s">получения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q">критически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o">важного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m">сырья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k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i">фундаментальные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g">исследования,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e">способные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c">стать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a">основой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8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6">последующих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4">медицинских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o2">решений.</w:t>
      </w:r>
    </w:p>
    <w:p w14:paraId="5FBF7A97" w14:textId="77777777" w:rsidR="00401D4A" w:rsidRPr="003850CC" w:rsidRDefault="00401D4A" w:rsidP="00401D4A" vyd:_id="vyd:00000000000eka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eo0">Ещё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y">одна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w">характерная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u">черта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s">современной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q">науки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p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o">развитие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m">исследований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k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i">стыке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g">дисциплин.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e">Показательный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c">пример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a">даёт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8">Курчатовский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6">институт,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4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2">рамках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n0">развиваемого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y">здесь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w">направления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u">исторического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s">материаловедения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q">методы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o">компьютерной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m">томографии,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k">электронной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i">микроскопии,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g">генетического,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e">изотопного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c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a">других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8">видов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6">анализа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4">используются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2">при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m0">исследовании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y">древнеегипетских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w">мумий,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u">древнерусских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s">рукописей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q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o">археологических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m">артефактов.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ell" w:id="14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j">Такие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h">проекты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f">показывают,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d">как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b">объединение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9">методов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7">разных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5">научных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3">областей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1">позволяет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l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z">получать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x">новое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v">знание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t">об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r">объектах,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p">которые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n">невозможно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l">полноценно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j">исследовать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h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f">рамках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d">одной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b">дисциплины.</w:t>
      </w:r>
    </w:p>
    <w:p w14:paraId="4FCEEA4A" w14:textId="77777777" w:rsidR="00401D4A" w:rsidRPr="003850CC" w:rsidRDefault="00401D4A" w:rsidP="00401D4A" vyd:_id="vyd:00000000000eie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ek9">Одновременно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7">расширяется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5">инфраструктура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3">фундаментальных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1">исследований.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k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z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x">марте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v">2025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t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r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p">Дубне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n">начался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l">первый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j">сеанс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h">работы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f">ускорительного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d">комплекса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b">NICA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a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9">международного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7">проекта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5">Объединённого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3">института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1">ядерных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j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z">исследований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x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v">Дубне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t">класса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r">«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q">мегасайенс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p">» (</w:t>
      </w:r>
      <w:r>
        <w:rPr>
          <w:rFonts w:ascii="Times New Roman" w:hAnsi="Times New Roman"/>
          <w:sz w:val="28"/>
          <w:lang w:val="ru-RU"/>
          <w:szCs w:val="28"/>
        </w:rPr>
        <w:t vyd:_id="vyd:00000000000eio">Использование англицизма здесь и далее по тексту обусловлено отсутствием аналога в русском языке и иностранным происхождением описываемого явления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n">), реализуемого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l">при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j">ключевом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h">участии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f">России.</w:t>
      </w:r>
    </w:p>
    <w:p w14:paraId="4FFF0740" w14:textId="77777777" w:rsidR="00401D4A" w:rsidRPr="003850CC" w:rsidRDefault="00401D4A" w:rsidP="00401D4A" vyd:_id="vyd:00000000000egy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eid">Научный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b">потенциал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9">приобретает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7">практическое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5">значение,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3">когда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1">результаты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i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z">исследований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x">превращаются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v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t">технологии,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r">которые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p">страна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n">способна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l">самостоятельно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j">воспроизводить,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h">развивать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f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d">применять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b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9">ключевых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7">сферах.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5">Этому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3">посвящён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1">следующий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h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gz">раздел.</w:t>
      </w:r>
    </w:p>
    <w:p w14:paraId="05C61173" w14:textId="77777777" w:rsidR="00401D4A" w:rsidRDefault="00401D4A" w:rsidP="00401D4A" vyd:_id="vyd:00000000000egx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1A980B2C" w14:textId="77777777" w:rsidR="00401D4A" w:rsidRPr="003850CC" w:rsidRDefault="00401D4A" w:rsidP="00401D4A" vyd:_id="vyd:00000000000egw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55F158C5" w14:textId="59C8C8B3" w:rsidR="00401D4A" w:rsidRPr="003850CC" w:rsidRDefault="00401D4A" w:rsidP="00401D4A" vyd:_id="vyd:00000000000egf">
      <w:pPr>
        <w:spacing w:after="0" w:line="360" w:lineRule="auto"/>
        <w:ind w:firstLine="709"/>
        <w:jc w:val="start"/>
        <w:rPr>
          <w:rFonts w:ascii="Times New Roman" w:hAnsi="Times New Roman" w:cs="Times New Roman"/>
          <w:sz w:val="28"/>
          <w:b w:val="1"/>
          <w:lang w:val="ru-RU"/>
          <w:bCs w:val="1"/>
          <w:iCs w:val="1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bCs w:val="1"/>
          <w:iCs w:val="1"/>
          <w:szCs w:val="28"/>
        </w:rPr>
        <w:t vyd:_id="vyd:00000000000egv">Слайд</w:t>
      </w:r>
      <w:r>
        <w:rPr>
          <w:rFonts w:ascii="Times New Roman" w:hAnsi="Times New Roman" w:cs="Times New Roman"/>
          <w:sz w:val="28"/>
          <w:b w:val="1"/>
          <w:lang w:val="ru-RU"/>
          <w:bCs w:val="1"/>
          <w:iCs w:val="1"/>
          <w:szCs w:val="28"/>
        </w:rPr>
        <w:t vyd:_id="vyd:00000000000egu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iCs w:val="1"/>
          <w:szCs w:val="28"/>
        </w:rPr>
        <w:t vyd:_id="vyd:00000000000egt">9</w:t>
      </w:r>
      <w:r>
        <w:rPr>
          <w:rFonts w:ascii="Times New Roman" w:hAnsi="Times New Roman" w:cs="Times New Roman"/>
          <w:sz w:val="28"/>
          <w:b w:val="1"/>
          <w:lang w:val="ru-RU"/>
          <w:bCs w:val="1"/>
          <w:iCs w:val="1"/>
          <w:szCs w:val="28"/>
        </w:rPr>
        <w:t vyd:_id="vyd:00000000000egs">.</w:t>
      </w:r>
      <w:r>
        <w:rPr>
          <w:rFonts w:ascii="Times New Roman" w:hAnsi="Times New Roman" w:cs="Times New Roman"/>
          <w:sz w:val="28"/>
          <w:b w:val="1"/>
          <w:lang w:val="ru-RU"/>
          <w:bCs w:val="1"/>
          <w:iCs w:val="1"/>
          <w:szCs w:val="28"/>
        </w:rPr>
        <w:t vyd:_id="vyd:00000000000egr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iCs w:val="1"/>
          <w:szCs w:val="28"/>
        </w:rPr>
        <w:t vyd:_id="vyd:00000000000egq">От</w:t>
      </w:r>
      <w:r>
        <w:rPr>
          <w:rFonts w:ascii="Times New Roman" w:hAnsi="Times New Roman" w:cs="Times New Roman"/>
          <w:sz w:val="28"/>
          <w:b w:val="1"/>
          <w:lang w:val="ru-RU"/>
          <w:bCs w:val="1"/>
          <w:iCs w:val="1"/>
          <w:szCs w:val="28"/>
        </w:rPr>
        <w:t vyd:_id="vyd:00000000000egp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iCs w:val="1"/>
          <w:szCs w:val="28"/>
        </w:rPr>
        <w:t vyd:_id="vyd:00000000000ego">отдельных</w:t>
      </w:r>
      <w:r>
        <w:rPr>
          <w:rFonts w:ascii="Times New Roman" w:hAnsi="Times New Roman" w:cs="Times New Roman"/>
          <w:sz w:val="28"/>
          <w:b w:val="1"/>
          <w:lang w:val="ru-RU"/>
          <w:bCs w:val="1"/>
          <w:iCs w:val="1"/>
          <w:szCs w:val="28"/>
        </w:rPr>
        <w:t vyd:_id="vyd:00000000000egn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iCs w:val="1"/>
          <w:szCs w:val="28"/>
        </w:rPr>
        <w:t vyd:_id="vyd:00000000000egm">разработок</w:t>
      </w:r>
      <w:r>
        <w:rPr>
          <w:rFonts w:ascii="Times New Roman" w:hAnsi="Times New Roman" w:cs="Times New Roman"/>
          <w:sz w:val="28"/>
          <w:b w:val="1"/>
          <w:lang w:val="ru-RU"/>
          <w:bCs w:val="1"/>
          <w:iCs w:val="1"/>
          <w:szCs w:val="28"/>
        </w:rPr>
        <w:t vyd:_id="vyd:00000000000egl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iCs w:val="1"/>
          <w:szCs w:val="28"/>
        </w:rPr>
        <w:t vyd:_id="vyd:00000000000egk">к</w:t>
      </w:r>
      <w:r>
        <w:rPr>
          <w:rFonts w:ascii="Times New Roman" w:hAnsi="Times New Roman" w:cs="Times New Roman"/>
          <w:sz w:val="28"/>
          <w:b w:val="1"/>
          <w:lang w:val="ru-RU"/>
          <w:bCs w:val="1"/>
          <w:iCs w:val="1"/>
          <w:szCs w:val="28"/>
        </w:rPr>
        <w:t vyd:_id="vyd:00000000000egj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iCs w:val="1"/>
          <w:szCs w:val="28"/>
        </w:rPr>
        <w:t vyd:_id="vyd:00000000000egi">технологическому</w:t>
      </w:r>
      <w:r>
        <w:rPr>
          <w:rFonts w:ascii="Times New Roman" w:hAnsi="Times New Roman" w:cs="Times New Roman"/>
          <w:sz w:val="28"/>
          <w:b w:val="1"/>
          <w:lang w:val="ru-RU"/>
          <w:bCs w:val="1"/>
          <w:iCs w:val="1"/>
          <w:szCs w:val="28"/>
        </w:rPr>
        <w:t vyd:_id="vyd:00000000000egh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iCs w:val="1"/>
          <w:szCs w:val="28"/>
        </w:rPr>
        <w:t vyd:_id="vyd:00000000000egg">суверенитету</w:t>
      </w:r>
    </w:p>
    <w:p w14:paraId="26E769D7" w14:textId="77777777" w:rsidR="00401D4A" w:rsidRPr="003850CC" w:rsidRDefault="00401D4A" w:rsidP="00401D4A" vyd:_id="vyd:00000000000edp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ege">Согласно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g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gc">Концепции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g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ga">технологического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g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g8">развития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g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g6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g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g4">период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g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g2">до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g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g0">2030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y">года,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w">технологический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u">суверенитет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s">определяется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q">как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o">наличие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m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k">стране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i">под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g">национальным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e">контролем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c">критических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a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8">сквозных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6">технологий,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4">собственных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2">линий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f0">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y">разработки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w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u">условий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s">производства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q">продукции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o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m">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k">основе,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i">обеспечивающих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g">устойчивую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e">возможность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c">государства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a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8">общества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6">достигать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4">национальных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2">целей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e0">развития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y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w">реализовывать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u">национальные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s">интересы.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edr" w:id="15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q" xml:space="preserve"> </w:t>
      </w:r>
    </w:p>
    <w:p w14:paraId="16D422A4" w14:textId="77777777" w:rsidR="00401D4A" w:rsidRPr="003850CC" w:rsidRDefault="00401D4A" w:rsidP="00401D4A" vyd:_id="vyd:00000000000ebd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edo">Практический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m">результат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k">научной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i">политики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g">особенно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e">заметен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c">там,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a">где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8">исследования,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6">подготовка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4">кадров,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2">оборудование,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d0">программные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y">решения,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w">производство,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u">стандарты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s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q">управление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o">работают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m">как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k">единая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i">технологическая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g">система.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e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c">такой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a">системе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8">отдельная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6">разработка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4">становится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2">частью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c0">устойчивого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y">технологического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w">цикла: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u">её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s">можно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q">совершенствовать,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o">масштабировать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m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k">применять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i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g">разных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e">отраслях.</w:t>
      </w:r>
    </w:p>
    <w:p w14:paraId="6341B6A2" w14:textId="77777777" w:rsidR="00401D4A" w:rsidRPr="003850CC" w:rsidRDefault="00401D4A" w:rsidP="00401D4A" vyd:_id="vyd:00000000000e7z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ebc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a">практике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8">такая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6">система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4">требует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2">собственной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b0">научной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y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w">производственной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u">базы,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s">позволяющей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q">развивать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o">критически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m">важные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k">технологии,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i">обеспечивать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g">работу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e">ключевой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c">инфраструктуры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a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8">участвовать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6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4">международном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2">сотрудничестве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a0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y">самостоятельным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w">технологическим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u">вкладом.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s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q">России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o">эту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m">логику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k">можно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i">проследить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g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e">примере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c">атомной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a">отрасли,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8">цифровой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6">инфраструктуры,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4">космических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2">проектов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90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y">установок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w">класса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u">«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t">мегасайенс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s">».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q">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o">развитие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m">требует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k">постоянного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i">воспроизводства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g">научных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e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c">инженерных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a">кадров,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8">исследовательской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6">базы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4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2">производственных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80">возможностей.</w:t>
      </w:r>
    </w:p>
    <w:p w14:paraId="6B084282" w14:textId="77777777" w:rsidR="00401D4A" w:rsidRPr="003850CC" w:rsidRDefault="00401D4A" w:rsidP="00401D4A" vyd:_id="vyd:00000000000e7y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</w:pPr>
    </w:p>
    <w:p w14:paraId="36EC7761" w14:textId="198B780C" w:rsidR="00401D4A" w:rsidRPr="003850CC" w:rsidRDefault="00401D4A" w:rsidP="00401D4A" vyd:_id="vyd:00000000000e7i">
      <w:pPr>
        <w:spacing w:after="0" w:line="360" w:lineRule="auto"/>
        <w:ind w:firstLine="709"/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e7x">Слайд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e7w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e7v">10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e7u">.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e7t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e7s">Атомная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e7r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e7q">отрасль: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e7p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e7o">полный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e7n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e7m">технологический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e7l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e7k">цикл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e7j" xml:space="preserve"> </w:t>
      </w:r>
    </w:p>
    <w:p w14:paraId="28AC8B59" w14:textId="77777777" w:rsidR="00401D4A" w:rsidRPr="003850CC" w:rsidRDefault="00401D4A" w:rsidP="00401D4A" vyd:_id="vyd:00000000000e6h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e7h">Атомная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7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7f">отрасль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7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7d">наглядно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7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7b">показывает,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7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79">как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7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77">исследования,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7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75">подготовка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7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73">кадров,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7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71">производство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7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z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x">эксплуатация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v">сложных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t">технологий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r">соединяются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p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n">полный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l">технологический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j">цикл.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i" xml:space="preserve"> </w:t>
      </w:r>
    </w:p>
    <w:p w14:paraId="7E6A9744" w14:textId="77777777" w:rsidR="00401D4A" w:rsidRPr="003850CC" w:rsidRDefault="00401D4A" w:rsidP="00401D4A" vyd:_id="vyd:00000000000e3r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e6g">Воспроизводство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e">накопленного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c">технологического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a">опыта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8">опирается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6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4">развитую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2">кадровую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60">систему: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y">«Росатом»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w">объединяет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u">более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s">550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q">предприятий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o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m">организаций,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k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i">которых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g">работают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e">около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c">420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a">тыс.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8">человек.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e57" w:id="16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5">Подготовка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3">кадров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1">связана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5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z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x">базовыми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v">кафедрами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t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r">российских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p">вузах,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n">образовательными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l">программами,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j">практиками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h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f">стажировками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d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b">предприятиях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9">отрасли,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7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5">том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3">числе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1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4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z">последующим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x">трудоустройством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v">молодых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t">специалистов.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e3s" w:id="17"/>
      </w:r>
    </w:p>
    <w:p w14:paraId="5A3A05E9" w14:textId="77777777" w:rsidR="00401D4A" w:rsidRPr="003850CC" w:rsidRDefault="00401D4A" w:rsidP="00401D4A" vyd:_id="vyd:00000000000e1e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e3q">Серийное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o">освоение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m">реакторов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k">поколения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j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e3i">III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h">+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f">показывает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d">способность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b">повторять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9">полный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7">цикл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5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3">практике.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1">Первый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3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z">энергоблок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x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v">ВВЭР-1200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e2u" w:id="18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s">был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q">подключён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o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m">сети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k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i">2016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g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e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c">введён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a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8">промышленную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6">эксплуатацию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4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2">2017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20">г.;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y">затем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w">энергоблоки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u">этого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s">типа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q">заработали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o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m">Ленинградской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k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i">Белорусской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g">АЭС.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f" xml:space="preserve"> </w:t>
      </w:r>
    </w:p>
    <w:p w14:paraId="7F019F5F" w14:textId="77777777" w:rsidR="00401D4A" w:rsidRPr="003850CC" w:rsidRDefault="00401D4A" w:rsidP="00401D4A" vyd:_id="vyd:00000000000dzv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e1d">По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b">данным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9">«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8">Росатома», на стадии строительства находятся 22 энергоблока ВВЭР в семи странах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7">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e16" w:id="19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5" xml:space="preserve"> Зарубежные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3">проекты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1">такого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1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z">масштаба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x">включают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v">проектирование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t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r">сооружение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p">АЭС,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n">поставки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l">оборудования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j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h">топлива,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f">подготовку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d">персонала,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b">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9">также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7">последующее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5">сопровождение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3">эксплуатации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1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e0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z">сервисное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x">обслуживание.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dzw" w:id="20"/>
      </w:r>
    </w:p>
    <w:p w14:paraId="7C4BF6A5" w14:textId="77777777" w:rsidR="00401D4A" w:rsidRPr="003850CC" w:rsidRDefault="00401D4A" w:rsidP="00401D4A" vyd:_id="vyd:00000000000dxu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dzu">Отдельное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s">направление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q">связано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o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m">более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k">полным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i">использованием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g">ядерного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e">топлива.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c">Идея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a">состоит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8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6">том,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4">чтобы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2">часть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z0">материалов,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y">содержащихся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w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u">отработавшем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s">топливе,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q">перерабатывать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o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m">снова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k">использовать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i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g">производства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e">нового,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c">МОКС-топлив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b">а,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dya" w:id="21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8">постепенно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6">приближаясь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4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2">замкнутому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y0">ядерному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y">топливному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w">циклу.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v" xml:space="preserve"> </w:t>
      </w:r>
    </w:p>
    <w:p w14:paraId="094210F4" w14:textId="77777777" w:rsidR="00401D4A" w:rsidRPr="003850CC" w:rsidRDefault="00401D4A" w:rsidP="00401D4A" vyd:_id="vyd:00000000000duk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dxt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r">2023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p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n">активная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l">зона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j">реактора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h">БН-800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dxg" w:id="22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e">была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c">полностью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a">переведена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8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6">МОКС-топливо.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4">Следующий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2">этап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x0">отрабатывается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y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w">рамках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u">проекта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s">«Прорыв»: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q">создаётся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o">опытно-демонстрационный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m">энергокомплекс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k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i">реактором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g">БРЕСТ-ОД-300,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e">производством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c">топлива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a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8">его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6">последующей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4">переработкой.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2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w0">перспективе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y">такая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w">технологическая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u">схема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s">должна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q">позволить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o">повторно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m">использовать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k">часть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i">материалов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g">из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e">отработавшего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c">ядерного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a">топлива,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8">снизить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6">потребность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4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2">первичном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v0">урановом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y">сырье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w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u">сократить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s">объём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q">отходов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o">топливного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m">цикла.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dul" w:id="23"/>
      </w:r>
    </w:p>
    <w:p w14:paraId="4691219A" w14:textId="77777777" w:rsidR="00401D4A" w:rsidRPr="003850CC" w:rsidRDefault="00401D4A" w:rsidP="00401D4A" vyd:_id="vyd:00000000000duj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48C2FD4B" w14:textId="4DF14B28" w:rsidR="00401D4A" w:rsidRPr="003850CC" w:rsidRDefault="00401D4A" w:rsidP="00401D4A" vyd:_id="vyd:00000000000du6">
      <w:pPr>
        <w:spacing w:after="0" w:line="360" w:lineRule="auto"/>
        <w:ind w:firstLine="709"/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ui">Слайд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uh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ug">11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uf">.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ue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ud">За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uc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ub">пределами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ua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u9">стационарной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u8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u7">энергетики</w:t>
      </w:r>
    </w:p>
    <w:p w14:paraId="7B7BF2BF" w14:textId="77777777" w:rsidR="00401D4A" w:rsidRPr="003850CC" w:rsidRDefault="00401D4A" w:rsidP="00401D4A" vyd:_id="vyd:00000000000dp7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du5">Технологии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3">атомной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1">отрасли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u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z">применяются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x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v">за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t">пределами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r">крупной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p">стационарной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n">энергетики.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l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j">2020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h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f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d">Певеке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b">работает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9">плавучая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7">атомная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5">теплоэлектростанция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3">«Академик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1">Ломоносов»,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t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z">обеспечивающая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x">энергией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v">изолированную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t">систему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r">Чукотки.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p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n">2025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l">г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k" xml:space="preserve">оду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j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h">составе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f">атомного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d">флота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b">эксплуатировались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9">четыре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7">универсальных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5">атомных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3">ледокола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1">проекта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s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z">22220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y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x">«Арктика»,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v">«Сибирь»,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t">«Урал»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r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p">«Якутия».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n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l">каждом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j">установлены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h">две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f">реакторные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d">установки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b">РИТМ-200.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9">Новый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7">ледокольный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5">флот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3">обеспечивает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1">освоение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r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z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x">развитие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v">Северного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t">морского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r">пути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p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n">связывает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l">атомное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j">машиностроение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h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f">задачами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d">арктической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b">логистики.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9">Обеспечение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7">круглогодичной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5">навигации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3">по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1">Северному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q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z">морскому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x">пути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v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t">отчёте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r">«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q">Атомфлота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p">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n">за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l">2025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j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h">прямо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f">названо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d">задачей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b">ближайших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9">лет.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dp8" w:id="24"/>
      </w:r>
    </w:p>
    <w:p w14:paraId="5D1C74AF" w14:textId="77777777" w:rsidR="00401D4A" w:rsidRPr="003850CC" w:rsidRDefault="00401D4A" w:rsidP="00401D4A" vyd:_id="vyd:00000000000dm6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dp6">Ядерные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4">технологии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2">работают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p0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y">непосредственно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w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u">качество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s">жизни.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q">По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o">данным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m">«Росатома»,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k">изотопная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i">продукция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g">медицинского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e">назначения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c">поставляется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a">более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8">чем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6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4">50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2">стран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o0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y">позволяет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w">проводить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u">около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s">2,5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q">млн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o">диагностических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m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k">терапевтических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i">процедур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g">ежегодно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e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c">России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a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8">за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6">рубежом.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4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2">2024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n0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y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w">Димитровграде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u">первые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s">пациенты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q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o">раком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m">предстательной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k">железы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i">получили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g">отечественный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e">радиофармпрепарат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c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a">основе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8">актиния-225.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dm7" w:id="25"/>
      </w:r>
    </w:p>
    <w:p w14:paraId="27B53B9C" w14:textId="77777777" w:rsidR="00401D4A" w:rsidRPr="003850CC" w:rsidRDefault="00401D4A" w:rsidP="00401D4A" vyd:_id="vyd:00000000000djs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dm5">Атомная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3">отрасль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1">России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m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z">демонстрирует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x">одно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v">из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t">практических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r">проявлений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p">технологического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n">суверенитета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m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l">воспроизводимость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j">полного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h">цикла: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f">от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d">топлива,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b">проектирования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9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7">производства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5">оборудования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3">до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1">эксплуатации,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l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z">подготовки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x">кадров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v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t">развития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r">новых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p">технологий.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n">Международные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l">проекты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j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h">этом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f">случае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d">опираются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b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9">собственную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7">научно-производственную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5">базу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3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1">расширяют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k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jz">сферу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j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jx">применения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j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jv">созданных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j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jt">решений.</w:t>
      </w:r>
    </w:p>
    <w:p w14:paraId="6EBCA7EF" w14:textId="77777777" w:rsidR="00401D4A" w:rsidRPr="003850CC" w:rsidRDefault="00401D4A" w:rsidP="00401D4A" vyd:_id="vyd:00000000000djr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</w:pPr>
    </w:p>
    <w:p w14:paraId="56837AFA" w14:textId="0746DB2A" w:rsidR="00401D4A" w:rsidRPr="003850CC" w:rsidRDefault="00401D4A" w:rsidP="00401D4A" vyd:_id="vyd:00000000000djb">
      <w:pPr>
        <w:spacing w:after="0" w:line="360" w:lineRule="auto"/>
        <w:ind w:firstLine="709"/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jq">Слайд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jp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jo">1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jn">2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jm">.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jl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jk">Технологический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jj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ji">суверенитет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jh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jg">в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jf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je">цифровой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jd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jc">сфере</w:t>
      </w:r>
    </w:p>
    <w:p w14:paraId="0D11AC1B" w14:textId="77777777" w:rsidR="00401D4A" w:rsidRPr="003850CC" w:rsidRDefault="00401D4A" w:rsidP="00401D4A" vyd:_id="vyd:00000000000deh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dja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j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j8">цифровой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j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j6">сфере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j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j4">технологический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j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j2">суверенитет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j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j0">проявляется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y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w">способности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u">обеспечивать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s">устойчивую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q">работу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o">критически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m">важных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k">цифровых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i">систем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g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e">развивать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c">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a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8">собственной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6">технологической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4">основе.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di3" w:id="26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1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i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z">практике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x">это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v">включает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t">массовые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r">сервисы,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p">платёжную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n">инфраструктуру,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l">облачные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j">вычисления,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h">информационную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f">безопасность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d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b">собственные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9">технологии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7">искусственного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5">интеллекта.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3">По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1">данным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h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z">Всемирного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x">банка,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v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t">2024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r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p">интернетом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n">пользовались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l">94%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j">жителей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h">России.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f">По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d">данным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b">Правительства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9">России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7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5">февраль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3">2026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1">г.,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g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z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x">портале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v">«Госуслуги»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t">были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r">зарегистрированы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p">120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n">млн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l">человек,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j">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h">ежедневная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f">аудитория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d">составляла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b">14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9">млн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7">пользователей.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5">Таким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3">образом,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1">отечественная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f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z">цифровая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x">инфраструктура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v">стала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t">повседневной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r">средой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p">взаимодействия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n">гражданина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l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j">государством.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dei" w:id="27"/>
      </w:r>
    </w:p>
    <w:p w14:paraId="7A042EC5" w14:textId="77777777" w:rsidR="00401D4A" w:rsidRPr="003850CC" w:rsidRDefault="00401D4A" w:rsidP="00401D4A" vyd:_id="vyd:00000000000db7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deg">Ключевым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e">результатом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c">стало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a">создание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8">национальной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6">платёжной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4">инфраструктуры.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2">Национальная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e0">система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y">платёжных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w">карт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u">была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s">учреждена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br vyd:_id="vyd:00000000000ddq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p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n">2014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l">г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k">оду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j">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h">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f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d">апреля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b">2015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9">г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8" xml:space="preserve">ода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7">внутрироссийские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5">операции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3">по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1">картам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d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z">международных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x">платёжных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v">систем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t">обрабатываются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r">внутри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p">страны.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n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l">1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j">апреля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h">2026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f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d">было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b">выпущено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9">493,9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7">млн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5">карт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3">«Мир».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1">Эта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c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z">инфраструктура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x">обеспечивает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v">непрерывность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t">расчётов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r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p">снижает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n">зависимость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l">критически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j">важной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h">функции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f">от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d">внешних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b">процессинговых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9">центров.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db8" w:id="28"/>
      </w:r>
    </w:p>
    <w:p w14:paraId="0D8326CB" w14:textId="77777777" w:rsidR="00401D4A" w:rsidRPr="003850CC" w:rsidRDefault="00401D4A" w:rsidP="00401D4A" vyd:_id="vyd:00000000000d91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db6">Система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4">быстрых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2">платежей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b0">превратила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y">общий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w">технологический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u">стандарт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s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q">массовый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o">сервис.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m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k">2025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i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g">через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e">неё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c">прошло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a">18,3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8">млрд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6">операций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4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2">сумму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a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br vyd:_id="vyd:00000000000da0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z">103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x">трлн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v">рублей.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t">Она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r">связала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p">банки,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n">предприятия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l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j">граждан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h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f">стала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d">основой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b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9">развития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7">новых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5">финансовых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93">сервисов.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d92" w:id="29"/>
      </w:r>
    </w:p>
    <w:p w14:paraId="7B73EA85" w14:textId="77777777" w:rsidR="00401D4A" w:rsidRPr="003850CC" w:rsidRDefault="00401D4A" w:rsidP="00401D4A" vyd:_id="vyd:00000000000d60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d90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y">рамках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w">развития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u">искусственного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s">интеллекта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q">важен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o">переход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m">от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k">отдельных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i">моделей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g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e">платформам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c">разработки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a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8">внедрения.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6">Отечественные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4">большие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2">языковые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80">модели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y">применяются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w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u">поиске,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s">образовании,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q">медицине,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o">промышленной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m">аналитике,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k">клиентских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i">сервисах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g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e">создании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c">программного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a">кода.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8">Наличие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6">собственных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4">языковых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2">моделей,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70">инструментов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y">настройки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w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u">вычислительной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s">инфраструктуры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q">расширяет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o">возможности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m">государства,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k">науки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i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g">бизнеса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e">работать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c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a">данными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8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6">национальной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4">технологической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62">основе.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d61" w:id="30"/>
      </w:r>
    </w:p>
    <w:p w14:paraId="28F8FA09" w14:textId="77777777" w:rsidR="00401D4A" w:rsidRPr="003850CC" w:rsidRDefault="00401D4A" w:rsidP="00401D4A" vyd:_id="vyd:00000000000d3s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d5z">Кадровой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x">основой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v">развития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t">цифровых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r">технологий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p">стала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n">сильная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l">математическая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j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h">программистская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f">школа.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d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b">девяти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9">мировых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7">финалах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6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d55">ICPC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d54" w:id="31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3">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1">относящихся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5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z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x">сезонам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v">2012-202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u">1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s">гг.,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q">российские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o">университеты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m">занимали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k">первое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i">место.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g">Этот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e">результат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c">показывает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a">устойчивость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8">системы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6">подготовки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4">специалистов,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2">способных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40">решать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y">сложные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w">алгоритмические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u">задачи.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d3t" w:id="32"/>
      </w:r>
    </w:p>
    <w:p w14:paraId="729CFFB6" w14:textId="77777777" w:rsidR="00401D4A" w:rsidRPr="003850CC" w:rsidRDefault="00401D4A" w:rsidP="00401D4A" vyd:_id="vyd:00000000000d1m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d3r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p">цифровой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n">сфере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l">технологический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j">суверенитет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h">опирается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f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d">национальную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b">платёжную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9">инфраструктуру,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7">отечественные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5">облачные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3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1">программные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3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z">решения,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x">системы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v">кибербезопасности,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t">собственные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r">модели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p">искусственного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n">интеллекта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l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j">школу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h">подготовки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f">кадров.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d">Сочетание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b">этих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9">элементов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7">позволяет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5">массово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3">внедрять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1">цифровые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2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z">технологии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x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v">сохранять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t">управляемость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r">критически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p">важных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n">процессов.</w:t>
      </w:r>
    </w:p>
    <w:p w14:paraId="0C0ADE29" w14:textId="77777777" w:rsidR="00401D4A" w:rsidRPr="003850CC" w:rsidRDefault="00401D4A" w:rsidP="00401D4A" vyd:_id="vyd:00000000000d1l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17F973E2" w14:textId="2D9E5C46" w:rsidR="00401D4A" w:rsidRPr="003850CC" w:rsidRDefault="00401D4A" w:rsidP="00401D4A" vyd:_id="vyd:00000000000d1c">
      <w:pPr>
        <w:spacing w:after="0" w:line="360" w:lineRule="auto"/>
        <w:ind w:firstLine="709"/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1k">Слайд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1j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1i">1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1h">3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1g">.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1f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1e">Космос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d1d" xml:space="preserve"> </w:t>
      </w:r>
    </w:p>
    <w:p w14:paraId="57DF664A" w14:textId="77777777" w:rsidR="00401D4A" w:rsidRPr="003850CC" w:rsidRDefault="00401D4A" w:rsidP="00401D4A" vyd:_id="vyd:00000000000cy5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d1b">Космическая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9">отрасль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7">соединяет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5">спутники,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3">ракеты-носители,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1">наземные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1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z">комплексы,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x">системы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v">управления,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t">научные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r">приборы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p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n">обработку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l">данных.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j">Восстановление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h">глобального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f">покрытия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d">ГЛОНАСС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b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9">начале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7">2010-х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5">гг.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3">вернуло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1">России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d0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z">собственную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x">глобальную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v">навигационную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t">систему.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r">Она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p">обеспечивает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n">координатную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l">основу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j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h">транспорта,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f">геодезии,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d">связи,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b">сельского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9">хозяйства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7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5">экстренных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3">служб.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1">Стратегическое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z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z">значение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x">этого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v">результата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t">состоит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r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p">самостоятельном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n">поддержании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l">одной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j">из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h">немногих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f">глобальных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d">спутниковых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b">навигационных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9">систем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7">мира.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cy6" w:id="33"/>
      </w:r>
    </w:p>
    <w:p w14:paraId="3063FFC6" w14:textId="77777777" w:rsidR="00401D4A" w:rsidRPr="003850CC" w:rsidRDefault="00401D4A" w:rsidP="00401D4A" vyd:_id="vyd:00000000000cvn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cy4">Научные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2">обсерватории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y0">демонстрируют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y">способность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w">создавать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u">уникальные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s">приборы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q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o">получать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m">результаты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k">мирового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i">уровня.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g">Проект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e">«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d">РадиоАстрон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c">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a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8">космическим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6">радиотелескопом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4">«Спектр-Р»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2">обеспечил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x0">самое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y">высокое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w">разрешение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v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u">рекорд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s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q">астрономических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o">наблюдений.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m">Обсерватория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k">«Спектр-РГ»,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i">запущенная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g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e">2019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c">г.,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a">построила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8">первый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6">подробный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4">рентгеновский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2">обзор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w0">всего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y">неба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w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u">своём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s">энергетическом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q">диапазоне и открыла несколько миллионов новых объектов.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cvp" w:id="34"/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cvo" w:id="35"/>
      </w:r>
    </w:p>
    <w:p w14:paraId="07580F12" w14:textId="77777777" w:rsidR="00401D4A" w:rsidRPr="003850CC" w:rsidRDefault="00401D4A" w:rsidP="00401D4A" vyd:_id="vyd:00000000000cti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cvm">Важным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k">элементом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i">собственной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g">космической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e">инфраструктуры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c">стал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a">космодром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8">«Восточный».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6">Это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4">российский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2">гражданский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v0">космодром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y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w">Амурской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u">области,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s">созданный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q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o">обеспечения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m">гарантированного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k">доступа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i">России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g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e">космос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c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a">собственной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8">территории.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6">Создание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4">«Восточного»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2">позволило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u0">России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y">снизить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w">зависимость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u">космической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s">программы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q">от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o">зарубежных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m">стартовых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k">площадок.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j" xml:space="preserve"> </w:t>
      </w:r>
    </w:p>
    <w:p w14:paraId="5846EB99" w14:textId="77777777" w:rsidR="00401D4A" w:rsidRPr="003850CC" w:rsidRDefault="00401D4A" w:rsidP="00401D4A" vyd:_id="vyd:00000000000cqj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cth">Первый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f">орбитальный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d">пуск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b">состоялся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9">здесь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7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5">2016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3">г.,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1">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t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z">11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x">апреля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v">2024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t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r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p">Восточного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n">впервые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l">стартовала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j">тяжёлая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h">ракета-носитель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f">«Ангара-А5».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d">Параллельно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b">частная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9">компания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7">«Бюро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5">1440»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3">разворачивает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1">низкоорбитальную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s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z">систему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x">широкополосной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v">связи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t">«Рассвет».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r">23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p">марта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n">2026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l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j">запущены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h">первые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f">16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d">спутников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b">целевой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9">группировки.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7">Он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5">объединяет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3">работу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1">спутников,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r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z">абонентских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x">терминалов,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v">межспутниковой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t">лазерной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r">связи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p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n">наземной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l">сети.</w:t>
      </w:r>
      <w:r>
        <w:rPr>
          <w:rStyle w:val="aff8"/>
          <w:rFonts w:ascii="Times New Roman" w:hAnsi="Times New Roman" w:cs="Times New Roman"/>
          <w:sz w:val="28"/>
          <w:szCs w:val="28"/>
        </w:rPr>
        <w:footnoteReference vyd:_id="vyd:00000000000cqk" w:id="36"/>
      </w:r>
    </w:p>
    <w:p w14:paraId="33C9200E" w14:textId="77777777" w:rsidR="00401D4A" w:rsidRDefault="00401D4A" w:rsidP="00401D4A" vyd:_id="vyd:00000000000cqi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45DF79E6" w14:textId="454007F5" w:rsidR="00401D4A" w:rsidRPr="003850CC" w:rsidRDefault="00401D4A" w:rsidP="00401D4A" vyd:_id="vyd:00000000000cq4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qh">Слайд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qg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qf">1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qe">4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qd">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c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qb">Установки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qa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q9">класса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q8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q7">«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q6">мегасайенс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q5">»</w:t>
      </w:r>
    </w:p>
    <w:p w14:paraId="29544AF7" w14:textId="77777777" w:rsidR="00401D4A" w:rsidRPr="003850CC" w:rsidRDefault="00401D4A" w:rsidP="00401D4A" vyd:_id="vyd:00000000000cmv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cq3">Установки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1">класса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q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z">«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y">мегасайенс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x">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v">позволяют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t">изучать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r">вещество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p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n">уровне,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l">недоступном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j">обычному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h">лабораторному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f">оборудованию.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d">Так,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b">исследовательский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9">реактор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7">ПИК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5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3">Гатчине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1">создаёт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p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z">интенсивные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x">пучки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v">нейтронов,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t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r">помощью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p">которых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n">можно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l">исследовать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j">структуру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h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f">свойства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d">новых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b">материалов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9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7">сложных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5">биологических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3">систем.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1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o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z">2021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x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v">реактор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t">был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r">выведен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p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n">рабочую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l">мощность,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j">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h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f">лету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d">2026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b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9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7">него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5">были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3">подготовлены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1">25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n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z">исследовательских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x">станций.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cmw" w:id="37"/>
      </w:r>
    </w:p>
    <w:p w14:paraId="21CCBA7A" w14:textId="77777777" w:rsidR="00401D4A" w:rsidRPr="003850CC" w:rsidRDefault="00401D4A" w:rsidP="00401D4A" vyd:_id="vyd:00000000000ckg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cmu">Сходные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s">задачи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q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o">помощью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m">мощного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k">синхротронного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i">рентгеновского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g">излучения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e">решает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c">создаваемый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a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8">Новосибирской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6">области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4">Центр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2">коллективного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m0">пользования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y">«Сибирский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w">кольцевой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u">источник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s">фотонов»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r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q">СКИФ.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o">Синхротронное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m">излучение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k">позволяет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i">детально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g">исследовать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e">состав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c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a">структуру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8">вещества,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6">что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4">необходимо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2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l0">создания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y">новых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w">материалов,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u">развития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s">химических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q">технологий,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o">микроэлектроники,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m">биологии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k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i">медицины.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ckh" w:id="38"/>
      </w:r>
    </w:p>
    <w:p w14:paraId="461A9E81" w14:textId="77777777" w:rsidR="00401D4A" w:rsidRPr="003850CC" w:rsidRDefault="00401D4A" w:rsidP="00401D4A" vyd:_id="vyd:00000000000cfu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ckf">Другой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d">крупный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b">проект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a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9">ускорительный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7">комплекс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5">NICA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3">(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2">Nuclotron-based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k0">Ion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y">Collider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w">fAcility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v">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t">коллайдер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r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p">базе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n">Нуклотрона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m">),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k">создаваемый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i">в</w:t>
      </w:r>
      <w:r>
        <w:rPr>
          <w:rStyle w:val="af6"/>
          <w:rFonts w:ascii="Times New Roman" w:hAnsi="Times New Roman" w:cs="Times New Roman"/>
          <w:sz w:val="28"/>
          <w:b w:val="0"/>
          <w:lang w:val="ru-RU"/>
          <w:bCs w:val="0"/>
          <w:szCs w:val="28"/>
        </w:rPr>
        <w:t vyd:_id="vyd:00000000000cj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g">Объединённом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e">институте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c">ядерных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a">исследований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8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6">Дубне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4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2">изучения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j0">плотной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y">барионной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w">материи.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u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s">2025-2026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q">гг.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o">завершился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m">первый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k">этап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i">работы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g">ускорительного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e">комплекса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c">NICA.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a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8">его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6">ходе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4">была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2">достигнута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i0">устойчивая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y">циркуляция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w">встречных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u">пучков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s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q">кольцах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o">коллайдера,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m">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k">эксперимент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i">BM@N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g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e">фиксированной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c">мишенью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a">зарегистрировал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8">2,75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6">млрд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4">событий.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2">Значение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h0">NICA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y">шире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w">отдельных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u">научных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s">результатов: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q">проект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o">развивает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m">компетенции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k">отечественных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i">учёных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g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e">ускорительной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c">технике,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a">сверхпроводящих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8">магнитах,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6">детекторах,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4">электронике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2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g0">обработке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y">больших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w">данных.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cfv" w:id="39"/>
      </w:r>
    </w:p>
    <w:p w14:paraId="063F9FF2" w14:textId="77777777" w:rsidR="00401D4A" w:rsidRPr="003850CC" w:rsidRDefault="00401D4A" w:rsidP="00401D4A" vyd:_id="vyd:00000000000ceb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cft">Крупная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r">научная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p">инфраструктура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n">одновременно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l">создаёт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j">возможности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h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f">международного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d">сотрудничества.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b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9">проекте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7">ITER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6" xml:space="preserve"> (ИТЭР)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cf5" w:id="40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3">Россия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1">поставляет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f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z">технологически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x">сложные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v">компоненты,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t">включая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r">полоидальную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p">катушку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n">PF1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l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j">гиротроны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h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f">нагрева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d">плазмы.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ec" xml:space="preserve"> </w:t>
      </w:r>
    </w:p>
    <w:p w14:paraId="51E7BBAA" w14:textId="77777777" w:rsidR="00401D4A" w:rsidRPr="003850CC" w:rsidRDefault="00401D4A" w:rsidP="00401D4A" vyd:_id="vyd:00000000000cea">
      <w:pPr>
        <w:spacing w:after="0" w:line="360" w:lineRule="auto"/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</w:pPr>
    </w:p>
    <w:p w14:paraId="42173DCD" w14:textId="374684E3" w:rsidR="00401D4A" w:rsidRPr="003850CC" w:rsidRDefault="00401D4A" w:rsidP="00401D4A" vyd:_id="vyd:00000000000ce1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e9">Слайд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e8" xml:space="preserve"> 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e7">1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e6">5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e5">.</w:t>
      </w:r>
      <w:r>
        <w:rPr>
          <w:rFonts w:ascii="Times New Roman" w:hAnsi="Times New Roman" w:cs="Times New Roman"/>
          <w:sz w:val="28"/>
          <w:b w:val="1"/>
          <w:lang w:val="ru-RU"/>
          <w:bCs w:val="1"/>
          <w:szCs w:val="28"/>
        </w:rPr>
        <w:t vyd:_id="vyd:00000000000ce4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ce3">Образование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ce2" xml:space="preserve"> </w:t>
      </w:r>
    </w:p>
    <w:p w14:paraId="10AAC189" w14:textId="77777777" w:rsidR="00401D4A" w:rsidRPr="00401D4A" w:rsidRDefault="00401D4A" w:rsidP="00401D4A" vyd:_id="vyd:00000000000cdj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ce0">Образование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dz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dy">одна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d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dw">из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d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du">базовых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d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ds">возможностей,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d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dq">от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d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do">которых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d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dm">зависит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d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dk" xml:space="preserve">жизненная и профессиональная траектория человека. При этом сама система образования остаётся предметом научных и общественных дискуссий. </w:t>
      </w:r>
    </w:p>
    <w:p w14:paraId="01CF5301" w14:textId="77777777" w:rsidR="00401D4A" w:rsidRPr="00401D4A" w:rsidRDefault="00401D4A" w:rsidP="00401D4A" vyd:_id="vyd:00000000000cdc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di" xml:space="preserve">Высшее образование в России имеет массовый характер: по данным Всероссийской переписи населения, в 2021 г. — 39,5 % среди населения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cdh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dg">25-34 лет.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cdf" w:id="41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de" xml:space="preserve"> Всего в учебный 2024-2025 года в ходе приёмной кампании в вузы поступили более 903 тыс. человек по всем формам финансирования.</w:t>
      </w:r>
      <w:r>
        <w:rPr>
          <w:rStyle w:val="aff8"/>
          <w:rFonts w:ascii="Times New Roman" w:hAnsi="Times New Roman" w:eastAsia="Times New Roman" w:cs="Times New Roman"/>
          <w:sz w:val="28"/>
          <w:szCs w:val="28"/>
        </w:rPr>
        <w:footnoteReference vyd:_id="vyd:00000000000cdd" w:id="42"/>
      </w:r>
    </w:p>
    <w:p w14:paraId="09B0039D" w14:textId="77777777" w:rsidR="00401D4A" w:rsidRPr="00401D4A" w:rsidRDefault="00401D4A" w:rsidP="00401D4A" vyd:_id="vyd:00000000000cd7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db">Среднее профессиональное образование дополняет эту систему и даёт более короткий путь к профессии. В 2025 году в средние профессиональные заведения поступило более 1 300 000 человек.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cda" w:id="43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d9" xml:space="preserve"> Около четырёх тысяч предприятий участвовали в подготовке примерно 350 тыс. обучающихся.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cd8" w:id="44"/>
      </w:r>
    </w:p>
    <w:p w14:paraId="408764FF" w14:textId="77777777" w:rsidR="00401D4A" w:rsidRPr="00401D4A" w:rsidRDefault="00401D4A" w:rsidP="00401D4A" vyd:_id="vyd:00000000000cd3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d6" xml:space="preserve">Образовательные возможности не ограничиваются вузами и колледжами. В 2024 г. охват детей от 5 до 18 лет дополнительным образованием достиг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cd5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d4" xml:space="preserve">85,9%. </w:t>
      </w:r>
    </w:p>
    <w:p w14:paraId="253A55A2" w14:textId="77777777" w:rsidR="00401D4A" w:rsidRPr="003850CC" w:rsidRDefault="00401D4A" w:rsidP="00401D4A" vyd:_id="vyd:00000000000cbq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d2">Значительно обновляется и инфраструктура высшего образования. В 2025 г. в 23 регионах продолжались работы по строительству 25 современных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d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d0">университетских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y">кампусов.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w">Новая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u">модель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s">кампуса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q">объединяет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o">общежития,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m">лаборатории,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k">библиотеки,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i">образовательные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g">пространства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e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c">проектную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a">работу,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8">создавая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6">современную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4">среду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2">для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c0">учёбы,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b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by">исследований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b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bw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b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bu">студенческой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b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bs">жизни.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cbr" w:id="45"/>
      </w:r>
    </w:p>
    <w:p w14:paraId="49F3EB96" w14:textId="77777777" w:rsidR="00401D4A" w:rsidRDefault="00401D4A" w:rsidP="00401D4A" vyd:_id="vyd:00000000000cbp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</w:p>
    <w:p w14:paraId="2DA1BB20" w14:textId="77777777" w:rsidR="00401D4A" w:rsidRPr="003850CC" w:rsidRDefault="00401D4A" w:rsidP="00401D4A" vyd:_id="vyd:00000000000cbo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</w:p>
    <w:p w14:paraId="3094881A" w14:textId="62F01FFB" w:rsidR="00401D4A" w:rsidRPr="003850CC" w:rsidRDefault="00401D4A" w:rsidP="00401D4A" vyd:_id="vyd:00000000000cb8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cbn">Слайд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cbm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cbl">1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cbk">6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cbj">.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cbi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cbh">Здравоохранение,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cbg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cbf">демография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cbe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cbd">и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cbc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cbb">поддержка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cba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cb9">семьи</w:t>
      </w:r>
    </w:p>
    <w:p w14:paraId="4D36203E" w14:textId="77777777" w:rsidR="00401D4A" w:rsidRPr="003850CC" w:rsidRDefault="00401D4A" w:rsidP="00401D4A" vyd:_id="vyd:00000000000c8e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b7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b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cb5">XXI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b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b3">веке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b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b1">российская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b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z">система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x">здравоохранения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v">получила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t">серьёзный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r">импульс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p">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n">обновлению.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l">Её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j">возможности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h">особенно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f">наглядно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d">проявились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b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9">период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7">пандемии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ca5">COVID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4">-19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2">2020-2023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a0">гг.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y">Разработка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w">отечественной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u">вакцины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s">«Спутник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c9q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p">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n">показала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l">способность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j">государства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h">оперативно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f">объединить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d">исследовательскую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b">школу,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9">биотехнологическую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7">отрасль,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5">клинические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3">испытания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1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9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z">промышленное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x">производство.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v">Расчётная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t">эффективность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r">вакцины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p">против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n">симптоматического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c8l">COVID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k">-19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i">составила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8g">91,6 %.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c8f" w:id="46"/>
      </w:r>
    </w:p>
    <w:p w14:paraId="307FB959" w14:textId="77777777" w:rsidR="00401D4A" w:rsidRPr="003850CC" w:rsidRDefault="00401D4A" w:rsidP="00401D4A" vyd:_id="vyd:00000000000c4x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c8d">Массовая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8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8b">вакцинация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8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89">приобрела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8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87">общенациональный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8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85">масштаб: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8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83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8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81">концу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8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z">мая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x">2022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v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t">полный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r">цикл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p">вакцинации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n">от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l">COVID-19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j">прошли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h">более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f">87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d">млн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b">россиян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a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9">около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7">60%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5">населения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3">страны.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c72" w:id="47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70">«Спутник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y">V»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w">получил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u">также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s">широкое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q">международное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o">распространение.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m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k">31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i">мая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g">2022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e">г.,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c">по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a">данным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8">ВТО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6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4">МВФ,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2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60">мире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y">было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w">поставлено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u">310,1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s">млн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q">доз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o">вакцины.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c5n" w:id="48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l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j">концу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h">октября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f">2021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d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b">её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9">применение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7">было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5">одобрено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3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1">71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5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z">государстве.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c4y" w:id="49"/>
      </w:r>
    </w:p>
    <w:p w14:paraId="2EF66878" w14:textId="77777777" w:rsidR="00401D4A" w:rsidRPr="003850CC" w:rsidRDefault="00401D4A" w:rsidP="00401D4A" vyd:_id="vyd:00000000000c1t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c4w">Долгосрочные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u">результаты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s">развития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q">системы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o">здравоохранения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m">отражаются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k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i">динамике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g">продолжительности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e">жизни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c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a">младенческой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8">смертности.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6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4">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2">динамику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40">влияют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y">медицинские,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w">социальные,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u">экономические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s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q">поведенческие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o">факторы.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m">Ожидаемая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k">продолжительность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i">жизни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g">россиян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e">выросла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c">примерно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br vyd:_id="vyd:00000000000c3a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9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7">65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5">лет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3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1">2000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3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z">г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y" xml:space="preserve">оду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x">до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v">73,4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t">года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r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p">2023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o" xml:space="preserve"> году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n">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l">Коэффициент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j">младенческой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h">смертности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f">за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d">тот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b">же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9">большой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7">период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5">сократился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3">до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1">примерно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2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1z">4,5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1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1x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1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c1v">2020-х.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c1u" w:id="50"/>
      </w:r>
    </w:p>
    <w:p w14:paraId="3E1294F7" w14:textId="77777777" w:rsidR="00401D4A" w:rsidRPr="003850CC" w:rsidRDefault="00401D4A" w:rsidP="00401D4A" vyd:_id="vyd:00000000000c08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s">Важным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q">результатом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o">развития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m">профилактической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k">медицины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i">стало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g">расширение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e">программы неонатального скрининга. С 2023 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c">новорождённых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a">обследуют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8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6">36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4">наследственных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2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10">врождённых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y">заболеваний,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w">создавая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u">возможность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s">оказ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r">ыв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q">ать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o">медицинскую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m">помощь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k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i">самых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g">ранних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e">этапах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c">жизни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a">ребёнка.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c09" w:id="51"/>
      </w:r>
    </w:p>
    <w:p w14:paraId="69E9AB9C" w14:textId="77777777" w:rsidR="00401D4A" w:rsidRPr="003850CC" w:rsidRDefault="00401D4A" w:rsidP="00401D4A" vyd:_id="vyd:00000000000byl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7">Другим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5">направлением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3">модернизации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1">российского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c0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zz">здравоохранения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z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zx">стало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z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zv" xml:space="preserve">развитие онкологической помощи.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u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s">2019-2024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q">гг.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o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m">России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k">было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i">создано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br vyd:_id="vyd:00000000000bzg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f">569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d">центров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b">амбулаторной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9">онкологической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7">помощи.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5">Доля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3">злокачественных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1">новообразований,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z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z">выявленных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x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v">I-II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t">стадиях,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r">выросла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p">до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n">61,4%.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bym" w:id="52"/>
      </w:r>
    </w:p>
    <w:p w14:paraId="44695E62" w14:textId="77777777" w:rsidR="00401D4A" w:rsidRPr="003850CC" w:rsidRDefault="00401D4A" w:rsidP="00401D4A" vyd:_id="vyd:00000000000bwo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byk">Одновременно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i">расширяется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g">применение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e">отечественных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c">технологий.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br vyd:_id="vyd:00000000000bya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9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7">марте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5">2024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3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1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y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z">НМИЦ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x">радиологии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v">Минздрава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t">России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r">впервые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p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n">стране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l">применили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j">отечественный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h">радиофармацевтический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f">препарат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d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b">основе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9">лютеция-177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7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5">лечения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3">пациентов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1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x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z">метастатическими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x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v">неоперабельными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t">нейроэндокринными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r">опухолями.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bwq" w:id="53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p" xml:space="preserve"> </w:t>
      </w:r>
    </w:p>
    <w:p w14:paraId="19569FDC" w14:textId="77777777" w:rsidR="00401D4A" w:rsidRPr="003850CC" w:rsidRDefault="00401D4A" w:rsidP="00401D4A" vyd:_id="vyd:00000000000bus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bwn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l">апреле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j">2026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h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f">состоялось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d">первое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b">клиническое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9">применение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7">персонализированной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5">мРНК-вакцины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3">«НЕООНКОВАК»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2">,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bw1" w:id="54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w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z">разработанной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x">НМИЦ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v">радиологии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t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r">Центром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p">имени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n">Н.Ф.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l">Гамалеи.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bvk" w:id="55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i">Это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g">ранний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e">этап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c">внедрения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a">новой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8">отечественной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6">технологии,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4">дальнейший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2">эффект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v0">которой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u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uy">ещё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u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uw">предстоит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u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uu">оценить.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ut" xml:space="preserve"> </w:t>
      </w:r>
    </w:p>
    <w:p w14:paraId="2B3F6EA0" w14:textId="77777777" w:rsidR="00401D4A" w:rsidRPr="003850CC" w:rsidRDefault="00401D4A" w:rsidP="00401D4A" vyd:_id="vyd:00000000000bur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</w:p>
    <w:p w14:paraId="3B83B057" w14:textId="107569FC" w:rsidR="00401D4A" w:rsidRPr="003850CC" w:rsidRDefault="00401D4A" w:rsidP="00401D4A" vyd:_id="vyd:00000000000bub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uq">Слайд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up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uo">1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un">7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um">.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ul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uk">Спорт: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uj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ui">массовое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uh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ug">вовлечение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uf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ue">и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ud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uc">инфраструктура</w:t>
      </w:r>
    </w:p>
    <w:p w14:paraId="4610C6A2" w14:textId="77777777" w:rsidR="00401D4A" w:rsidRPr="003850CC" w:rsidRDefault="00401D4A" w:rsidP="00401D4A" vyd:_id="vyd:00000000000bri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ua">Ещё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u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u8">одно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u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u6">измерение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u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u4">качества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u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u2">жизни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u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u0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y">человеческого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w">потенциала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v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u">спорт.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s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q">России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o">массовая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m">физическая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k">культура,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i">детско-юношеская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g">подготовка,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e">студенческий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c">спорт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a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8">спорт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6">высших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4">достижений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2">связаны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t0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y">единую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w">систему.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u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s">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q">году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o">систематически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m">занимались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k">физической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i">культурой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g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e">спортом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c">60,3 %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a">граждан.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bs9" w:id="56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7">Эти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5">показатели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3">отражают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1">расширение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s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rz">массового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r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rx">вовлечения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r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rv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r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rt">превращение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r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rr">спорта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r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rp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r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rn">часть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r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rl">повседневной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r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rj">жизни.</w:t>
      </w:r>
    </w:p>
    <w:p w14:paraId="0CA10434" w14:textId="77777777" w:rsidR="00401D4A" w:rsidRPr="003850CC" w:rsidRDefault="00401D4A" w:rsidP="00401D4A" vyd:_id="vyd:00000000000bnx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brh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r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rf">2010-е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r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rd">гг.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r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rb">Россия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r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r9">приняла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r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r7">целую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r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r5">серию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r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r3">крупных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r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r1">международных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r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z">соревнований: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x">Всемирную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v">летнюю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t">универсиаду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r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p">Казани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n">(2013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l">г.),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j">зимние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h">Олимпийские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f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d">Паралимпийские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b">игры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9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7">Сочи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5">(2014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3">г.),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1">Кубок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q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z">конфедераций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x">FIFA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v">(2017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t">г.),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r">Чемпионат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p">мира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n">по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l">футболу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j">FIFA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h">(2018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f">г.)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d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b">Всемирную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9">зимнюю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7">универсиаду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5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3">Красноярске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1">(2019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p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z">г.).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x">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v">проведение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t">дало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r">стране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p">современные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n">спортивные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l">объекты,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j">обновлённую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h">транспортную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f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d">городскую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b">инфраструктуру,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9">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7">также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5">опыт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3">реализации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1">масштабных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o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z">проектов.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y" xml:space="preserve"> </w:t>
      </w:r>
    </w:p>
    <w:p w14:paraId="182B0015" w14:textId="77777777" w:rsidR="00401D4A" w:rsidRPr="003850CC" w:rsidRDefault="00401D4A" w:rsidP="00401D4A" vyd:_id="vyd:00000000000bl3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bnw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u">2019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nt">-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s">2025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q">гг.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o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m">рамках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k">федерального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i">проекта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g">«Спорт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f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e">норма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c">жизни»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br vyd:_id="vyd:00000000000bna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9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7">России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5">было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3">введено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1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n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z">эксплуатацию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x">около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v">522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t">спортивных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r">объектов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q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br vyd:_id="vyd:00000000000bmp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o">от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m">стадионов,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k">бассейнов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i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g">физкультурно-оздоровительных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e">комплексов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c">до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a">залов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8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6">площадок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4">шаговой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2">доступности;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m0">современным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y">оборудованием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w">оснастили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u">более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s">700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q">спортивных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o">школ,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m">339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k">«умных»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i">спортивных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g">площадок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e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c">36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a">фиджитал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8">центров.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bl7" w:id="57"/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bl6" w:id="58"/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bl5" w:id="59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bl4" xml:space="preserve"> </w:t>
      </w:r>
    </w:p>
    <w:p w14:paraId="44AEDA27" w14:textId="77777777" w:rsidR="00401D4A" w:rsidRDefault="00401D4A" w:rsidP="00401D4A" vyd:_id="vyd:00000000000bhd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l2">После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l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l0">2022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y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w">ограничения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u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s">участие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q">российских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o">спортсменов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m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k">международных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i">турнирах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g">потребовали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e">укрепления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c">внутренней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a">соревновательной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8">системы.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6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4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2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k0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y">рамках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w">Единого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u">календарного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s">плана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q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o">России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m">было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k">проведено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i">более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g">13,5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e">тыс.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c">спортивных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a">мероприятий,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8">включая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6">всероссийские,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4">международные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2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j0">массовые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y">соревнования.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w">Одновременно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u">началось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s">постепенное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q">возвращение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o">российских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m">спортсменов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k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i">международную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g">арену: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e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c">итогам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a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8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6">они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4">завоевали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2">136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i0">медалей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y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w">олимпийским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u">видам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s">спорта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q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o">49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m">чемпионатах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k">мира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i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hg">Европы.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bhf" w:id="60"/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bhe" w:id="61"/>
      </w:r>
    </w:p>
    <w:p w14:paraId="02F3F0AD" w14:textId="77777777" w:rsidR="00401D4A" w:rsidRPr="003850CC" w:rsidRDefault="00401D4A" w:rsidP="00401D4A" vyd:_id="vyd:00000000000bhc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</w:p>
    <w:p w14:paraId="6364BC8A" w14:textId="6C4E3D83" w:rsidR="00401D4A" w:rsidRPr="003850CC" w:rsidRDefault="00401D4A" w:rsidP="00401D4A" vyd:_id="vyd:00000000000bh0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bhb">Слайд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bha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bh9">1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bh8">8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bh7">.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bh6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bh5">Спорт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bh4" xml:space="preserve">: 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bh3">достижения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bh2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bh1">2000-2025</w:t>
      </w:r>
    </w:p>
    <w:p w14:paraId="2AA1F3F8" w14:textId="77777777" w:rsidR="00401D4A" w:rsidRPr="003850CC" w:rsidRDefault="00401D4A" w:rsidP="00401D4A" vyd:_id="vyd:00000000000bff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ab vyd:_id="vyd:00000000000bgz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y">Объём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w">достижений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u">России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s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q">спорте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o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m">первую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k">четверть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j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bgi">XXI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g">века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e">огромен,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c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a">чтобы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8">перечислить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6">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4">все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3" xml:space="preserve">,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2">будет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g0">мало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y">одной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w">лекции.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u">Поэтому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s">постараемся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q">перечислить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o">самые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m">крупные,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k">интересные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i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g">необычные.</w:t>
      </w:r>
    </w:p>
    <w:p w14:paraId="221948E9" w14:textId="77777777" w:rsidR="00401D4A" w:rsidRPr="003850CC" w:rsidRDefault="00401D4A" w:rsidP="00401D4A" vyd:_id="vyd:00000000000bdn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ab vyd:_id="vyd:00000000000bfe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d">Начнём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b">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9">олимпиад.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7">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5">2000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3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1">2022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f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z">годы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x">Российские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v">спортсмены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t">участвовали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r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p">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n">летних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l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j">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h">зимних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f">олимпиадах.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d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b">12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9">олимпиад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7">нашими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5">соотечественниками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3">было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1">завоёвана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e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z">581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x">медаль,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v">из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t">них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r">180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p">золотых.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bdo" w:id="62"/>
      </w:r>
    </w:p>
    <w:p w14:paraId="3F0EE7FD" w14:textId="77777777" w:rsidR="00401D4A" w:rsidRPr="003850CC" w:rsidRDefault="00401D4A" w:rsidP="00401D4A" vyd:_id="vyd:00000000000bby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ab vyd:_id="vyd:00000000000bdm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l">Абсолютными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j">победителями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h">всех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f">олимпийских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d">соревнований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b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9">21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7">веке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5">становились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3">российские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1">команды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d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z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x">синхронному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v">плаванию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bcu" w:id="63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t">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r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p">последние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n">годы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l">никто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j">не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h">мог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f">превзойти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d">наших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b">спортсменок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9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7">уровню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5">программы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3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1">качеству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c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z">подготовки.</w:t>
      </w:r>
    </w:p>
    <w:p w14:paraId="39E6AA7B" w14:textId="77777777" w:rsidR="00401D4A" w:rsidRPr="003850CC" w:rsidRDefault="00401D4A" w:rsidP="00401D4A" vyd:_id="vyd:00000000000b9f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ab vyd:_id="vyd:00000000000bbx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w">Ещё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u">один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s">вид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q">спорта,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o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m">котором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k">Россия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i">регулярно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g">добивается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e">побед,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c">это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a">художественная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8">гимнастика.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6">Благодаря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4">самоотверженности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2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b0">мастерству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y">наших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w">спортсменов,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u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s">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q">лет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o">они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m">заслужили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k">более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i">200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g">побед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e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c">Олимпиадах,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a">Чемпионатах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8">мира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6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4">Европы,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2">как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a0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y">сольных,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w">так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u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s">групповых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q">выступлениях,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o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m">самых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k">разных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i">номинациях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b9h" w:id="64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g">.</w:t>
      </w:r>
    </w:p>
    <w:p w14:paraId="6126F4CB" w14:textId="77777777" w:rsidR="00401D4A" w:rsidRPr="003850CC" w:rsidRDefault="00401D4A" w:rsidP="00401D4A" vyd:_id="vyd:00000000000b7c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ab vyd:_id="vyd:00000000000b9e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d">Давайте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b">посмотрим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9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7">другую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5">спортивную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3">область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2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1">гонки.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9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z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x">самом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v">известном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t">мировом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r">ралли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q" xml:space="preserve"> «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p">Даккар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o">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n">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l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j">африканской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h">пустыне,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f">наши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d">соотечественники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b">установили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9">самую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7">длинную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5">череду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3">побед.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1">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8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z">2009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x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v">2022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t">годы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s" xml:space="preserve"> (14 лет подряд)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b7r" w:id="65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q" xml:space="preserve"> русская команда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p">занимала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n">первое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l">место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j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h">категории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f">грузовых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d">автомобилей.</w:t>
      </w:r>
    </w:p>
    <w:p w14:paraId="2E89EDDB" w14:textId="77777777" w:rsidR="00401D4A" w:rsidRPr="003850CC" w:rsidRDefault="00401D4A" w:rsidP="00401D4A" vyd:_id="vyd:00000000000b5v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ab vyd:_id="vyd:00000000000b7b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a">Нельзя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8">обойти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6">стороной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4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2">киберспорт.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70">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y">2020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w">года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u">российские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s">команды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q">неоднократно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o">становятся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m">победителями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k">мировых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i">чемпионатов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g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e">таким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c">дисциплинам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b" xml:space="preserve">,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a">как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b68">Dota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7">-2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5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b63">Counter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b61">Strike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6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b5z">Go</w:t>
      </w:r>
      <w:r>
        <w:rPr>
          <w:rStyle w:val="aff8"/>
          <w:rFonts w:ascii="Times New Roman" w:hAnsi="Times New Roman" w:eastAsia="Times New Roman" w:cs="Times New Roman"/>
          <w:sz w:val="28"/>
          <w:szCs w:val="28"/>
        </w:rPr>
        <w:footnoteReference vyd:_id="vyd:00000000000b5y" w:id="66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x">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w" xml:space="preserve"> </w:t>
      </w:r>
    </w:p>
    <w:p w14:paraId="7C76C9CA" w14:textId="77777777" w:rsidR="00401D4A" w:rsidRPr="003850CC" w:rsidRDefault="00401D4A" w:rsidP="00401D4A" vyd:_id="vyd:00000000000b39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ab vyd:_id="vyd:00000000000b5u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t">Стоит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r">отметить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p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n">достижения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l">русских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j">путешественников.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h">Знаменитый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f">Фёдор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d">Конюхов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b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9">2016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7">совершил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5">одиночный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3">беспосадочный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1">кругосветный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5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z">пол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y">ё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x">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v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t">воздушном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r">шаре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p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n">11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l">дней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b4k" w:id="67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j">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h">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f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d">2019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b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9">одиночку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7">перес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6">ё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5">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3">Южный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1">океан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4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z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x">самых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v">опасных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t">широтах,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r">где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p">регулярно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n">случаются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l">штормы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j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h">дуют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f">ураганные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d">ветра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b3c" w:id="68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b">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3a" xml:space="preserve"> </w:t>
      </w:r>
    </w:p>
    <w:p w14:paraId="7428456A" w14:textId="77777777" w:rsidR="00401D4A" w:rsidRPr="003850CC" w:rsidRDefault="00401D4A" w:rsidP="00401D4A" vyd:_id="vyd:00000000000b38">
      <w:pPr>
        <w:spacing w:after="0" w:line="360" w:lineRule="auto"/>
        <w:ind w:firstLine="709"/>
        <w:jc w:val="center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</w:p>
    <w:p w14:paraId="47FBD73D" w14:textId="1BCD51CE" w:rsidR="00401D4A" w:rsidRPr="003850CC" w:rsidRDefault="00401D4A" w:rsidP="00401D4A" vyd:_id="vyd:00000000000b2x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37">Слайд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36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35">1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34">9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33">.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32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31">Агропромышленный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30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2z">комплекс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b2y" xml:space="preserve"> </w:t>
      </w:r>
    </w:p>
    <w:p w14:paraId="237D1003" w14:textId="77777777" w:rsidR="00401D4A" w:rsidRPr="003850CC" w:rsidRDefault="00401D4A" w:rsidP="00401D4A" vyd:_id="vyd:00000000000b0h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w">Российский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u">агропромышленный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s">комплекс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q">перешёл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o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m">существенной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k">импортной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i">зависимости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g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e">ряду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c">позиций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a">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8">самообеспеченности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6">выше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4">пороговых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2">значений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20">Доктрины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y">продовольственной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w">безопасности.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b1v" w:id="69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t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r">оценке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p">Минсельхоза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n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l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j">г.,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h">самообеспеченность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b1g" w:id="70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e">составила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c">161%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a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8">зерну,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6">128,8%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4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2">рыбе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10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y">рыбопродуктам,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w">102%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u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s">мясу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q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o">97,9%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m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k">картофелю.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b0j" w:id="71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i" xml:space="preserve"> </w:t>
      </w:r>
    </w:p>
    <w:p w14:paraId="0FDBF632" w14:textId="77777777" w:rsidR="00401D4A" w:rsidRPr="003850CC" w:rsidRDefault="00401D4A" w:rsidP="00401D4A" vyd:_id="vyd:00000000000axf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g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e">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c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a">Россия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8">поставила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6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4">внешние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2">рынки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b00">109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y">млн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w">тонн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u">продукции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s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q">заняла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o">третье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m">место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k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i">мире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g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e">объёму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c">экспорта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a">продовольствия.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az9" w:id="72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7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5">итогам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3">сельскохозяйственного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1">сезона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z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z">2023/24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x">Россия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v">занимала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t">первое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r">место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p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n">мире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l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j">экспорту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h">пшеницы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g">.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ayf" w:id="73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d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b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9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7">российский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5">экспорт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3">продукции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1">агропромышленного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y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z">комплекса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x">превысил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v">41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t">миллиард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r">долларов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p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n">охватывал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l">более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j">160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axh">стран.</w:t>
      </w:r>
      <w:r>
        <w:rPr>
          <w:rStyle w:val="aff8"/>
          <w:rFonts w:ascii="Times New Roman" w:hAnsi="Times New Roman" w:eastAsia="Times New Roman" w:cs="Times New Roman"/>
          <w:sz w:val="28"/>
          <w:lang w:val="ru-RU"/>
          <w:szCs w:val="28"/>
        </w:rPr>
        <w:footnoteReference vyd:_id="vyd:00000000000axg" w:id="74"/>
      </w:r>
    </w:p>
    <w:p w14:paraId="04808B00" w14:textId="77777777" w:rsidR="00401D4A" w:rsidRPr="003850CC" w:rsidRDefault="00401D4A" w:rsidP="00401D4A" vyd:_id="vyd:00000000000av1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axe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x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xc">2025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x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xa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x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x8">государство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x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x6">запустило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x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x4">меры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x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x2">поддержки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x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x0">геномной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y">селекции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x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w">отбора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u">животных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s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q">использованием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o">информации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m">об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k">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i">генетических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g">характеристиках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f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e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c">производства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a">критически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8">важных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6">кормовых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4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2">пищевых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w0">добавок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z">.</w:t>
      </w:r>
      <w:r>
        <w:rPr>
          <w:rStyle w:val="aff8"/>
          <w:rFonts w:ascii="Times New Roman" w:hAnsi="Times New Roman" w:cs="Times New Roman"/>
          <w:sz w:val="28"/>
          <w:lang w:val="ru-RU"/>
          <w:szCs w:val="28"/>
        </w:rPr>
        <w:footnoteReference vyd:_id="vyd:00000000000avy" w:id="75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w">Таким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u">образом,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s">высокий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q">уровень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o">самообеспеченности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m">продовольствием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k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i">технологическая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g">независимость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e">сельского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c">хозяйства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b" xml:space="preserve"> —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a">связанные,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8">но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6">не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4">тождественные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av2">результаты.</w:t>
      </w:r>
    </w:p>
    <w:p w14:paraId="52612044" w14:textId="77777777" w:rsidR="00401D4A" w:rsidRPr="003850CC" w:rsidRDefault="00401D4A" w:rsidP="00401D4A" vyd:_id="vyd:00000000000av0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731FC36A" w14:textId="1D2D8CCF" w:rsidR="00401D4A" w:rsidRPr="003850CC" w:rsidRDefault="00401D4A" w:rsidP="00401D4A" vyd:_id="vyd:00000000000aut">
      <w:pPr>
        <w:spacing w:after="0" w:line="360" w:lineRule="auto"/>
        <w:ind w:firstLine="709"/>
        <w:rPr>
          <w:rFonts w:ascii="Times New Roman" w:hAnsi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auz">Слайд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auy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aux">20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auw">.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auv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auu">Инфраструктура</w:t>
      </w:r>
    </w:p>
    <w:p w14:paraId="2498BD3C" w14:textId="77777777" w:rsidR="00401D4A" w:rsidRPr="003850CC" w:rsidRDefault="00401D4A" w:rsidP="00401D4A" vyd:_id="vyd:00000000000at7">
      <w:pPr>
        <w:pStyle w:val="LectureBody"/>
        <w:spacing w:after="0" w:line="360" w:lineRule="auto"/>
        <w:rPr>
          <w:rFonts w:eastAsia="Calibri"/>
          <w:sz w:val="28"/>
          <w:lang w:val="ru-RU"/>
          <w:szCs w:val="28"/>
        </w:rPr>
      </w:pPr>
      <w:r>
        <w:rPr>
          <w:sz w:val="28"/>
          <w:lang w:val="ru-RU"/>
          <w:szCs w:val="28"/>
        </w:rPr>
        <w:t vyd:_id="vyd:00000000000aus">Развитие</w:t>
      </w:r>
      <w:r>
        <w:rPr>
          <w:sz w:val="28"/>
          <w:lang w:val="ru-RU"/>
          <w:szCs w:val="28"/>
        </w:rPr>
        <w:t vyd:_id="vyd:00000000000aur" xml:space="preserve"> </w:t>
      </w:r>
      <w:r>
        <w:rPr>
          <w:sz w:val="28"/>
          <w:lang w:val="ru-RU"/>
          <w:szCs w:val="28"/>
        </w:rPr>
        <w:t vyd:_id="vyd:00000000000auq">транспортной</w:t>
      </w:r>
      <w:r>
        <w:rPr>
          <w:sz w:val="28"/>
          <w:lang w:val="ru-RU"/>
          <w:szCs w:val="28"/>
        </w:rPr>
        <w:t vyd:_id="vyd:00000000000aup" xml:space="preserve"> </w:t>
      </w:r>
      <w:r>
        <w:rPr>
          <w:sz w:val="28"/>
          <w:lang w:val="ru-RU"/>
          <w:szCs w:val="28"/>
        </w:rPr>
        <w:t vyd:_id="vyd:00000000000auo">инфраструктуры</w:t>
      </w:r>
      <w:r>
        <w:rPr>
          <w:sz w:val="28"/>
          <w:lang w:val="ru-RU"/>
          <w:szCs w:val="28"/>
        </w:rPr>
        <w:t vyd:_id="vyd:00000000000aun" xml:space="preserve"> </w:t>
      </w:r>
      <w:r>
        <w:rPr>
          <w:sz w:val="28"/>
          <w:lang w:val="ru-RU"/>
          <w:szCs w:val="28"/>
        </w:rPr>
        <w:t vyd:_id="vyd:00000000000aum">формирует</w:t>
      </w:r>
      <w:r>
        <w:rPr>
          <w:sz w:val="28"/>
          <w:lang w:val="ru-RU"/>
          <w:szCs w:val="28"/>
        </w:rPr>
        <w:t vyd:_id="vyd:00000000000aul" xml:space="preserve"> </w:t>
      </w:r>
      <w:r>
        <w:rPr>
          <w:sz w:val="28"/>
          <w:lang w:val="ru-RU"/>
          <w:szCs w:val="28"/>
        </w:rPr>
        <w:t vyd:_id="vyd:00000000000auk">единый</w:t>
      </w:r>
      <w:r>
        <w:rPr>
          <w:sz w:val="28"/>
          <w:lang w:val="ru-RU"/>
          <w:szCs w:val="28"/>
        </w:rPr>
        <w:t vyd:_id="vyd:00000000000auj" xml:space="preserve"> </w:t>
      </w:r>
      <w:r>
        <w:rPr>
          <w:sz w:val="28"/>
          <w:lang w:val="ru-RU"/>
          <w:szCs w:val="28"/>
        </w:rPr>
        <w:t vyd:_id="vyd:00000000000aui">экономический</w:t>
      </w:r>
      <w:r>
        <w:rPr>
          <w:sz w:val="28"/>
          <w:lang w:val="ru-RU"/>
          <w:szCs w:val="28"/>
        </w:rPr>
        <w:t vyd:_id="vyd:00000000000auh" xml:space="preserve"> </w:t>
      </w:r>
      <w:r>
        <w:rPr>
          <w:sz w:val="28"/>
          <w:lang w:val="ru-RU"/>
          <w:szCs w:val="28"/>
        </w:rPr>
        <w:t vyd:_id="vyd:00000000000aug">и</w:t>
      </w:r>
      <w:r>
        <w:rPr>
          <w:sz w:val="28"/>
          <w:lang w:val="ru-RU"/>
          <w:szCs w:val="28"/>
        </w:rPr>
        <w:t vyd:_id="vyd:00000000000auf" xml:space="preserve"> </w:t>
      </w:r>
      <w:r>
        <w:rPr>
          <w:sz w:val="28"/>
          <w:lang w:val="ru-RU"/>
          <w:szCs w:val="28"/>
        </w:rPr>
        <w:t vyd:_id="vyd:00000000000aue">пространственный</w:t>
      </w:r>
      <w:r>
        <w:rPr>
          <w:sz w:val="28"/>
          <w:lang w:val="ru-RU"/>
          <w:szCs w:val="28"/>
        </w:rPr>
        <w:t vyd:_id="vyd:00000000000aud" xml:space="preserve"> </w:t>
      </w:r>
      <w:r>
        <w:rPr>
          <w:sz w:val="28"/>
          <w:lang w:val="ru-RU"/>
          <w:szCs w:val="28"/>
        </w:rPr>
        <w:t vyd:_id="vyd:00000000000auc">каркас</w:t>
      </w:r>
      <w:r>
        <w:rPr>
          <w:sz w:val="28"/>
          <w:lang w:val="ru-RU"/>
          <w:szCs w:val="28"/>
        </w:rPr>
        <w:t vyd:_id="vyd:00000000000aub" xml:space="preserve"> </w:t>
      </w:r>
      <w:r>
        <w:rPr>
          <w:sz w:val="28"/>
          <w:lang w:val="ru-RU"/>
          <w:szCs w:val="28"/>
        </w:rPr>
        <w:t vyd:_id="vyd:00000000000aua">страны.</w:t>
      </w:r>
      <w:r>
        <w:rPr>
          <w:sz w:val="28"/>
          <w:lang w:val="ru-RU"/>
          <w:szCs w:val="28"/>
        </w:rPr>
        <w:t vyd:_id="vyd:00000000000au9" xml:space="preserve"> </w:t>
      </w:r>
      <w:r>
        <w:rPr>
          <w:sz w:val="28"/>
          <w:lang w:val="ru-RU"/>
          <w:szCs w:val="28"/>
        </w:rPr>
        <w:t vyd:_id="vyd:00000000000au8">В</w:t>
      </w:r>
      <w:r>
        <w:rPr>
          <w:sz w:val="28"/>
          <w:lang w:val="ru-RU"/>
          <w:szCs w:val="28"/>
        </w:rPr>
        <w:t vyd:_id="vyd:00000000000au7" xml:space="preserve"> </w:t>
      </w:r>
      <w:r>
        <w:rPr>
          <w:sz w:val="28"/>
          <w:lang w:val="ru-RU"/>
          <w:szCs w:val="28"/>
        </w:rPr>
        <w:t vyd:_id="vyd:00000000000au6">2025</w:t>
      </w:r>
      <w:r>
        <w:rPr>
          <w:sz w:val="28"/>
          <w:lang w:val="ru-RU"/>
          <w:szCs w:val="28"/>
        </w:rPr>
        <w:t vyd:_id="vyd:00000000000au5" xml:space="preserve"> </w:t>
      </w:r>
      <w:r>
        <w:rPr>
          <w:sz w:val="28"/>
          <w:lang w:val="ru-RU"/>
          <w:szCs w:val="28"/>
        </w:rPr>
        <w:t vyd:_id="vyd:00000000000au4">г.</w:t>
      </w:r>
      <w:r>
        <w:rPr>
          <w:sz w:val="28"/>
          <w:lang w:val="ru-RU"/>
          <w:szCs w:val="28"/>
        </w:rPr>
        <w:t vyd:_id="vyd:00000000000au3" xml:space="preserve"> </w:t>
      </w:r>
      <w:r>
        <w:rPr>
          <w:sz w:val="28"/>
          <w:lang w:val="ru-RU"/>
          <w:szCs w:val="28"/>
        </w:rPr>
        <w:t vyd:_id="vyd:00000000000au2">в</w:t>
      </w:r>
      <w:r>
        <w:rPr>
          <w:sz w:val="28"/>
          <w:lang w:val="ru-RU"/>
          <w:szCs w:val="28"/>
        </w:rPr>
        <w:t vyd:_id="vyd:00000000000au1" xml:space="preserve"> </w:t>
      </w:r>
      <w:r>
        <w:rPr>
          <w:sz w:val="28"/>
          <w:lang w:val="ru-RU"/>
          <w:szCs w:val="28"/>
        </w:rPr>
        <w:t vyd:_id="vyd:00000000000au0">России</w:t>
      </w:r>
      <w:r>
        <w:rPr>
          <w:sz w:val="28"/>
          <w:lang w:val="ru-RU"/>
          <w:szCs w:val="28"/>
        </w:rPr>
        <w:t vyd:_id="vyd:00000000000atz" xml:space="preserve"> </w:t>
      </w:r>
      <w:r>
        <w:rPr>
          <w:sz w:val="28"/>
          <w:lang w:val="ru-RU"/>
          <w:szCs w:val="28"/>
        </w:rPr>
        <w:t vyd:_id="vyd:00000000000aty">было</w:t>
      </w:r>
      <w:r>
        <w:rPr>
          <w:sz w:val="28"/>
          <w:lang w:val="ru-RU"/>
          <w:szCs w:val="28"/>
        </w:rPr>
        <w:t vyd:_id="vyd:00000000000atx" xml:space="preserve"> </w:t>
      </w:r>
      <w:r>
        <w:rPr>
          <w:sz w:val="28"/>
          <w:lang w:val="ru-RU"/>
          <w:szCs w:val="28"/>
        </w:rPr>
        <w:t vyd:_id="vyd:00000000000atw">построено,</w:t>
      </w:r>
      <w:r>
        <w:rPr>
          <w:sz w:val="28"/>
          <w:lang w:val="ru-RU"/>
          <w:szCs w:val="28"/>
        </w:rPr>
        <w:t vyd:_id="vyd:00000000000atv" xml:space="preserve"> </w:t>
      </w:r>
      <w:r>
        <w:rPr>
          <w:sz w:val="28"/>
          <w:lang w:val="ru-RU"/>
          <w:szCs w:val="28"/>
        </w:rPr>
        <w:t vyd:_id="vyd:00000000000atu">реконструировано</w:t>
      </w:r>
      <w:r>
        <w:rPr>
          <w:sz w:val="28"/>
          <w:lang w:val="ru-RU"/>
          <w:szCs w:val="28"/>
        </w:rPr>
        <w:t vyd:_id="vyd:00000000000att" xml:space="preserve"> </w:t>
      </w:r>
      <w:r>
        <w:rPr>
          <w:sz w:val="28"/>
          <w:lang w:val="ru-RU"/>
          <w:szCs w:val="28"/>
        </w:rPr>
        <w:t vyd:_id="vyd:00000000000ats">и</w:t>
      </w:r>
      <w:r>
        <w:rPr>
          <w:sz w:val="28"/>
          <w:lang w:val="ru-RU"/>
          <w:szCs w:val="28"/>
        </w:rPr>
        <w:t vyd:_id="vyd:00000000000atr" xml:space="preserve"> </w:t>
      </w:r>
      <w:r>
        <w:rPr>
          <w:sz w:val="28"/>
          <w:lang w:val="ru-RU"/>
          <w:szCs w:val="28"/>
        </w:rPr>
        <w:t vyd:_id="vyd:00000000000atq">отремонтировано</w:t>
      </w:r>
      <w:r>
        <w:rPr>
          <w:sz w:val="28"/>
          <w:lang w:val="ru-RU"/>
          <w:szCs w:val="28"/>
        </w:rPr>
        <w:t vyd:_id="vyd:00000000000atp" xml:space="preserve"> </w:t>
      </w:r>
      <w:r>
        <w:rPr>
          <w:sz w:val="28"/>
          <w:lang w:val="ru-RU"/>
          <w:szCs w:val="28"/>
        </w:rPr>
        <w:t vyd:_id="vyd:00000000000ato">28,4</w:t>
      </w:r>
      <w:r>
        <w:rPr>
          <w:sz w:val="28"/>
          <w:lang w:val="ru-RU"/>
          <w:szCs w:val="28"/>
        </w:rPr>
        <w:t vyd:_id="vyd:00000000000atn" xml:space="preserve"> </w:t>
      </w:r>
      <w:r>
        <w:rPr>
          <w:sz w:val="28"/>
          <w:lang w:val="ru-RU"/>
          <w:szCs w:val="28"/>
        </w:rPr>
        <w:t vyd:_id="vyd:00000000000atm">тыс.</w:t>
      </w:r>
      <w:r>
        <w:rPr>
          <w:sz w:val="28"/>
          <w:lang w:val="ru-RU"/>
          <w:szCs w:val="28"/>
        </w:rPr>
        <w:t vyd:_id="vyd:00000000000atl" xml:space="preserve"> </w:t>
      </w:r>
      <w:r>
        <w:rPr>
          <w:sz w:val="28"/>
          <w:lang w:val="ru-RU"/>
          <w:szCs w:val="28"/>
        </w:rPr>
        <w:t vyd:_id="vyd:00000000000atk">км</w:t>
      </w:r>
      <w:r>
        <w:rPr>
          <w:sz w:val="28"/>
          <w:lang w:val="ru-RU"/>
          <w:szCs w:val="28"/>
        </w:rPr>
        <w:t vyd:_id="vyd:00000000000atj" xml:space="preserve"> </w:t>
      </w:r>
      <w:r>
        <w:rPr>
          <w:sz w:val="28"/>
          <w:lang w:val="ru-RU"/>
          <w:szCs w:val="28"/>
        </w:rPr>
        <w:t vyd:_id="vyd:00000000000ati">федеральных</w:t>
      </w:r>
      <w:r>
        <w:rPr>
          <w:sz w:val="28"/>
          <w:lang w:val="ru-RU"/>
          <w:szCs w:val="28"/>
        </w:rPr>
        <w:t vyd:_id="vyd:00000000000ath" xml:space="preserve"> </w:t>
      </w:r>
      <w:r>
        <w:rPr>
          <w:sz w:val="28"/>
          <w:lang w:val="ru-RU"/>
          <w:szCs w:val="28"/>
        </w:rPr>
        <w:t vyd:_id="vyd:00000000000atg">и</w:t>
      </w:r>
      <w:r>
        <w:rPr>
          <w:sz w:val="28"/>
          <w:lang w:val="ru-RU"/>
          <w:szCs w:val="28"/>
        </w:rPr>
        <w:t vyd:_id="vyd:00000000000atf" xml:space="preserve"> </w:t>
      </w:r>
      <w:r>
        <w:rPr>
          <w:sz w:val="28"/>
          <w:lang w:val="ru-RU"/>
          <w:szCs w:val="28"/>
        </w:rPr>
        <w:t vyd:_id="vyd:00000000000ate">региональных</w:t>
      </w:r>
      <w:r>
        <w:rPr>
          <w:sz w:val="28"/>
          <w:lang w:val="ru-RU"/>
          <w:szCs w:val="28"/>
        </w:rPr>
        <w:t vyd:_id="vyd:00000000000atd" xml:space="preserve"> </w:t>
      </w:r>
      <w:r>
        <w:rPr>
          <w:sz w:val="28"/>
          <w:lang w:val="ru-RU"/>
          <w:szCs w:val="28"/>
        </w:rPr>
        <w:t vyd:_id="vyd:00000000000atc">автомобильных</w:t>
      </w:r>
      <w:r>
        <w:rPr>
          <w:sz w:val="28"/>
          <w:lang w:val="ru-RU"/>
          <w:szCs w:val="28"/>
        </w:rPr>
        <w:t vyd:_id="vyd:00000000000atb" xml:space="preserve"> </w:t>
      </w:r>
      <w:r>
        <w:rPr>
          <w:sz w:val="28"/>
          <w:lang w:val="ru-RU"/>
          <w:szCs w:val="28"/>
        </w:rPr>
        <w:t vyd:_id="vyd:00000000000ata">дорог.</w:t>
      </w:r>
      <w:r>
        <w:rPr>
          <w:rStyle w:val="aff8"/>
          <w:sz w:val="28"/>
          <w:lang w:val="ru-RU"/>
          <w:szCs w:val="28"/>
        </w:rPr>
        <w:footnoteReference vyd:_id="vyd:00000000000at9" w:id="76"/>
      </w:r>
      <w:r>
        <w:rPr>
          <w:rStyle w:val="aff8"/>
          <w:sz w:val="28"/>
          <w:lang w:val="ru-RU"/>
          <w:szCs w:val="28"/>
        </w:rPr>
        <w:footnoteReference vyd:_id="vyd:00000000000at8" w:id="77"/>
      </w:r>
    </w:p>
    <w:p w14:paraId="12A066DD" w14:textId="77777777" w:rsidR="00401D4A" w:rsidRPr="003850CC" w:rsidRDefault="00401D4A" w:rsidP="00401D4A" vyd:_id="vyd:00000000000an9">
      <w:pPr>
        <w:pStyle w:val="LectureBody"/>
        <w:spacing w:after="0" w:line="360" w:lineRule="auto"/>
        <w:rPr>
          <w:rFonts w:eastAsia="Calibri"/>
          <w:sz w:val="28"/>
          <w:lang w:val="ru-RU"/>
          <w:szCs w:val="28"/>
        </w:rPr>
      </w:pPr>
      <w:r>
        <w:rPr>
          <w:rFonts w:eastAsia="Calibri"/>
          <w:sz w:val="28"/>
          <w:lang w:val="ru-RU"/>
          <w:szCs w:val="28"/>
        </w:rPr>
        <w:t vyd:_id="vyd:00000000000at6">Строительство</w:t>
      </w:r>
      <w:r>
        <w:rPr>
          <w:rFonts w:eastAsia="Calibri"/>
          <w:sz w:val="28"/>
          <w:lang w:val="ru-RU"/>
          <w:szCs w:val="28"/>
        </w:rPr>
        <w:t vyd:_id="vyd:00000000000at5" xml:space="preserve"> </w:t>
      </w:r>
      <w:r>
        <w:rPr>
          <w:rFonts w:eastAsia="Calibri"/>
          <w:sz w:val="28"/>
          <w:lang w:val="ru-RU"/>
          <w:szCs w:val="28"/>
        </w:rPr>
        <w:t vyd:_id="vyd:00000000000at4">автомобильных</w:t>
      </w:r>
      <w:r>
        <w:rPr>
          <w:rFonts w:eastAsia="Calibri"/>
          <w:sz w:val="28"/>
          <w:lang w:val="ru-RU"/>
          <w:szCs w:val="28"/>
        </w:rPr>
        <w:t vyd:_id="vyd:00000000000at3" xml:space="preserve"> </w:t>
      </w:r>
      <w:r>
        <w:rPr>
          <w:rFonts w:eastAsia="Calibri"/>
          <w:sz w:val="28"/>
          <w:lang w:val="ru-RU"/>
          <w:szCs w:val="28"/>
        </w:rPr>
        <w:t vyd:_id="vyd:00000000000at2">коридоров</w:t>
      </w:r>
      <w:r>
        <w:rPr>
          <w:rFonts w:eastAsia="Calibri"/>
          <w:sz w:val="28"/>
          <w:lang w:val="ru-RU"/>
          <w:szCs w:val="28"/>
        </w:rPr>
        <w:t vyd:_id="vyd:00000000000at1" xml:space="preserve"> </w:t>
      </w:r>
      <w:r>
        <w:rPr>
          <w:rFonts w:eastAsia="Calibri"/>
          <w:sz w:val="28"/>
          <w:lang w:val="ru-RU"/>
          <w:szCs w:val="28"/>
        </w:rPr>
        <w:t vyd:_id="vyd:00000000000at0">дополняется</w:t>
      </w:r>
      <w:r>
        <w:rPr>
          <w:rFonts w:eastAsia="Calibri"/>
          <w:sz w:val="28"/>
          <w:lang w:val="ru-RU"/>
          <w:szCs w:val="28"/>
        </w:rPr>
        <w:t vyd:_id="vyd:00000000000asz" xml:space="preserve"> </w:t>
      </w:r>
      <w:r>
        <w:rPr>
          <w:rFonts w:eastAsia="Calibri"/>
          <w:sz w:val="28"/>
          <w:lang w:val="ru-RU"/>
          <w:szCs w:val="28"/>
        </w:rPr>
        <w:t vyd:_id="vyd:00000000000asy">развитием</w:t>
      </w:r>
      <w:r>
        <w:rPr>
          <w:rFonts w:eastAsia="Calibri"/>
          <w:sz w:val="28"/>
          <w:lang w:val="ru-RU"/>
          <w:szCs w:val="28"/>
        </w:rPr>
        <w:t vyd:_id="vyd:00000000000asx" xml:space="preserve"> </w:t>
      </w:r>
      <w:r>
        <w:rPr>
          <w:rFonts w:eastAsia="Calibri"/>
          <w:sz w:val="28"/>
          <w:lang w:val="ru-RU"/>
          <w:szCs w:val="28"/>
        </w:rPr>
        <w:t vyd:_id="vyd:00000000000asw">железнодорожной</w:t>
      </w:r>
      <w:r>
        <w:rPr>
          <w:rFonts w:eastAsia="Calibri"/>
          <w:sz w:val="28"/>
          <w:lang w:val="ru-RU"/>
          <w:szCs w:val="28"/>
        </w:rPr>
        <w:t vyd:_id="vyd:00000000000asv" xml:space="preserve"> </w:t>
      </w:r>
      <w:r>
        <w:rPr>
          <w:rFonts w:eastAsia="Calibri"/>
          <w:sz w:val="28"/>
          <w:lang w:val="ru-RU"/>
          <w:szCs w:val="28"/>
        </w:rPr>
        <w:t vyd:_id="vyd:00000000000asu">и</w:t>
      </w:r>
      <w:r>
        <w:rPr>
          <w:rFonts w:eastAsia="Calibri"/>
          <w:sz w:val="28"/>
          <w:lang w:val="ru-RU"/>
          <w:szCs w:val="28"/>
        </w:rPr>
        <w:t vyd:_id="vyd:00000000000ast" xml:space="preserve"> </w:t>
      </w:r>
      <w:r>
        <w:rPr>
          <w:rFonts w:eastAsia="Calibri"/>
          <w:sz w:val="28"/>
          <w:lang w:val="ru-RU"/>
          <w:szCs w:val="28"/>
        </w:rPr>
        <w:t vyd:_id="vyd:00000000000ass">авиационной</w:t>
      </w:r>
      <w:r>
        <w:rPr>
          <w:rFonts w:eastAsia="Calibri"/>
          <w:sz w:val="28"/>
          <w:lang w:val="ru-RU"/>
          <w:szCs w:val="28"/>
        </w:rPr>
        <w:t vyd:_id="vyd:00000000000asr" xml:space="preserve"> </w:t>
      </w:r>
      <w:r>
        <w:rPr>
          <w:rFonts w:eastAsia="Calibri"/>
          <w:sz w:val="28"/>
          <w:lang w:val="ru-RU"/>
          <w:szCs w:val="28"/>
        </w:rPr>
        <w:t vyd:_id="vyd:00000000000asq">инфраструктуры.</w:t>
      </w:r>
      <w:r>
        <w:rPr>
          <w:rFonts w:eastAsia="Calibri"/>
          <w:sz w:val="28"/>
          <w:lang w:val="ru-RU"/>
          <w:szCs w:val="28"/>
        </w:rPr>
        <w:t vyd:_id="vyd:00000000000asp" xml:space="preserve"> </w:t>
      </w:r>
      <w:r>
        <w:rPr>
          <w:rFonts w:eastAsia="Calibri"/>
          <w:sz w:val="28"/>
          <w:lang w:val="ru-RU"/>
          <w:szCs w:val="28"/>
        </w:rPr>
        <w:t vyd:_id="vyd:00000000000aso">Более</w:t>
      </w:r>
      <w:r>
        <w:rPr>
          <w:rFonts w:eastAsia="Calibri"/>
          <w:sz w:val="28"/>
          <w:lang w:val="ru-RU"/>
          <w:szCs w:val="28"/>
        </w:rPr>
        <w:t vyd:_id="vyd:00000000000asn" xml:space="preserve"> </w:t>
      </w:r>
      <w:r>
        <w:rPr>
          <w:rFonts w:eastAsia="Calibri"/>
          <w:sz w:val="28"/>
          <w:lang w:val="ru-RU"/>
          <w:szCs w:val="28"/>
        </w:rPr>
        <w:t vyd:_id="vyd:00000000000asm">100</w:t>
      </w:r>
      <w:r>
        <w:rPr>
          <w:rFonts w:eastAsia="Calibri"/>
          <w:sz w:val="28"/>
          <w:lang w:val="ru-RU"/>
          <w:szCs w:val="28"/>
        </w:rPr>
        <w:t vyd:_id="vyd:00000000000asl" xml:space="preserve"> </w:t>
      </w:r>
      <w:r>
        <w:rPr>
          <w:rFonts w:eastAsia="Calibri"/>
          <w:sz w:val="28"/>
          <w:lang w:val="ru-RU"/>
          <w:szCs w:val="28"/>
        </w:rPr>
        <w:t vyd:_id="vyd:00000000000ask">мостов</w:t>
      </w:r>
      <w:r>
        <w:rPr>
          <w:rFonts w:eastAsia="Calibri"/>
          <w:sz w:val="28"/>
          <w:lang w:val="ru-RU"/>
          <w:szCs w:val="28"/>
        </w:rPr>
        <w:t vyd:_id="vyd:00000000000asj" xml:space="preserve"> </w:t>
      </w:r>
      <w:r>
        <w:rPr>
          <w:rFonts w:eastAsia="Calibri"/>
          <w:sz w:val="28"/>
          <w:lang w:val="ru-RU"/>
          <w:szCs w:val="28"/>
        </w:rPr>
        <w:t vyd:_id="vyd:00000000000asi">и</w:t>
      </w:r>
      <w:r>
        <w:rPr>
          <w:rFonts w:eastAsia="Calibri"/>
          <w:sz w:val="28"/>
          <w:lang w:val="ru-RU"/>
          <w:szCs w:val="28"/>
        </w:rPr>
        <w:t vyd:_id="vyd:00000000000ash" xml:space="preserve"> </w:t>
      </w:r>
      <w:r>
        <w:rPr>
          <w:rFonts w:eastAsia="Calibri"/>
          <w:sz w:val="28"/>
          <w:lang w:val="ru-RU"/>
          <w:szCs w:val="28"/>
        </w:rPr>
        <w:t vyd:_id="vyd:00000000000asg">тоннелей</w:t>
      </w:r>
      <w:r>
        <w:rPr>
          <w:rFonts w:eastAsia="Calibri"/>
          <w:sz w:val="28"/>
          <w:lang w:val="ru-RU"/>
          <w:szCs w:val="28"/>
        </w:rPr>
        <w:t vyd:_id="vyd:00000000000asf" xml:space="preserve"> </w:t>
      </w:r>
      <w:r>
        <w:rPr>
          <w:rFonts w:eastAsia="Calibri"/>
          <w:sz w:val="28"/>
          <w:lang w:val="ru-RU"/>
          <w:szCs w:val="28"/>
        </w:rPr>
        <w:t vyd:_id="vyd:00000000000ase">построили</w:t>
      </w:r>
      <w:r>
        <w:rPr>
          <w:rFonts w:eastAsia="Calibri"/>
          <w:sz w:val="28"/>
          <w:lang w:val="ru-RU"/>
          <w:szCs w:val="28"/>
        </w:rPr>
        <w:t vyd:_id="vyd:00000000000asd" xml:space="preserve"> </w:t>
      </w:r>
      <w:r>
        <w:rPr>
          <w:rFonts w:eastAsia="Calibri"/>
          <w:sz w:val="28"/>
          <w:lang w:val="ru-RU"/>
          <w:szCs w:val="28"/>
        </w:rPr>
        <w:t vyd:_id="vyd:00000000000asc">и</w:t>
      </w:r>
      <w:r>
        <w:rPr>
          <w:rFonts w:eastAsia="Calibri"/>
          <w:sz w:val="28"/>
          <w:lang w:val="ru-RU"/>
          <w:szCs w:val="28"/>
        </w:rPr>
        <w:t vyd:_id="vyd:00000000000asb" xml:space="preserve"> </w:t>
      </w:r>
      <w:r>
        <w:rPr>
          <w:rFonts w:eastAsia="Calibri"/>
          <w:sz w:val="28"/>
          <w:lang w:val="ru-RU"/>
          <w:szCs w:val="28"/>
        </w:rPr>
        <w:t vyd:_id="vyd:00000000000asa">реконструировали</w:t>
      </w:r>
      <w:r>
        <w:rPr>
          <w:rFonts w:eastAsia="Calibri"/>
          <w:sz w:val="28"/>
          <w:lang w:val="ru-RU"/>
          <w:szCs w:val="28"/>
        </w:rPr>
        <w:t vyd:_id="vyd:00000000000as9" xml:space="preserve"> </w:t>
      </w:r>
      <w:r>
        <w:rPr>
          <w:rFonts w:eastAsia="Calibri"/>
          <w:sz w:val="28"/>
          <w:lang w:val="ru-RU"/>
          <w:szCs w:val="28"/>
        </w:rPr>
        <w:t vyd:_id="vyd:00000000000as8">с</w:t>
      </w:r>
      <w:r>
        <w:rPr>
          <w:rFonts w:eastAsia="Calibri"/>
          <w:sz w:val="28"/>
          <w:lang w:val="ru-RU"/>
          <w:szCs w:val="28"/>
        </w:rPr>
        <w:t vyd:_id="vyd:00000000000as7" xml:space="preserve"> </w:t>
      </w:r>
      <w:r>
        <w:rPr>
          <w:rFonts w:eastAsia="Calibri"/>
          <w:sz w:val="28"/>
          <w:lang w:val="ru-RU"/>
          <w:szCs w:val="28"/>
        </w:rPr>
        <w:t vyd:_id="vyd:00000000000as6">2013</w:t>
      </w:r>
      <w:r>
        <w:rPr>
          <w:rFonts w:eastAsia="Calibri"/>
          <w:sz w:val="28"/>
          <w:lang w:val="ru-RU"/>
          <w:szCs w:val="28"/>
        </w:rPr>
        <w:t vyd:_id="vyd:00000000000as5" xml:space="preserve"> </w:t>
      </w:r>
      <w:r>
        <w:rPr>
          <w:rFonts w:eastAsia="Calibri"/>
          <w:sz w:val="28"/>
          <w:lang w:val="ru-RU"/>
          <w:szCs w:val="28"/>
        </w:rPr>
        <w:t vyd:_id="vyd:00000000000as4">при</w:t>
      </w:r>
      <w:r>
        <w:rPr>
          <w:rFonts w:eastAsia="Calibri"/>
          <w:sz w:val="28"/>
          <w:lang w:val="ru-RU"/>
          <w:szCs w:val="28"/>
        </w:rPr>
        <w:t vyd:_id="vyd:00000000000as3" xml:space="preserve"> </w:t>
      </w:r>
      <w:r>
        <w:rPr>
          <w:rFonts w:eastAsia="Calibri"/>
          <w:sz w:val="28"/>
          <w:lang w:val="ru-RU"/>
          <w:szCs w:val="28"/>
        </w:rPr>
        <w:t vyd:_id="vyd:00000000000as2">расширении</w:t>
      </w:r>
      <w:r>
        <w:rPr>
          <w:rFonts w:eastAsia="Calibri"/>
          <w:sz w:val="28"/>
          <w:lang w:val="ru-RU"/>
          <w:szCs w:val="28"/>
        </w:rPr>
        <w:t vyd:_id="vyd:00000000000as1" xml:space="preserve"> </w:t>
      </w:r>
      <w:r>
        <w:rPr>
          <w:rFonts w:eastAsia="Calibri"/>
          <w:sz w:val="28"/>
          <w:lang w:val="ru-RU"/>
          <w:szCs w:val="28"/>
        </w:rPr>
        <w:t vyd:_id="vyd:00000000000as0">БАМа</w:t>
      </w:r>
      <w:r>
        <w:rPr>
          <w:rFonts w:eastAsia="Calibri"/>
          <w:sz w:val="28"/>
          <w:lang w:val="ru-RU"/>
          <w:szCs w:val="28"/>
        </w:rPr>
        <w:t vyd:_id="vyd:00000000000arz" xml:space="preserve"> </w:t>
      </w:r>
      <w:r>
        <w:rPr>
          <w:rFonts w:eastAsia="Calibri"/>
          <w:sz w:val="28"/>
          <w:lang w:val="ru-RU"/>
          <w:szCs w:val="28"/>
        </w:rPr>
        <w:t vyd:_id="vyd:00000000000ary">и</w:t>
      </w:r>
      <w:r>
        <w:rPr>
          <w:rFonts w:eastAsia="Calibri"/>
          <w:sz w:val="28"/>
          <w:lang w:val="ru-RU"/>
          <w:szCs w:val="28"/>
        </w:rPr>
        <w:t vyd:_id="vyd:00000000000arx" xml:space="preserve"> </w:t>
      </w:r>
      <w:r>
        <w:rPr>
          <w:rFonts w:eastAsia="Calibri"/>
          <w:sz w:val="28"/>
          <w:lang w:val="ru-RU"/>
          <w:szCs w:val="28"/>
        </w:rPr>
        <w:t vyd:_id="vyd:00000000000arw">Транссибирской</w:t>
      </w:r>
      <w:r>
        <w:rPr>
          <w:rFonts w:eastAsia="Calibri"/>
          <w:sz w:val="28"/>
          <w:lang w:val="ru-RU"/>
          <w:szCs w:val="28"/>
        </w:rPr>
        <w:t vyd:_id="vyd:00000000000arv" xml:space="preserve"> </w:t>
      </w:r>
      <w:r>
        <w:rPr>
          <w:rFonts w:eastAsia="Calibri"/>
          <w:sz w:val="28"/>
          <w:lang w:val="ru-RU"/>
          <w:szCs w:val="28"/>
        </w:rPr>
        <w:t vyd:_id="vyd:00000000000aru">магистрали.</w:t>
      </w:r>
      <w:r>
        <w:rPr>
          <w:rFonts w:eastAsia="Calibri"/>
          <w:sz w:val="28"/>
          <w:lang w:val="ru-RU"/>
          <w:szCs w:val="28"/>
        </w:rPr>
        <w:t vyd:_id="vyd:00000000000art" xml:space="preserve"> </w:t>
      </w:r>
      <w:r>
        <w:rPr>
          <w:rFonts w:eastAsia="Calibri"/>
          <w:sz w:val="28"/>
          <w:lang w:val="ru-RU"/>
          <w:szCs w:val="28"/>
        </w:rPr>
        <w:t vyd:_id="vyd:00000000000ars">В</w:t>
      </w:r>
      <w:r>
        <w:rPr>
          <w:rFonts w:eastAsia="Calibri"/>
          <w:sz w:val="28"/>
          <w:lang w:val="ru-RU"/>
          <w:szCs w:val="28"/>
        </w:rPr>
        <w:t vyd:_id="vyd:00000000000arr" xml:space="preserve"> </w:t>
      </w:r>
      <w:r>
        <w:rPr>
          <w:rFonts w:eastAsia="Calibri"/>
          <w:sz w:val="28"/>
          <w:lang w:val="ru-RU"/>
          <w:szCs w:val="28"/>
        </w:rPr>
        <w:t vyd:_id="vyd:00000000000arq">2024</w:t>
      </w:r>
      <w:r>
        <w:rPr>
          <w:rFonts w:eastAsia="Calibri"/>
          <w:sz w:val="28"/>
          <w:lang w:val="ru-RU"/>
          <w:szCs w:val="28"/>
        </w:rPr>
        <w:t vyd:_id="vyd:00000000000arp" xml:space="preserve"> </w:t>
      </w:r>
      <w:r>
        <w:rPr>
          <w:rFonts w:eastAsia="Calibri"/>
          <w:sz w:val="28"/>
          <w:lang w:val="ru-RU"/>
          <w:szCs w:val="28"/>
        </w:rPr>
        <w:t vyd:_id="vyd:00000000000aro">г.</w:t>
      </w:r>
      <w:r>
        <w:rPr>
          <w:rFonts w:eastAsia="Calibri"/>
          <w:sz w:val="28"/>
          <w:lang w:val="ru-RU"/>
          <w:szCs w:val="28"/>
        </w:rPr>
        <w:t vyd:_id="vyd:00000000000arn" xml:space="preserve"> </w:t>
      </w:r>
      <w:r>
        <w:rPr>
          <w:rFonts w:eastAsia="Calibri"/>
          <w:sz w:val="28"/>
          <w:lang w:val="ru-RU"/>
          <w:szCs w:val="28"/>
        </w:rPr>
        <w:t vyd:_id="vyd:00000000000arm">был</w:t>
      </w:r>
      <w:r>
        <w:rPr>
          <w:rFonts w:eastAsia="Calibri"/>
          <w:sz w:val="28"/>
          <w:lang w:val="ru-RU"/>
          <w:szCs w:val="28"/>
        </w:rPr>
        <w:t vyd:_id="vyd:00000000000arl" xml:space="preserve"> </w:t>
      </w:r>
      <w:r>
        <w:rPr>
          <w:rFonts w:eastAsia="Calibri"/>
          <w:sz w:val="28"/>
          <w:lang w:val="ru-RU"/>
          <w:szCs w:val="28"/>
        </w:rPr>
        <w:t vyd:_id="vyd:00000000000ark">завершён</w:t>
      </w:r>
      <w:r>
        <w:rPr>
          <w:rFonts w:eastAsia="Calibri"/>
          <w:sz w:val="28"/>
          <w:lang w:val="ru-RU"/>
          <w:szCs w:val="28"/>
        </w:rPr>
        <w:t vyd:_id="vyd:00000000000arj" xml:space="preserve"> </w:t>
      </w:r>
      <w:r>
        <w:rPr>
          <w:rFonts w:eastAsia="Calibri"/>
          <w:sz w:val="28"/>
          <w:lang w:val="ru-RU"/>
          <w:szCs w:val="28"/>
        </w:rPr>
        <w:t vyd:_id="vyd:00000000000ari">второй</w:t>
      </w:r>
      <w:r>
        <w:rPr>
          <w:rFonts w:eastAsia="Calibri"/>
          <w:sz w:val="28"/>
          <w:lang w:val="ru-RU"/>
          <w:szCs w:val="28"/>
        </w:rPr>
        <w:t vyd:_id="vyd:00000000000arh" xml:space="preserve"> </w:t>
      </w:r>
      <w:r>
        <w:rPr>
          <w:rFonts w:eastAsia="Calibri"/>
          <w:sz w:val="28"/>
          <w:lang w:val="ru-RU"/>
          <w:szCs w:val="28"/>
        </w:rPr>
        <w:t vyd:_id="vyd:00000000000arg">этап</w:t>
      </w:r>
      <w:r>
        <w:rPr>
          <w:rFonts w:eastAsia="Calibri"/>
          <w:sz w:val="28"/>
          <w:lang w:val="ru-RU"/>
          <w:szCs w:val="28"/>
        </w:rPr>
        <w:t vyd:_id="vyd:00000000000arf" xml:space="preserve"> </w:t>
      </w:r>
      <w:r>
        <w:rPr>
          <w:rFonts w:eastAsia="Calibri"/>
          <w:sz w:val="28"/>
          <w:lang w:val="ru-RU"/>
          <w:szCs w:val="28"/>
        </w:rPr>
        <w:t vyd:_id="vyd:00000000000are">модернизации</w:t>
      </w:r>
      <w:r>
        <w:rPr>
          <w:rFonts w:eastAsia="Calibri"/>
          <w:sz w:val="28"/>
          <w:lang w:val="ru-RU"/>
          <w:szCs w:val="28"/>
        </w:rPr>
        <w:t vyd:_id="vyd:00000000000ard" xml:space="preserve"> </w:t>
      </w:r>
      <w:r>
        <w:rPr>
          <w:rFonts w:eastAsia="Calibri"/>
          <w:sz w:val="28"/>
          <w:lang w:val="ru-RU"/>
          <w:szCs w:val="28"/>
        </w:rPr>
        <w:t vyd:_id="vyd:00000000000arc">Восточного</w:t>
      </w:r>
      <w:r>
        <w:rPr>
          <w:rFonts w:eastAsia="Calibri"/>
          <w:sz w:val="28"/>
          <w:lang w:val="ru-RU"/>
          <w:szCs w:val="28"/>
        </w:rPr>
        <w:t vyd:_id="vyd:00000000000arb" xml:space="preserve"> </w:t>
      </w:r>
      <w:r>
        <w:rPr>
          <w:rFonts w:eastAsia="Calibri"/>
          <w:sz w:val="28"/>
          <w:lang w:val="ru-RU"/>
          <w:szCs w:val="28"/>
        </w:rPr>
        <w:t vyd:_id="vyd:00000000000ara">полигона</w:t>
      </w:r>
      <w:r>
        <w:rPr>
          <w:rFonts w:eastAsia="Calibri"/>
          <w:sz w:val="28"/>
          <w:lang w:val="ru-RU"/>
          <w:szCs w:val="28"/>
        </w:rPr>
        <w:t vyd:_id="vyd:00000000000ar9" xml:space="preserve"> </w:t>
      </w:r>
      <w:r>
        <w:rPr>
          <w:rFonts w:eastAsia="Calibri"/>
          <w:sz w:val="28"/>
          <w:lang w:val="ru-RU"/>
          <w:szCs w:val="28"/>
        </w:rPr>
        <w:t vyd:_id="vyd:00000000000ar8">БАМа</w:t>
      </w:r>
      <w:r>
        <w:rPr>
          <w:rFonts w:eastAsia="Calibri"/>
          <w:sz w:val="28"/>
          <w:lang w:val="ru-RU"/>
          <w:szCs w:val="28"/>
        </w:rPr>
        <w:t vyd:_id="vyd:00000000000ar7" xml:space="preserve"> </w:t>
      </w:r>
      <w:r>
        <w:rPr>
          <w:rFonts w:eastAsia="Calibri"/>
          <w:sz w:val="28"/>
          <w:lang w:val="ru-RU"/>
          <w:szCs w:val="28"/>
        </w:rPr>
        <w:t vyd:_id="vyd:00000000000ar6">и</w:t>
      </w:r>
      <w:r>
        <w:rPr>
          <w:rFonts w:eastAsia="Calibri"/>
          <w:sz w:val="28"/>
          <w:lang w:val="ru-RU"/>
          <w:szCs w:val="28"/>
        </w:rPr>
        <w:t vyd:_id="vyd:00000000000ar5" xml:space="preserve"> </w:t>
      </w:r>
      <w:r>
        <w:rPr>
          <w:rFonts w:eastAsia="Calibri"/>
          <w:sz w:val="28"/>
          <w:lang w:val="ru-RU"/>
          <w:szCs w:val="28"/>
        </w:rPr>
        <w:t vyd:_id="vyd:00000000000ar4">Транссиба.</w:t>
      </w:r>
      <w:r>
        <w:rPr>
          <w:rFonts w:eastAsia="Calibri"/>
          <w:sz w:val="28"/>
          <w:lang w:val="ru-RU"/>
          <w:szCs w:val="28"/>
        </w:rPr>
        <w:t vyd:_id="vyd:00000000000ar3" xml:space="preserve"> </w:t>
      </w:r>
      <w:r>
        <w:rPr>
          <w:rFonts w:eastAsia="Calibri"/>
          <w:sz w:val="28"/>
          <w:lang w:val="ru-RU"/>
          <w:szCs w:val="28"/>
        </w:rPr>
        <w:t vyd:_id="vyd:00000000000ar2">Начиная</w:t>
      </w:r>
      <w:r>
        <w:rPr>
          <w:rFonts w:eastAsia="Calibri"/>
          <w:sz w:val="28"/>
          <w:lang w:val="ru-RU"/>
          <w:szCs w:val="28"/>
        </w:rPr>
        <w:t vyd:_id="vyd:00000000000ar1" xml:space="preserve"> </w:t>
      </w:r>
      <w:r>
        <w:rPr>
          <w:rFonts w:eastAsia="Calibri"/>
          <w:sz w:val="28"/>
          <w:lang w:val="ru-RU"/>
          <w:szCs w:val="28"/>
        </w:rPr>
        <w:t vyd:_id="vyd:00000000000ar0">с</w:t>
      </w:r>
      <w:r>
        <w:rPr>
          <w:rFonts w:eastAsia="Calibri"/>
          <w:sz w:val="28"/>
          <w:lang w:val="ru-RU"/>
          <w:szCs w:val="28"/>
        </w:rPr>
        <w:t vyd:_id="vyd:00000000000aqz" xml:space="preserve"> </w:t>
      </w:r>
      <w:r>
        <w:rPr>
          <w:rFonts w:eastAsia="Calibri"/>
          <w:sz w:val="28"/>
          <w:lang w:val="ru-RU"/>
          <w:szCs w:val="28"/>
        </w:rPr>
        <w:t vyd:_id="vyd:00000000000aqy">2000</w:t>
      </w:r>
      <w:r>
        <w:rPr>
          <w:rFonts w:eastAsia="Calibri"/>
          <w:sz w:val="28"/>
          <w:lang w:val="ru-RU"/>
          <w:szCs w:val="28"/>
        </w:rPr>
        <w:t vyd:_id="vyd:00000000000aqx" xml:space="preserve"> </w:t>
      </w:r>
      <w:r>
        <w:rPr>
          <w:rFonts w:eastAsia="Calibri"/>
          <w:sz w:val="28"/>
          <w:lang w:val="ru-RU"/>
          <w:szCs w:val="28"/>
        </w:rPr>
        <w:t vyd:_id="vyd:00000000000aqw">года</w:t>
      </w:r>
      <w:r>
        <w:rPr>
          <w:rFonts w:eastAsia="Calibri"/>
          <w:sz w:val="28"/>
          <w:lang w:val="ru-RU"/>
          <w:szCs w:val="28"/>
        </w:rPr>
        <w:t vyd:_id="vyd:00000000000aqv" xml:space="preserve"> </w:t>
      </w:r>
      <w:r>
        <w:rPr>
          <w:rFonts w:eastAsia="Calibri"/>
          <w:sz w:val="28"/>
          <w:lang w:val="ru-RU"/>
          <w:szCs w:val="28"/>
        </w:rPr>
        <w:t vyd:_id="vyd:00000000000aqu">провозная</w:t>
      </w:r>
      <w:r>
        <w:rPr>
          <w:rFonts w:eastAsia="Calibri"/>
          <w:sz w:val="28"/>
          <w:lang w:val="ru-RU"/>
          <w:szCs w:val="28"/>
        </w:rPr>
        <w:t vyd:_id="vyd:00000000000aqt" xml:space="preserve"> </w:t>
      </w:r>
      <w:r>
        <w:rPr>
          <w:rFonts w:eastAsia="Calibri"/>
          <w:sz w:val="28"/>
          <w:lang w:val="ru-RU"/>
          <w:szCs w:val="28"/>
        </w:rPr>
        <w:t vyd:_id="vyd:00000000000aqs">способность</w:t>
      </w:r>
      <w:r>
        <w:rPr>
          <w:rFonts w:eastAsia="Calibri"/>
          <w:sz w:val="28"/>
          <w:lang w:val="ru-RU"/>
          <w:szCs w:val="28"/>
        </w:rPr>
        <w:t vyd:_id="vyd:00000000000aqr" xml:space="preserve"> </w:t>
      </w:r>
      <w:r>
        <w:rPr>
          <w:rFonts w:eastAsia="Calibri"/>
          <w:sz w:val="28"/>
          <w:lang w:val="ru-RU"/>
          <w:szCs w:val="28"/>
        </w:rPr>
        <w:t vyd:_id="vyd:00000000000aqq">БАМа</w:t>
      </w:r>
      <w:r>
        <w:rPr>
          <w:rFonts w:eastAsia="Calibri"/>
          <w:sz w:val="28"/>
          <w:lang w:val="ru-RU"/>
          <w:szCs w:val="28"/>
        </w:rPr>
        <w:t vyd:_id="vyd:00000000000aqp" xml:space="preserve"> </w:t>
      </w:r>
      <w:r>
        <w:rPr>
          <w:rFonts w:eastAsia="Calibri"/>
          <w:sz w:val="28"/>
          <w:lang w:val="ru-RU"/>
          <w:szCs w:val="28"/>
        </w:rPr>
        <w:t vyd:_id="vyd:00000000000aqo">выросла</w:t>
      </w:r>
      <w:r>
        <w:rPr>
          <w:rFonts w:eastAsia="Calibri"/>
          <w:sz w:val="28"/>
          <w:lang w:val="ru-RU"/>
          <w:szCs w:val="28"/>
        </w:rPr>
        <w:t vyd:_id="vyd:00000000000aqn" xml:space="preserve"> </w:t>
      </w:r>
      <w:r>
        <w:rPr>
          <w:rFonts w:eastAsia="Calibri"/>
          <w:sz w:val="28"/>
          <w:lang w:val="ru-RU"/>
          <w:szCs w:val="28"/>
        </w:rPr>
        <w:t vyd:_id="vyd:00000000000aqm">с</w:t>
      </w:r>
      <w:r>
        <w:rPr>
          <w:rFonts w:eastAsia="Calibri"/>
          <w:sz w:val="28"/>
          <w:lang w:val="ru-RU"/>
          <w:szCs w:val="28"/>
        </w:rPr>
        <w:t vyd:_id="vyd:00000000000aql" xml:space="preserve"> </w:t>
      </w:r>
      <w:r>
        <w:rPr>
          <w:rFonts w:eastAsia="Calibri"/>
          <w:sz w:val="28"/>
          <w:lang w:val="ru-RU"/>
          <w:szCs w:val="28"/>
        </w:rPr>
        <w:t vyd:_id="vyd:00000000000aqk">5</w:t>
      </w:r>
      <w:r>
        <w:rPr>
          <w:rFonts w:eastAsia="Calibri"/>
          <w:sz w:val="28"/>
          <w:lang w:val="ru-RU"/>
          <w:szCs w:val="28"/>
        </w:rPr>
        <w:t vyd:_id="vyd:00000000000aqj" xml:space="preserve"> </w:t>
      </w:r>
      <w:r>
        <w:rPr>
          <w:rFonts w:eastAsia="Calibri"/>
          <w:sz w:val="28"/>
          <w:lang w:val="ru-RU"/>
          <w:szCs w:val="28"/>
        </w:rPr>
        <w:t vyd:_id="vyd:00000000000aqi">млн</w:t>
      </w:r>
      <w:r>
        <w:rPr>
          <w:rFonts w:eastAsia="Calibri"/>
          <w:sz w:val="28"/>
          <w:lang w:val="ru-RU"/>
          <w:szCs w:val="28"/>
        </w:rPr>
        <w:t vyd:_id="vyd:00000000000aqh" xml:space="preserve"> </w:t>
      </w:r>
      <w:r>
        <w:rPr>
          <w:rFonts w:eastAsia="Calibri"/>
          <w:sz w:val="28"/>
          <w:lang w:val="ru-RU"/>
          <w:szCs w:val="28"/>
        </w:rPr>
        <w:t vyd:_id="vyd:00000000000aqg">тонн</w:t>
      </w:r>
      <w:r>
        <w:rPr>
          <w:rFonts w:eastAsia="Calibri"/>
          <w:sz w:val="28"/>
          <w:lang w:val="ru-RU"/>
          <w:szCs w:val="28"/>
        </w:rPr>
        <w:t vyd:_id="vyd:00000000000aqf" xml:space="preserve"> </w:t>
      </w:r>
      <w:r>
        <w:rPr>
          <w:rFonts w:eastAsia="Calibri"/>
          <w:sz w:val="28"/>
          <w:lang w:val="ru-RU"/>
          <w:szCs w:val="28"/>
        </w:rPr>
        <w:t vyd:_id="vyd:00000000000aqe">180</w:t>
      </w:r>
      <w:r>
        <w:rPr>
          <w:rFonts w:eastAsia="Calibri"/>
          <w:sz w:val="28"/>
          <w:lang w:val="ru-RU"/>
          <w:szCs w:val="28"/>
        </w:rPr>
        <w:t vyd:_id="vyd:00000000000aqd" xml:space="preserve"> </w:t>
      </w:r>
      <w:r>
        <w:rPr>
          <w:rFonts w:eastAsia="Calibri"/>
          <w:sz w:val="28"/>
          <w:lang w:val="ru-RU"/>
          <w:szCs w:val="28"/>
        </w:rPr>
        <w:t vyd:_id="vyd:00000000000aqc">млн</w:t>
      </w:r>
      <w:r>
        <w:rPr>
          <w:rFonts w:eastAsia="Calibri"/>
          <w:sz w:val="28"/>
          <w:lang w:val="ru-RU"/>
          <w:szCs w:val="28"/>
        </w:rPr>
        <w:t vyd:_id="vyd:00000000000aqb" xml:space="preserve"> </w:t>
      </w:r>
      <w:r>
        <w:rPr>
          <w:rFonts w:eastAsia="Calibri"/>
          <w:sz w:val="28"/>
          <w:lang w:val="ru-RU"/>
          <w:szCs w:val="28"/>
        </w:rPr>
        <w:t vyd:_id="vyd:00000000000aqa">тонн.</w:t>
      </w:r>
      <w:r>
        <w:rPr>
          <w:rFonts w:eastAsia="Calibri"/>
          <w:sz w:val="28"/>
          <w:lang w:val="ru-RU"/>
          <w:szCs w:val="28"/>
        </w:rPr>
        <w:t vyd:_id="vyd:00000000000aq9" xml:space="preserve"> </w:t>
      </w:r>
      <w:r>
        <w:rPr>
          <w:rFonts w:eastAsia="Calibri"/>
          <w:sz w:val="28"/>
          <w:lang w:val="ru-RU"/>
          <w:szCs w:val="28"/>
        </w:rPr>
        <w:t vyd:_id="vyd:00000000000aq8">В</w:t>
      </w:r>
      <w:r>
        <w:rPr>
          <w:rFonts w:eastAsia="Calibri"/>
          <w:sz w:val="28"/>
          <w:lang w:val="ru-RU"/>
          <w:szCs w:val="28"/>
        </w:rPr>
        <w:t vyd:_id="vyd:00000000000aq7" xml:space="preserve"> </w:t>
      </w:r>
      <w:r>
        <w:rPr>
          <w:rFonts w:eastAsia="Calibri"/>
          <w:sz w:val="28"/>
          <w:lang w:val="ru-RU"/>
          <w:szCs w:val="28"/>
        </w:rPr>
        <w:t vyd:_id="vyd:00000000000aq6">том</w:t>
      </w:r>
      <w:r>
        <w:rPr>
          <w:rFonts w:eastAsia="Calibri"/>
          <w:sz w:val="28"/>
          <w:lang w:val="ru-RU"/>
          <w:szCs w:val="28"/>
        </w:rPr>
        <w:t vyd:_id="vyd:00000000000aq5" xml:space="preserve"> </w:t>
      </w:r>
      <w:r>
        <w:rPr>
          <w:rFonts w:eastAsia="Calibri"/>
          <w:sz w:val="28"/>
          <w:lang w:val="ru-RU"/>
          <w:szCs w:val="28"/>
        </w:rPr>
        <w:t vyd:_id="vyd:00000000000aq4">же</w:t>
      </w:r>
      <w:r>
        <w:rPr>
          <w:rFonts w:eastAsia="Calibri"/>
          <w:sz w:val="28"/>
          <w:lang w:val="ru-RU"/>
          <w:szCs w:val="28"/>
        </w:rPr>
        <w:t vyd:_id="vyd:00000000000aq3" xml:space="preserve"> </w:t>
      </w:r>
      <w:r>
        <w:rPr>
          <w:rFonts w:eastAsia="Calibri"/>
          <w:sz w:val="28"/>
          <w:lang w:val="ru-RU"/>
          <w:szCs w:val="28"/>
        </w:rPr>
        <w:t vyd:_id="vyd:00000000000aq2">году</w:t>
      </w:r>
      <w:r>
        <w:rPr>
          <w:rFonts w:eastAsia="Calibri"/>
          <w:sz w:val="28"/>
          <w:lang w:val="ru-RU"/>
          <w:szCs w:val="28"/>
        </w:rPr>
        <w:t vyd:_id="vyd:00000000000aq1" xml:space="preserve"> </w:t>
      </w:r>
      <w:r>
        <w:rPr>
          <w:rFonts w:eastAsia="Calibri"/>
          <w:sz w:val="28"/>
          <w:lang w:val="ru-RU"/>
          <w:szCs w:val="28"/>
        </w:rPr>
        <w:t vyd:_id="vyd:00000000000aq0">были</w:t>
      </w:r>
      <w:r>
        <w:rPr>
          <w:rFonts w:eastAsia="Calibri"/>
          <w:sz w:val="28"/>
          <w:lang w:val="ru-RU"/>
          <w:szCs w:val="28"/>
        </w:rPr>
        <w:t vyd:_id="vyd:00000000000apz" xml:space="preserve"> </w:t>
      </w:r>
      <w:r>
        <w:rPr>
          <w:rFonts w:eastAsia="Calibri"/>
          <w:sz w:val="28"/>
          <w:lang w:val="ru-RU"/>
          <w:szCs w:val="28"/>
        </w:rPr>
        <w:t vyd:_id="vyd:00000000000apy">введены</w:t>
      </w:r>
      <w:r>
        <w:rPr>
          <w:rFonts w:eastAsia="Calibri"/>
          <w:sz w:val="28"/>
          <w:lang w:val="ru-RU"/>
          <w:szCs w:val="28"/>
        </w:rPr>
        <w:t vyd:_id="vyd:00000000000apx" xml:space="preserve"> </w:t>
      </w:r>
      <w:r>
        <w:rPr>
          <w:rFonts w:eastAsia="Calibri"/>
          <w:sz w:val="28"/>
          <w:lang w:val="ru-RU"/>
          <w:szCs w:val="28"/>
        </w:rPr>
        <w:t vyd:_id="vyd:00000000000apw">новые</w:t>
      </w:r>
      <w:r>
        <w:rPr>
          <w:rFonts w:eastAsia="Calibri"/>
          <w:sz w:val="28"/>
          <w:lang w:val="ru-RU"/>
          <w:szCs w:val="28"/>
        </w:rPr>
        <w:t vyd:_id="vyd:00000000000apv" xml:space="preserve"> </w:t>
      </w:r>
      <w:r>
        <w:rPr>
          <w:rFonts w:eastAsia="Calibri"/>
          <w:sz w:val="28"/>
          <w:lang w:val="ru-RU"/>
          <w:szCs w:val="28"/>
        </w:rPr>
        <w:t vyd:_id="vyd:00000000000apu">взлётно-посадочные</w:t>
      </w:r>
      <w:r>
        <w:rPr>
          <w:rFonts w:eastAsia="Calibri"/>
          <w:sz w:val="28"/>
          <w:lang w:val="ru-RU"/>
          <w:szCs w:val="28"/>
        </w:rPr>
        <w:t vyd:_id="vyd:00000000000apt" xml:space="preserve"> </w:t>
      </w:r>
      <w:r>
        <w:rPr>
          <w:rFonts w:eastAsia="Calibri"/>
          <w:sz w:val="28"/>
          <w:lang w:val="ru-RU"/>
          <w:szCs w:val="28"/>
        </w:rPr>
        <w:t vyd:_id="vyd:00000000000aps">полосы</w:t>
      </w:r>
      <w:r>
        <w:rPr>
          <w:rFonts w:eastAsia="Calibri"/>
          <w:sz w:val="28"/>
          <w:lang w:val="ru-RU"/>
          <w:szCs w:val="28"/>
        </w:rPr>
        <w:t vyd:_id="vyd:00000000000apr" xml:space="preserve"> </w:t>
      </w:r>
      <w:r>
        <w:rPr>
          <w:rFonts w:eastAsia="Calibri"/>
          <w:sz w:val="28"/>
          <w:lang w:val="ru-RU"/>
          <w:szCs w:val="28"/>
        </w:rPr>
        <w:t vyd:_id="vyd:00000000000apq">в</w:t>
      </w:r>
      <w:r>
        <w:rPr>
          <w:rFonts w:eastAsia="Calibri"/>
          <w:sz w:val="28"/>
          <w:lang w:val="ru-RU"/>
          <w:szCs w:val="28"/>
        </w:rPr>
        <w:t vyd:_id="vyd:00000000000app" xml:space="preserve"> </w:t>
      </w:r>
      <w:r>
        <w:rPr>
          <w:rFonts w:eastAsia="Calibri"/>
          <w:sz w:val="28"/>
          <w:lang w:val="ru-RU"/>
          <w:szCs w:val="28"/>
        </w:rPr>
        <w:t vyd:_id="vyd:00000000000apo">Томске</w:t>
      </w:r>
      <w:r>
        <w:rPr>
          <w:rFonts w:eastAsia="Calibri"/>
          <w:sz w:val="28"/>
          <w:lang w:val="ru-RU"/>
          <w:szCs w:val="28"/>
        </w:rPr>
        <w:t vyd:_id="vyd:00000000000apn" xml:space="preserve"> </w:t>
      </w:r>
      <w:r>
        <w:rPr>
          <w:rFonts w:eastAsia="Calibri"/>
          <w:sz w:val="28"/>
          <w:lang w:val="ru-RU"/>
          <w:szCs w:val="28"/>
        </w:rPr>
        <w:t vyd:_id="vyd:00000000000apm">и</w:t>
      </w:r>
      <w:r>
        <w:rPr>
          <w:rFonts w:eastAsia="Calibri"/>
          <w:sz w:val="28"/>
          <w:lang w:val="ru-RU"/>
          <w:szCs w:val="28"/>
        </w:rPr>
        <w:t vyd:_id="vyd:00000000000apl" xml:space="preserve"> </w:t>
      </w:r>
      <w:r>
        <w:rPr>
          <w:rFonts w:eastAsia="Calibri"/>
          <w:sz w:val="28"/>
          <w:lang w:val="ru-RU"/>
          <w:szCs w:val="28"/>
        </w:rPr>
        <w:t vyd:_id="vyd:00000000000apk">Кемерове</w:t>
      </w:r>
      <w:r>
        <w:rPr>
          <w:rFonts w:eastAsia="Calibri"/>
          <w:sz w:val="28"/>
          <w:lang w:val="ru-RU"/>
          <w:szCs w:val="28"/>
        </w:rPr>
        <w:t vyd:_id="vyd:00000000000apj">,</w:t>
      </w:r>
      <w:r>
        <w:rPr>
          <w:rFonts w:eastAsia="Calibri"/>
          <w:sz w:val="28"/>
          <w:lang w:val="ru-RU"/>
          <w:szCs w:val="28"/>
        </w:rPr>
        <w:t vyd:_id="vyd:00000000000api" xml:space="preserve"> </w:t>
      </w:r>
      <w:r>
        <w:rPr>
          <w:rFonts w:eastAsia="Calibri"/>
          <w:sz w:val="28"/>
          <w:lang w:val="ru-RU"/>
          <w:szCs w:val="28"/>
        </w:rPr>
        <w:t vyd:_id="vyd:00000000000aph">а</w:t>
      </w:r>
      <w:r>
        <w:rPr>
          <w:rFonts w:eastAsia="Calibri"/>
          <w:sz w:val="28"/>
          <w:lang w:val="ru-RU"/>
          <w:szCs w:val="28"/>
        </w:rPr>
        <w:t vyd:_id="vyd:00000000000apg" xml:space="preserve"> </w:t>
      </w:r>
      <w:r>
        <w:rPr>
          <w:rFonts w:eastAsia="Calibri"/>
          <w:sz w:val="28"/>
          <w:lang w:val="ru-RU"/>
          <w:szCs w:val="28"/>
        </w:rPr>
        <w:t vyd:_id="vyd:00000000000apf">за</w:t>
      </w:r>
      <w:r>
        <w:rPr>
          <w:rFonts w:eastAsia="Calibri"/>
          <w:sz w:val="28"/>
          <w:lang w:val="ru-RU"/>
          <w:szCs w:val="28"/>
        </w:rPr>
        <w:t vyd:_id="vyd:00000000000ape" xml:space="preserve"> </w:t>
      </w:r>
      <w:r>
        <w:rPr>
          <w:rFonts w:eastAsia="Calibri"/>
          <w:sz w:val="28"/>
          <w:lang w:val="ru-RU"/>
          <w:szCs w:val="28"/>
        </w:rPr>
        <w:t vyd:_id="vyd:00000000000apd">счёт</w:t>
      </w:r>
      <w:r>
        <w:rPr>
          <w:rFonts w:eastAsia="Calibri"/>
          <w:sz w:val="28"/>
          <w:lang w:val="ru-RU"/>
          <w:szCs w:val="28"/>
        </w:rPr>
        <w:t vyd:_id="vyd:00000000000apc" xml:space="preserve"> </w:t>
      </w:r>
      <w:r>
        <w:rPr>
          <w:rFonts w:eastAsia="Calibri"/>
          <w:sz w:val="28"/>
          <w:lang w:val="ru-RU"/>
          <w:szCs w:val="28"/>
        </w:rPr>
        <w:t vyd:_id="vyd:00000000000apb">внебюджетных</w:t>
      </w:r>
      <w:r>
        <w:rPr>
          <w:rFonts w:eastAsia="Calibri"/>
          <w:sz w:val="28"/>
          <w:lang w:val="ru-RU"/>
          <w:szCs w:val="28"/>
        </w:rPr>
        <w:t vyd:_id="vyd:00000000000apa" xml:space="preserve"> </w:t>
      </w:r>
      <w:r>
        <w:rPr>
          <w:rFonts w:eastAsia="Calibri"/>
          <w:sz w:val="28"/>
          <w:lang w:val="ru-RU"/>
          <w:szCs w:val="28"/>
        </w:rPr>
        <w:t vyd:_id="vyd:00000000000ap9">средств</w:t>
      </w:r>
      <w:r>
        <w:rPr>
          <w:rFonts w:eastAsia="Calibri"/>
          <w:sz w:val="28"/>
          <w:lang w:val="ru-RU"/>
          <w:szCs w:val="28"/>
        </w:rPr>
        <w:t vyd:_id="vyd:00000000000ap8" xml:space="preserve"> </w:t>
      </w:r>
      <w:r>
        <w:rPr>
          <w:rFonts w:eastAsia="Calibri"/>
          <w:sz w:val="28"/>
          <w:lang w:val="ru-RU"/>
          <w:szCs w:val="28"/>
        </w:rPr>
        <w:t vyd:_id="vyd:00000000000ap7">построены</w:t>
      </w:r>
      <w:r>
        <w:rPr>
          <w:rFonts w:eastAsia="Calibri"/>
          <w:sz w:val="28"/>
          <w:lang w:val="ru-RU"/>
          <w:szCs w:val="28"/>
        </w:rPr>
        <w:t vyd:_id="vyd:00000000000ap6" xml:space="preserve"> </w:t>
      </w:r>
      <w:r>
        <w:rPr>
          <w:rFonts w:eastAsia="Calibri"/>
          <w:sz w:val="28"/>
          <w:lang w:val="ru-RU"/>
          <w:szCs w:val="28"/>
        </w:rPr>
        <w:t vyd:_id="vyd:00000000000ap5">и</w:t>
      </w:r>
      <w:r>
        <w:rPr>
          <w:rFonts w:eastAsia="Calibri"/>
          <w:sz w:val="28"/>
          <w:lang w:val="ru-RU"/>
          <w:szCs w:val="28"/>
        </w:rPr>
        <w:t vyd:_id="vyd:00000000000ap4" xml:space="preserve"> </w:t>
      </w:r>
      <w:r>
        <w:rPr>
          <w:rFonts w:eastAsia="Calibri"/>
          <w:sz w:val="28"/>
          <w:lang w:val="ru-RU"/>
          <w:szCs w:val="28"/>
        </w:rPr>
        <w:t vyd:_id="vyd:00000000000ap3">введены</w:t>
      </w:r>
      <w:r>
        <w:rPr>
          <w:rFonts w:eastAsia="Calibri"/>
          <w:sz w:val="28"/>
          <w:lang w:val="ru-RU"/>
          <w:szCs w:val="28"/>
        </w:rPr>
        <w:t vyd:_id="vyd:00000000000ap2" xml:space="preserve"> </w:t>
      </w:r>
      <w:r>
        <w:rPr>
          <w:rFonts w:eastAsia="Calibri"/>
          <w:sz w:val="28"/>
          <w:lang w:val="ru-RU"/>
          <w:szCs w:val="28"/>
        </w:rPr>
        <w:t vyd:_id="vyd:00000000000ap1">в</w:t>
      </w:r>
      <w:r>
        <w:rPr>
          <w:rFonts w:eastAsia="Calibri"/>
          <w:sz w:val="28"/>
          <w:lang w:val="ru-RU"/>
          <w:szCs w:val="28"/>
        </w:rPr>
        <w:t vyd:_id="vyd:00000000000ap0" xml:space="preserve"> </w:t>
      </w:r>
      <w:r>
        <w:rPr>
          <w:rFonts w:eastAsia="Calibri"/>
          <w:sz w:val="28"/>
          <w:lang w:val="ru-RU"/>
          <w:szCs w:val="28"/>
        </w:rPr>
        <w:t vyd:_id="vyd:00000000000aoz">эксплуатацию</w:t>
      </w:r>
      <w:r>
        <w:rPr>
          <w:rFonts w:eastAsia="Calibri"/>
          <w:sz w:val="28"/>
          <w:lang w:val="ru-RU"/>
          <w:szCs w:val="28"/>
        </w:rPr>
        <w:t vyd:_id="vyd:00000000000aoy" xml:space="preserve"> </w:t>
      </w:r>
      <w:r>
        <w:rPr>
          <w:rFonts w:eastAsia="Calibri"/>
          <w:sz w:val="28"/>
          <w:lang w:val="ru-RU"/>
          <w:szCs w:val="28"/>
        </w:rPr>
        <w:t vyd:_id="vyd:00000000000aox">семь</w:t>
      </w:r>
      <w:r>
        <w:rPr>
          <w:rFonts w:eastAsia="Calibri"/>
          <w:sz w:val="28"/>
          <w:lang w:val="ru-RU"/>
          <w:szCs w:val="28"/>
        </w:rPr>
        <w:t vyd:_id="vyd:00000000000aow" xml:space="preserve"> </w:t>
      </w:r>
      <w:r>
        <w:rPr>
          <w:rFonts w:eastAsia="Calibri"/>
          <w:sz w:val="28"/>
          <w:lang w:val="ru-RU"/>
          <w:szCs w:val="28"/>
        </w:rPr>
        <w:t vyd:_id="vyd:00000000000aov">аэровокзальных</w:t>
      </w:r>
      <w:r>
        <w:rPr>
          <w:rFonts w:eastAsia="Calibri"/>
          <w:sz w:val="28"/>
          <w:lang w:val="ru-RU"/>
          <w:szCs w:val="28"/>
        </w:rPr>
        <w:t vyd:_id="vyd:00000000000aou" xml:space="preserve"> </w:t>
      </w:r>
      <w:r>
        <w:rPr>
          <w:rFonts w:eastAsia="Calibri"/>
          <w:sz w:val="28"/>
          <w:lang w:val="ru-RU"/>
          <w:szCs w:val="28"/>
        </w:rPr>
        <w:t vyd:_id="vyd:00000000000aot">комплексов.</w:t>
      </w:r>
      <w:r>
        <w:rPr>
          <w:rStyle w:val="aff8"/>
          <w:rFonts w:eastAsia="Calibri"/>
          <w:sz w:val="28"/>
          <w:lang w:val="ru-RU"/>
          <w:szCs w:val="28"/>
        </w:rPr>
        <w:footnoteReference vyd:_id="vyd:00000000000aos" w:id="78"/>
      </w:r>
      <w:r>
        <w:rPr>
          <w:rFonts w:eastAsia="Calibri"/>
          <w:sz w:val="28"/>
          <w:lang w:val="ru-RU"/>
          <w:szCs w:val="28"/>
        </w:rPr>
        <w:t vyd:_id="vyd:00000000000aor" xml:space="preserve"> </w:t>
      </w:r>
      <w:r>
        <w:rPr>
          <w:rFonts w:eastAsia="Calibri"/>
          <w:sz w:val="28"/>
          <w:lang w:val="ru-RU"/>
          <w:szCs w:val="28"/>
        </w:rPr>
        <w:t vyd:_id="vyd:00000000000aoq">Количество</w:t>
      </w:r>
      <w:r>
        <w:rPr>
          <w:rFonts w:eastAsia="Calibri"/>
          <w:sz w:val="28"/>
          <w:lang w:val="ru-RU"/>
          <w:szCs w:val="28"/>
        </w:rPr>
        <w:t vyd:_id="vyd:00000000000aop" xml:space="preserve"> </w:t>
      </w:r>
      <w:r>
        <w:rPr>
          <w:rFonts w:eastAsia="Calibri"/>
          <w:sz w:val="28"/>
          <w:lang w:val="ru-RU"/>
          <w:szCs w:val="28"/>
        </w:rPr>
        <w:t vyd:_id="vyd:00000000000aoo">пассажиров</w:t>
      </w:r>
      <w:r>
        <w:rPr>
          <w:rFonts w:eastAsia="Calibri"/>
          <w:sz w:val="28"/>
          <w:lang w:val="ru-RU"/>
          <w:szCs w:val="28"/>
        </w:rPr>
        <w:t vyd:_id="vyd:00000000000aon" xml:space="preserve"> </w:t>
      </w:r>
      <w:r>
        <w:rPr>
          <w:rFonts w:eastAsia="Calibri"/>
          <w:sz w:val="28"/>
          <w:lang w:val="ru-RU"/>
          <w:szCs w:val="28"/>
        </w:rPr>
        <w:t vyd:_id="vyd:00000000000aom">выросло</w:t>
      </w:r>
      <w:r>
        <w:rPr>
          <w:rFonts w:eastAsia="Calibri"/>
          <w:sz w:val="28"/>
          <w:lang w:val="ru-RU"/>
          <w:szCs w:val="28"/>
        </w:rPr>
        <w:t vyd:_id="vyd:00000000000aol" xml:space="preserve"> </w:t>
      </w:r>
      <w:r>
        <w:rPr>
          <w:rFonts w:eastAsia="Calibri"/>
          <w:sz w:val="28"/>
          <w:lang w:val="ru-RU"/>
          <w:szCs w:val="28"/>
        </w:rPr>
        <w:t vyd:_id="vyd:00000000000aok">с</w:t>
      </w:r>
      <w:r>
        <w:rPr>
          <w:rFonts w:eastAsia="Calibri"/>
          <w:sz w:val="28"/>
          <w:lang w:val="ru-RU"/>
          <w:szCs w:val="28"/>
        </w:rPr>
        <w:t vyd:_id="vyd:00000000000aoj" xml:space="preserve"> </w:t>
      </w:r>
      <w:r>
        <w:rPr>
          <w:rFonts w:eastAsia="Calibri"/>
          <w:sz w:val="28"/>
          <w:lang w:val="ru-RU"/>
          <w:szCs w:val="28"/>
        </w:rPr>
        <w:t vyd:_id="vyd:00000000000aoi">21,7</w:t>
      </w:r>
      <w:r>
        <w:rPr>
          <w:rFonts w:eastAsia="Calibri"/>
          <w:sz w:val="28"/>
          <w:lang w:val="ru-RU"/>
          <w:szCs w:val="28"/>
        </w:rPr>
        <w:t vyd:_id="vyd:00000000000aoh" xml:space="preserve"> </w:t>
      </w:r>
      <w:r>
        <w:rPr>
          <w:rFonts w:eastAsia="Calibri"/>
          <w:sz w:val="28"/>
          <w:lang w:val="ru-RU"/>
          <w:szCs w:val="28"/>
        </w:rPr>
        <w:t vyd:_id="vyd:00000000000aog">млн</w:t>
      </w:r>
      <w:r>
        <w:rPr>
          <w:rFonts w:eastAsia="Calibri"/>
          <w:sz w:val="28"/>
          <w:lang w:val="ru-RU"/>
          <w:szCs w:val="28"/>
        </w:rPr>
        <w:t vyd:_id="vyd:00000000000aof" xml:space="preserve"> </w:t>
      </w:r>
      <w:r>
        <w:rPr>
          <w:rFonts w:eastAsia="Calibri"/>
          <w:sz w:val="28"/>
          <w:lang w:val="ru-RU"/>
          <w:szCs w:val="28"/>
        </w:rPr>
        <w:t vyd:_id="vyd:00000000000aoe">в</w:t>
      </w:r>
      <w:r>
        <w:rPr>
          <w:rFonts w:eastAsia="Calibri"/>
          <w:sz w:val="28"/>
          <w:lang w:val="ru-RU"/>
          <w:szCs w:val="28"/>
        </w:rPr>
        <w:t vyd:_id="vyd:00000000000aod" xml:space="preserve"> </w:t>
      </w:r>
      <w:r>
        <w:rPr>
          <w:rFonts w:eastAsia="Calibri"/>
          <w:sz w:val="28"/>
          <w:lang w:val="ru-RU"/>
          <w:szCs w:val="28"/>
        </w:rPr>
        <w:t vyd:_id="vyd:00000000000aoc">1999</w:t>
      </w:r>
      <w:r>
        <w:rPr>
          <w:rFonts w:eastAsia="Calibri"/>
          <w:sz w:val="28"/>
          <w:lang w:val="ru-RU"/>
          <w:szCs w:val="28"/>
        </w:rPr>
        <w:t vyd:_id="vyd:00000000000aob" xml:space="preserve"> </w:t>
      </w:r>
      <w:r>
        <w:rPr>
          <w:rFonts w:eastAsia="Calibri"/>
          <w:sz w:val="28"/>
          <w:lang w:val="ru-RU"/>
          <w:szCs w:val="28"/>
        </w:rPr>
        <w:t vyd:_id="vyd:00000000000aoa">году</w:t>
      </w:r>
      <w:r>
        <w:rPr>
          <w:rStyle w:val="aff8"/>
          <w:rFonts w:eastAsia="Calibri"/>
          <w:sz w:val="28"/>
          <w:lang w:val="ru-RU"/>
          <w:szCs w:val="28"/>
        </w:rPr>
        <w:footnoteReference vyd:_id="vyd:00000000000ao9" w:id="79"/>
      </w:r>
      <w:r>
        <w:rPr>
          <w:rFonts w:eastAsia="Calibri"/>
          <w:sz w:val="28"/>
          <w:lang w:val="ru-RU"/>
          <w:szCs w:val="28"/>
        </w:rPr>
        <w:t vyd:_id="vyd:00000000000ao8" xml:space="preserve"> </w:t>
      </w:r>
      <w:r>
        <w:rPr>
          <w:rFonts w:eastAsia="Calibri"/>
          <w:sz w:val="28"/>
          <w:lang w:val="ru-RU"/>
          <w:szCs w:val="28"/>
        </w:rPr>
        <w:t vyd:_id="vyd:00000000000ao7">до</w:t>
      </w:r>
      <w:r>
        <w:rPr>
          <w:rFonts w:eastAsia="Calibri"/>
          <w:sz w:val="28"/>
          <w:lang w:val="ru-RU"/>
          <w:szCs w:val="28"/>
        </w:rPr>
        <w:t vyd:_id="vyd:00000000000ao6" xml:space="preserve"> </w:t>
      </w:r>
      <w:r>
        <w:rPr>
          <w:rFonts w:eastAsia="Calibri"/>
          <w:sz w:val="28"/>
          <w:lang w:val="ru-RU"/>
          <w:szCs w:val="28"/>
        </w:rPr>
        <w:t vyd:_id="vyd:00000000000ao5">220,9</w:t>
      </w:r>
      <w:r>
        <w:rPr>
          <w:rFonts w:eastAsia="Calibri"/>
          <w:sz w:val="28"/>
          <w:lang w:val="ru-RU"/>
          <w:szCs w:val="28"/>
        </w:rPr>
        <w:t vyd:_id="vyd:00000000000ao4" xml:space="preserve"> </w:t>
      </w:r>
      <w:r>
        <w:rPr>
          <w:rFonts w:eastAsia="Calibri"/>
          <w:sz w:val="28"/>
          <w:lang w:val="ru-RU"/>
          <w:szCs w:val="28"/>
        </w:rPr>
        <w:t vyd:_id="vyd:00000000000ao3">млн</w:t>
      </w:r>
      <w:r>
        <w:rPr>
          <w:rFonts w:eastAsia="Calibri"/>
          <w:sz w:val="28"/>
          <w:lang w:val="ru-RU"/>
          <w:szCs w:val="28"/>
        </w:rPr>
        <w:t vyd:_id="vyd:00000000000ao2" xml:space="preserve"> </w:t>
      </w:r>
      <w:r>
        <w:rPr>
          <w:rFonts w:eastAsia="Calibri"/>
          <w:sz w:val="28"/>
          <w:lang w:val="ru-RU"/>
          <w:szCs w:val="28"/>
        </w:rPr>
        <w:br vyd:_id="vyd:00000000000ao1"/>
      </w:r>
      <w:r>
        <w:rPr>
          <w:rFonts w:eastAsia="Calibri"/>
          <w:sz w:val="28"/>
          <w:lang w:val="ru-RU"/>
          <w:szCs w:val="28"/>
        </w:rPr>
        <w:t vyd:_id="vyd:00000000000ao0">в</w:t>
      </w:r>
      <w:r>
        <w:rPr>
          <w:rFonts w:eastAsia="Calibri"/>
          <w:sz w:val="28"/>
          <w:lang w:val="ru-RU"/>
          <w:szCs w:val="28"/>
        </w:rPr>
        <w:t vyd:_id="vyd:00000000000anz" xml:space="preserve"> </w:t>
      </w:r>
      <w:r>
        <w:rPr>
          <w:rFonts w:eastAsia="Calibri"/>
          <w:sz w:val="28"/>
          <w:lang w:val="ru-RU"/>
          <w:szCs w:val="28"/>
        </w:rPr>
        <w:t vyd:_id="vyd:00000000000any">2019</w:t>
      </w:r>
      <w:r>
        <w:rPr>
          <w:rFonts w:eastAsia="Calibri"/>
          <w:sz w:val="28"/>
          <w:lang w:val="ru-RU"/>
          <w:szCs w:val="28"/>
        </w:rPr>
        <w:t vyd:_id="vyd:00000000000anx" xml:space="preserve"> </w:t>
      </w:r>
      <w:r>
        <w:rPr>
          <w:rFonts w:eastAsia="Calibri"/>
          <w:sz w:val="28"/>
          <w:lang w:val="ru-RU"/>
          <w:szCs w:val="28"/>
        </w:rPr>
        <w:t vyd:_id="vyd:00000000000anw">году</w:t>
      </w:r>
      <w:r>
        <w:rPr>
          <w:rStyle w:val="aff8"/>
          <w:rFonts w:eastAsia="Calibri"/>
          <w:sz w:val="28"/>
          <w:lang w:val="ru-RU"/>
          <w:szCs w:val="28"/>
        </w:rPr>
        <w:footnoteReference vyd:_id="vyd:00000000000anv" w:id="80"/>
      </w:r>
      <w:r>
        <w:rPr>
          <w:rFonts w:eastAsia="Calibri"/>
          <w:sz w:val="28"/>
          <w:lang w:val="ru-RU"/>
          <w:szCs w:val="28"/>
        </w:rPr>
        <w:t vyd:_id="vyd:00000000000anu">.</w:t>
      </w:r>
      <w:r>
        <w:rPr>
          <w:rFonts w:eastAsia="Calibri"/>
          <w:sz w:val="28"/>
          <w:lang w:val="ru-RU"/>
          <w:szCs w:val="28"/>
        </w:rPr>
        <w:t vyd:_id="vyd:00000000000ant" xml:space="preserve"> </w:t>
      </w:r>
      <w:r>
        <w:rPr>
          <w:rFonts w:eastAsia="Calibri"/>
          <w:sz w:val="28"/>
          <w:lang w:val="ru-RU"/>
          <w:szCs w:val="28"/>
        </w:rPr>
        <w:t vyd:_id="vyd:00000000000ans">С</w:t>
      </w:r>
      <w:r>
        <w:rPr>
          <w:rFonts w:eastAsia="Calibri"/>
          <w:sz w:val="28"/>
          <w:lang w:val="ru-RU"/>
          <w:szCs w:val="28"/>
        </w:rPr>
        <w:t vyd:_id="vyd:00000000000anr" xml:space="preserve"> </w:t>
      </w:r>
      <w:r>
        <w:rPr>
          <w:rFonts w:eastAsia="Calibri"/>
          <w:sz w:val="28"/>
          <w:lang w:val="ru-RU"/>
          <w:szCs w:val="28"/>
        </w:rPr>
        <w:t vyd:_id="vyd:00000000000anq">2020</w:t>
      </w:r>
      <w:r>
        <w:rPr>
          <w:rFonts w:eastAsia="Calibri"/>
          <w:sz w:val="28"/>
          <w:lang w:val="ru-RU"/>
          <w:szCs w:val="28"/>
        </w:rPr>
        <w:t vyd:_id="vyd:00000000000anp" xml:space="preserve"> </w:t>
      </w:r>
      <w:r>
        <w:rPr>
          <w:rFonts w:eastAsia="Calibri"/>
          <w:sz w:val="28"/>
          <w:lang w:val="ru-RU"/>
          <w:szCs w:val="28"/>
        </w:rPr>
        <w:t vyd:_id="vyd:00000000000ano">по</w:t>
      </w:r>
      <w:r>
        <w:rPr>
          <w:rFonts w:eastAsia="Calibri"/>
          <w:sz w:val="28"/>
          <w:lang w:val="ru-RU"/>
          <w:szCs w:val="28"/>
        </w:rPr>
        <w:t vyd:_id="vyd:00000000000ann" xml:space="preserve"> </w:t>
      </w:r>
      <w:r>
        <w:rPr>
          <w:rFonts w:eastAsia="Calibri"/>
          <w:sz w:val="28"/>
          <w:lang w:val="ru-RU"/>
          <w:szCs w:val="28"/>
        </w:rPr>
        <w:t vyd:_id="vyd:00000000000anm">2026</w:t>
      </w:r>
      <w:r>
        <w:rPr>
          <w:rFonts w:eastAsia="Calibri"/>
          <w:sz w:val="28"/>
          <w:lang w:val="ru-RU"/>
          <w:szCs w:val="28"/>
        </w:rPr>
        <w:t vyd:_id="vyd:00000000000anl" xml:space="preserve"> год </w:t>
      </w:r>
      <w:r>
        <w:rPr>
          <w:rFonts w:eastAsia="Calibri"/>
          <w:sz w:val="28"/>
          <w:lang w:val="ru-RU"/>
          <w:szCs w:val="28"/>
        </w:rPr>
        <w:t vyd:_id="vyd:00000000000ank">было</w:t>
      </w:r>
      <w:r>
        <w:rPr>
          <w:rFonts w:eastAsia="Calibri"/>
          <w:sz w:val="28"/>
          <w:lang w:val="ru-RU"/>
          <w:szCs w:val="28"/>
        </w:rPr>
        <w:t vyd:_id="vyd:00000000000anj" xml:space="preserve"> </w:t>
      </w:r>
      <w:r>
        <w:rPr>
          <w:rFonts w:eastAsia="Calibri"/>
          <w:sz w:val="28"/>
          <w:lang w:val="ru-RU"/>
          <w:szCs w:val="28"/>
        </w:rPr>
        <w:t vyd:_id="vyd:00000000000ani">открыто</w:t>
      </w:r>
      <w:r>
        <w:rPr>
          <w:rFonts w:eastAsia="Calibri"/>
          <w:sz w:val="28"/>
          <w:lang w:val="ru-RU"/>
          <w:szCs w:val="28"/>
        </w:rPr>
        <w:t vyd:_id="vyd:00000000000anh" xml:space="preserve"> </w:t>
      </w:r>
      <w:r>
        <w:rPr>
          <w:rFonts w:eastAsia="Calibri"/>
          <w:sz w:val="28"/>
          <w:lang w:val="ru-RU"/>
          <w:szCs w:val="28"/>
        </w:rPr>
        <w:t vyd:_id="vyd:00000000000ang">24</w:t>
      </w:r>
      <w:r>
        <w:rPr>
          <w:rFonts w:eastAsia="Calibri"/>
          <w:sz w:val="28"/>
          <w:lang w:val="ru-RU"/>
          <w:szCs w:val="28"/>
        </w:rPr>
        <w:t vyd:_id="vyd:00000000000anf" xml:space="preserve"> </w:t>
      </w:r>
      <w:r>
        <w:rPr>
          <w:rFonts w:eastAsia="Calibri"/>
          <w:sz w:val="28"/>
          <w:lang w:val="ru-RU"/>
          <w:szCs w:val="28"/>
        </w:rPr>
        <w:t vyd:_id="vyd:00000000000ane">новых</w:t>
      </w:r>
      <w:r>
        <w:rPr>
          <w:rFonts w:eastAsia="Calibri"/>
          <w:sz w:val="28"/>
          <w:lang w:val="ru-RU"/>
          <w:szCs w:val="28"/>
        </w:rPr>
        <w:t vyd:_id="vyd:00000000000and" xml:space="preserve"> </w:t>
      </w:r>
      <w:r>
        <w:rPr>
          <w:rFonts w:eastAsia="Calibri"/>
          <w:sz w:val="28"/>
          <w:lang w:val="ru-RU"/>
          <w:szCs w:val="28"/>
        </w:rPr>
        <w:t vyd:_id="vyd:00000000000anc">аэропорта</w:t>
      </w:r>
      <w:r>
        <w:rPr>
          <w:rStyle w:val="aff8"/>
          <w:rFonts w:eastAsia="Calibri"/>
          <w:sz w:val="28"/>
          <w:lang w:val="ru-RU"/>
          <w:szCs w:val="28"/>
        </w:rPr>
        <w:footnoteReference vyd:_id="vyd:00000000000anb" w:id="81"/>
      </w:r>
      <w:r>
        <w:rPr>
          <w:rFonts w:eastAsia="Calibri"/>
          <w:sz w:val="28"/>
          <w:lang w:val="ru-RU"/>
          <w:szCs w:val="28"/>
        </w:rPr>
        <w:t vyd:_id="vyd:00000000000ana">.</w:t>
      </w:r>
    </w:p>
    <w:p w14:paraId="2E96EB60" w14:textId="77777777" w:rsidR="00401D4A" w:rsidRPr="003850CC" w:rsidRDefault="00401D4A" w:rsidP="00401D4A" vyd:_id="vyd:00000000000alp">
      <w:pPr>
        <w:pStyle w:val="LectureBody"/>
        <w:spacing w:after="0" w:line="360" w:lineRule="auto"/>
        <w:rPr>
          <w:rFonts w:eastAsia="Calibri"/>
          <w:sz w:val="28"/>
          <w:lang w:val="ru-RU"/>
          <w:szCs w:val="28"/>
        </w:rPr>
      </w:pPr>
      <w:r>
        <w:rPr>
          <w:rFonts w:eastAsia="Calibri"/>
          <w:sz w:val="28"/>
          <w:lang w:val="ru-RU"/>
          <w:szCs w:val="28"/>
        </w:rPr>
        <w:t vyd:_id="vyd:00000000000an8">Активно</w:t>
      </w:r>
      <w:r>
        <w:rPr>
          <w:rFonts w:eastAsia="Calibri"/>
          <w:sz w:val="28"/>
          <w:lang w:val="ru-RU"/>
          <w:szCs w:val="28"/>
        </w:rPr>
        <w:t vyd:_id="vyd:00000000000an7" xml:space="preserve"> </w:t>
      </w:r>
      <w:r>
        <w:rPr>
          <w:rFonts w:eastAsia="Calibri"/>
          <w:sz w:val="28"/>
          <w:lang w:val="ru-RU"/>
          <w:szCs w:val="28"/>
        </w:rPr>
        <w:t vyd:_id="vyd:00000000000an6">развивается</w:t>
      </w:r>
      <w:r>
        <w:rPr>
          <w:rFonts w:eastAsia="Calibri"/>
          <w:sz w:val="28"/>
          <w:lang w:val="ru-RU"/>
          <w:szCs w:val="28"/>
        </w:rPr>
        <w:t vyd:_id="vyd:00000000000an5" xml:space="preserve"> </w:t>
      </w:r>
      <w:r>
        <w:rPr>
          <w:rFonts w:eastAsia="Calibri"/>
          <w:sz w:val="28"/>
          <w:lang w:val="ru-RU"/>
          <w:szCs w:val="28"/>
        </w:rPr>
        <w:t vyd:_id="vyd:00000000000an4">Северный</w:t>
      </w:r>
      <w:r>
        <w:rPr>
          <w:rFonts w:eastAsia="Calibri"/>
          <w:sz w:val="28"/>
          <w:lang w:val="ru-RU"/>
          <w:szCs w:val="28"/>
        </w:rPr>
        <w:t vyd:_id="vyd:00000000000an3" xml:space="preserve"> </w:t>
      </w:r>
      <w:r>
        <w:rPr>
          <w:rFonts w:eastAsia="Calibri"/>
          <w:sz w:val="28"/>
          <w:lang w:val="ru-RU"/>
          <w:szCs w:val="28"/>
        </w:rPr>
        <w:t vyd:_id="vyd:00000000000an2">морской</w:t>
      </w:r>
      <w:r>
        <w:rPr>
          <w:rFonts w:eastAsia="Calibri"/>
          <w:sz w:val="28"/>
          <w:lang w:val="ru-RU"/>
          <w:szCs w:val="28"/>
        </w:rPr>
        <w:t vyd:_id="vyd:00000000000an1" xml:space="preserve"> </w:t>
      </w:r>
      <w:r>
        <w:rPr>
          <w:rFonts w:eastAsia="Calibri"/>
          <w:sz w:val="28"/>
          <w:lang w:val="ru-RU"/>
          <w:szCs w:val="28"/>
        </w:rPr>
        <w:t vyd:_id="vyd:00000000000an0">путь.</w:t>
      </w:r>
      <w:r>
        <w:rPr>
          <w:rFonts w:eastAsia="Calibri"/>
          <w:sz w:val="28"/>
          <w:lang w:val="ru-RU"/>
          <w:szCs w:val="28"/>
        </w:rPr>
        <w:t vyd:_id="vyd:00000000000amz" xml:space="preserve"> </w:t>
      </w:r>
      <w:r>
        <w:rPr>
          <w:rFonts w:eastAsia="Calibri"/>
          <w:sz w:val="28"/>
          <w:lang w:val="ru-RU"/>
          <w:szCs w:val="28"/>
        </w:rPr>
        <w:t vyd:_id="vyd:00000000000amy">На</w:t>
      </w:r>
      <w:r>
        <w:rPr>
          <w:rFonts w:eastAsia="Calibri"/>
          <w:sz w:val="28"/>
          <w:lang w:val="ru-RU"/>
          <w:szCs w:val="28"/>
        </w:rPr>
        <w:t vyd:_id="vyd:00000000000amx" xml:space="preserve"> </w:t>
      </w:r>
      <w:r>
        <w:rPr>
          <w:rFonts w:eastAsia="Calibri"/>
          <w:sz w:val="28"/>
          <w:lang w:val="ru-RU"/>
          <w:szCs w:val="28"/>
        </w:rPr>
        <w:t vyd:_id="vyd:00000000000amw">30%</w:t>
      </w:r>
      <w:r>
        <w:rPr>
          <w:rFonts w:eastAsia="Calibri"/>
          <w:sz w:val="28"/>
          <w:lang w:val="ru-RU"/>
          <w:szCs w:val="28"/>
        </w:rPr>
        <w:t vyd:_id="vyd:00000000000amv" xml:space="preserve"> </w:t>
      </w:r>
      <w:r>
        <w:rPr>
          <w:rFonts w:eastAsia="Calibri"/>
          <w:sz w:val="28"/>
          <w:lang w:val="ru-RU"/>
          <w:szCs w:val="28"/>
        </w:rPr>
        <w:t vyd:_id="vyd:00000000000amu">сократился</w:t>
      </w:r>
      <w:r>
        <w:rPr>
          <w:rFonts w:eastAsia="Calibri"/>
          <w:sz w:val="28"/>
          <w:lang w:val="ru-RU"/>
          <w:szCs w:val="28"/>
        </w:rPr>
        <w:t vyd:_id="vyd:00000000000amt" xml:space="preserve"> </w:t>
      </w:r>
      <w:r>
        <w:rPr>
          <w:rFonts w:eastAsia="Calibri"/>
          <w:sz w:val="28"/>
          <w:lang w:val="ru-RU"/>
          <w:szCs w:val="28"/>
        </w:rPr>
        <w:t vyd:_id="vyd:00000000000ams">срок</w:t>
      </w:r>
      <w:r>
        <w:rPr>
          <w:rFonts w:eastAsia="Calibri"/>
          <w:sz w:val="28"/>
          <w:lang w:val="ru-RU"/>
          <w:szCs w:val="28"/>
        </w:rPr>
        <w:t vyd:_id="vyd:00000000000amr" xml:space="preserve"> </w:t>
      </w:r>
      <w:r>
        <w:rPr>
          <w:rFonts w:eastAsia="Calibri"/>
          <w:sz w:val="28"/>
          <w:lang w:val="ru-RU"/>
          <w:szCs w:val="28"/>
        </w:rPr>
        <w:t vyd:_id="vyd:00000000000amq">доставки</w:t>
      </w:r>
      <w:r>
        <w:rPr>
          <w:rFonts w:eastAsia="Calibri"/>
          <w:sz w:val="28"/>
          <w:lang w:val="ru-RU"/>
          <w:szCs w:val="28"/>
        </w:rPr>
        <w:t vyd:_id="vyd:00000000000amp" xml:space="preserve"> </w:t>
      </w:r>
      <w:r>
        <w:rPr>
          <w:rFonts w:eastAsia="Calibri"/>
          <w:sz w:val="28"/>
          <w:lang w:val="ru-RU"/>
          <w:szCs w:val="28"/>
        </w:rPr>
        <w:t vyd:_id="vyd:00000000000amo">товаров</w:t>
      </w:r>
      <w:r>
        <w:rPr>
          <w:rFonts w:eastAsia="Calibri"/>
          <w:sz w:val="28"/>
          <w:lang w:val="ru-RU"/>
          <w:szCs w:val="28"/>
        </w:rPr>
        <w:t vyd:_id="vyd:00000000000amn" xml:space="preserve"> </w:t>
      </w:r>
      <w:r>
        <w:rPr>
          <w:rFonts w:eastAsia="Calibri"/>
          <w:sz w:val="28"/>
          <w:lang w:val="ru-RU"/>
          <w:szCs w:val="28"/>
        </w:rPr>
        <w:t vyd:_id="vyd:00000000000amm">из</w:t>
      </w:r>
      <w:r>
        <w:rPr>
          <w:rFonts w:eastAsia="Calibri"/>
          <w:sz w:val="28"/>
          <w:lang w:val="ru-RU"/>
          <w:szCs w:val="28"/>
        </w:rPr>
        <w:t vyd:_id="vyd:00000000000aml" xml:space="preserve"> </w:t>
      </w:r>
      <w:r>
        <w:rPr>
          <w:rFonts w:eastAsia="Calibri"/>
          <w:sz w:val="28"/>
          <w:lang w:val="ru-RU"/>
          <w:szCs w:val="28"/>
        </w:rPr>
        <w:t vyd:_id="vyd:00000000000amk">Азии</w:t>
      </w:r>
      <w:r>
        <w:rPr>
          <w:rFonts w:eastAsia="Calibri"/>
          <w:sz w:val="28"/>
          <w:lang w:val="ru-RU"/>
          <w:szCs w:val="28"/>
        </w:rPr>
        <w:t vyd:_id="vyd:00000000000amj" xml:space="preserve"> </w:t>
      </w:r>
      <w:r>
        <w:rPr>
          <w:rFonts w:eastAsia="Calibri"/>
          <w:sz w:val="28"/>
          <w:lang w:val="ru-RU"/>
          <w:szCs w:val="28"/>
        </w:rPr>
        <w:t vyd:_id="vyd:00000000000ami">в</w:t>
      </w:r>
      <w:r>
        <w:rPr>
          <w:rFonts w:eastAsia="Calibri"/>
          <w:sz w:val="28"/>
          <w:lang w:val="ru-RU"/>
          <w:szCs w:val="28"/>
        </w:rPr>
        <w:t vyd:_id="vyd:00000000000amh" xml:space="preserve"> </w:t>
      </w:r>
      <w:r>
        <w:rPr>
          <w:rFonts w:eastAsia="Calibri"/>
          <w:sz w:val="28"/>
          <w:lang w:val="ru-RU"/>
          <w:szCs w:val="28"/>
        </w:rPr>
        <w:t vyd:_id="vyd:00000000000amg">европейскую</w:t>
      </w:r>
      <w:r>
        <w:rPr>
          <w:rFonts w:eastAsia="Calibri"/>
          <w:sz w:val="28"/>
          <w:lang w:val="ru-RU"/>
          <w:szCs w:val="28"/>
        </w:rPr>
        <w:t vyd:_id="vyd:00000000000amf" xml:space="preserve"> </w:t>
      </w:r>
      <w:r>
        <w:rPr>
          <w:rFonts w:eastAsia="Calibri"/>
          <w:sz w:val="28"/>
          <w:lang w:val="ru-RU"/>
          <w:szCs w:val="28"/>
        </w:rPr>
        <w:t vyd:_id="vyd:00000000000ame">часть</w:t>
      </w:r>
      <w:r>
        <w:rPr>
          <w:rFonts w:eastAsia="Calibri"/>
          <w:sz w:val="28"/>
          <w:lang w:val="ru-RU"/>
          <w:szCs w:val="28"/>
        </w:rPr>
        <w:t vyd:_id="vyd:00000000000amd" xml:space="preserve"> </w:t>
      </w:r>
      <w:r>
        <w:rPr>
          <w:rFonts w:eastAsia="Calibri"/>
          <w:sz w:val="28"/>
          <w:lang w:val="ru-RU"/>
          <w:szCs w:val="28"/>
        </w:rPr>
        <w:t vyd:_id="vyd:00000000000amc">России,</w:t>
      </w:r>
      <w:r>
        <w:rPr>
          <w:rFonts w:eastAsia="Calibri"/>
          <w:sz w:val="28"/>
          <w:lang w:val="ru-RU"/>
          <w:szCs w:val="28"/>
        </w:rPr>
        <w:t vyd:_id="vyd:00000000000amb" xml:space="preserve"> </w:t>
      </w:r>
      <w:r>
        <w:rPr>
          <w:rFonts w:eastAsia="Calibri"/>
          <w:sz w:val="28"/>
          <w:lang w:val="ru-RU"/>
          <w:szCs w:val="28"/>
        </w:rPr>
        <w:t vyd:_id="vyd:00000000000ama">по</w:t>
      </w:r>
      <w:r>
        <w:rPr>
          <w:rFonts w:eastAsia="Calibri"/>
          <w:sz w:val="28"/>
          <w:lang w:val="ru-RU"/>
          <w:szCs w:val="28"/>
        </w:rPr>
        <w:t vyd:_id="vyd:00000000000am9" xml:space="preserve"> </w:t>
      </w:r>
      <w:r>
        <w:rPr>
          <w:rFonts w:eastAsia="Calibri"/>
          <w:sz w:val="28"/>
          <w:lang w:val="ru-RU"/>
          <w:szCs w:val="28"/>
        </w:rPr>
        <w:t vyd:_id="vyd:00000000000am8">сравнению</w:t>
      </w:r>
      <w:r>
        <w:rPr>
          <w:rFonts w:eastAsia="Calibri"/>
          <w:sz w:val="28"/>
          <w:lang w:val="ru-RU"/>
          <w:szCs w:val="28"/>
        </w:rPr>
        <w:t vyd:_id="vyd:00000000000am7" xml:space="preserve"> </w:t>
      </w:r>
      <w:r>
        <w:rPr>
          <w:rFonts w:eastAsia="Calibri"/>
          <w:sz w:val="28"/>
          <w:lang w:val="ru-RU"/>
          <w:szCs w:val="28"/>
        </w:rPr>
        <w:t vyd:_id="vyd:00000000000am6">со</w:t>
      </w:r>
      <w:r>
        <w:rPr>
          <w:rFonts w:eastAsia="Calibri"/>
          <w:sz w:val="28"/>
          <w:lang w:val="ru-RU"/>
          <w:szCs w:val="28"/>
        </w:rPr>
        <w:t vyd:_id="vyd:00000000000am5" xml:space="preserve"> </w:t>
      </w:r>
      <w:r>
        <w:rPr>
          <w:rFonts w:eastAsia="Calibri"/>
          <w:sz w:val="28"/>
          <w:lang w:val="ru-RU"/>
          <w:szCs w:val="28"/>
        </w:rPr>
        <w:t vyd:_id="vyd:00000000000am4">стандартным</w:t>
      </w:r>
      <w:r>
        <w:rPr>
          <w:rFonts w:eastAsia="Calibri"/>
          <w:sz w:val="28"/>
          <w:lang w:val="ru-RU"/>
          <w:szCs w:val="28"/>
        </w:rPr>
        <w:t vyd:_id="vyd:00000000000am3" xml:space="preserve"> </w:t>
      </w:r>
      <w:r>
        <w:rPr>
          <w:rFonts w:eastAsia="Calibri"/>
          <w:sz w:val="28"/>
          <w:lang w:val="ru-RU"/>
          <w:szCs w:val="28"/>
        </w:rPr>
        <w:t vyd:_id="vyd:00000000000am2">маршрутом</w:t>
      </w:r>
      <w:r>
        <w:rPr>
          <w:rFonts w:eastAsia="Calibri"/>
          <w:sz w:val="28"/>
          <w:lang w:val="ru-RU"/>
          <w:szCs w:val="28"/>
        </w:rPr>
        <w:t vyd:_id="vyd:00000000000am1" xml:space="preserve"> </w:t>
      </w:r>
      <w:r>
        <w:rPr>
          <w:rFonts w:eastAsia="Calibri"/>
          <w:sz w:val="28"/>
          <w:lang w:val="ru-RU"/>
          <w:szCs w:val="28"/>
        </w:rPr>
        <w:t vyd:_id="vyd:00000000000am0">вокруг</w:t>
      </w:r>
      <w:r>
        <w:rPr>
          <w:rFonts w:eastAsia="Calibri"/>
          <w:sz w:val="28"/>
          <w:lang w:val="ru-RU"/>
          <w:szCs w:val="28"/>
        </w:rPr>
        <w:t vyd:_id="vyd:00000000000alz" xml:space="preserve"> </w:t>
      </w:r>
      <w:r>
        <w:rPr>
          <w:rFonts w:eastAsia="Calibri"/>
          <w:sz w:val="28"/>
          <w:lang w:val="ru-RU"/>
          <w:szCs w:val="28"/>
        </w:rPr>
        <w:t vyd:_id="vyd:00000000000aly">Индии</w:t>
      </w:r>
      <w:r>
        <w:rPr>
          <w:rFonts w:eastAsia="Calibri"/>
          <w:sz w:val="28"/>
          <w:lang w:val="ru-RU"/>
          <w:szCs w:val="28"/>
        </w:rPr>
        <w:t vyd:_id="vyd:00000000000alx" xml:space="preserve"> </w:t>
      </w:r>
      <w:r>
        <w:rPr>
          <w:rFonts w:eastAsia="Calibri"/>
          <w:sz w:val="28"/>
          <w:lang w:val="ru-RU"/>
          <w:szCs w:val="28"/>
        </w:rPr>
        <w:t vyd:_id="vyd:00000000000alw">и</w:t>
      </w:r>
      <w:r>
        <w:rPr>
          <w:rFonts w:eastAsia="Calibri"/>
          <w:sz w:val="28"/>
          <w:lang w:val="ru-RU"/>
          <w:szCs w:val="28"/>
        </w:rPr>
        <w:t vyd:_id="vyd:00000000000alv" xml:space="preserve"> </w:t>
      </w:r>
      <w:r>
        <w:rPr>
          <w:rFonts w:eastAsia="Calibri"/>
          <w:sz w:val="28"/>
          <w:lang w:val="ru-RU"/>
          <w:szCs w:val="28"/>
        </w:rPr>
        <w:t vyd:_id="vyd:00000000000alu">через</w:t>
      </w:r>
      <w:r>
        <w:rPr>
          <w:rFonts w:eastAsia="Calibri"/>
          <w:sz w:val="28"/>
          <w:lang w:val="ru-RU"/>
          <w:szCs w:val="28"/>
        </w:rPr>
        <w:t vyd:_id="vyd:00000000000alt" xml:space="preserve"> </w:t>
      </w:r>
      <w:r>
        <w:rPr>
          <w:rFonts w:eastAsia="Calibri"/>
          <w:sz w:val="28"/>
          <w:lang w:val="ru-RU"/>
          <w:szCs w:val="28"/>
        </w:rPr>
        <w:t vyd:_id="vyd:00000000000als">Суэцкий</w:t>
      </w:r>
      <w:r>
        <w:rPr>
          <w:rFonts w:eastAsia="Calibri"/>
          <w:sz w:val="28"/>
          <w:lang w:val="ru-RU"/>
          <w:szCs w:val="28"/>
        </w:rPr>
        <w:t vyd:_id="vyd:00000000000alr" xml:space="preserve"> </w:t>
      </w:r>
      <w:r>
        <w:rPr>
          <w:rFonts w:eastAsia="Calibri"/>
          <w:sz w:val="28"/>
          <w:lang w:val="ru-RU"/>
          <w:szCs w:val="28"/>
        </w:rPr>
        <w:t vyd:_id="vyd:00000000000alq">канал.</w:t>
      </w:r>
    </w:p>
    <w:p w14:paraId="6ED09977" w14:textId="77777777" w:rsidR="00401D4A" w:rsidRPr="003850CC" w:rsidRDefault="00401D4A" w:rsidP="00401D4A" vyd:_id="vyd:00000000000akj">
      <w:pPr>
        <w:pStyle w:val="LectureBody"/>
        <w:spacing w:after="0" w:line="360" w:lineRule="auto"/>
        <w:rPr>
          <w:rFonts w:eastAsia="Calibri"/>
          <w:sz w:val="28"/>
          <w:lang w:val="ru-RU"/>
          <w:szCs w:val="28"/>
        </w:rPr>
      </w:pPr>
      <w:r>
        <w:rPr>
          <w:rFonts w:eastAsia="Calibri"/>
          <w:sz w:val="28"/>
          <w:lang w:val="ru-RU"/>
          <w:szCs w:val="28"/>
        </w:rPr>
        <w:t vyd:_id="vyd:00000000000alo">Совокупность</w:t>
      </w:r>
      <w:r>
        <w:rPr>
          <w:rFonts w:eastAsia="Calibri"/>
          <w:sz w:val="28"/>
          <w:lang w:val="ru-RU"/>
          <w:szCs w:val="28"/>
        </w:rPr>
        <w:t vyd:_id="vyd:00000000000aln" xml:space="preserve"> </w:t>
      </w:r>
      <w:r>
        <w:rPr>
          <w:rFonts w:eastAsia="Calibri"/>
          <w:sz w:val="28"/>
          <w:lang w:val="ru-RU"/>
          <w:szCs w:val="28"/>
        </w:rPr>
        <w:t vyd:_id="vyd:00000000000alm">этих</w:t>
      </w:r>
      <w:r>
        <w:rPr>
          <w:rFonts w:eastAsia="Calibri"/>
          <w:sz w:val="28"/>
          <w:lang w:val="ru-RU"/>
          <w:szCs w:val="28"/>
        </w:rPr>
        <w:t vyd:_id="vyd:00000000000all" xml:space="preserve"> </w:t>
      </w:r>
      <w:r>
        <w:rPr>
          <w:rFonts w:eastAsia="Calibri"/>
          <w:sz w:val="28"/>
          <w:lang w:val="ru-RU"/>
          <w:szCs w:val="28"/>
        </w:rPr>
        <w:t vyd:_id="vyd:00000000000alk">проектов</w:t>
      </w:r>
      <w:r>
        <w:rPr>
          <w:rFonts w:eastAsia="Calibri"/>
          <w:sz w:val="28"/>
          <w:lang w:val="ru-RU"/>
          <w:szCs w:val="28"/>
        </w:rPr>
        <w:t vyd:_id="vyd:00000000000alj" xml:space="preserve"> </w:t>
      </w:r>
      <w:r>
        <w:rPr>
          <w:rFonts w:eastAsia="Calibri"/>
          <w:sz w:val="28"/>
          <w:lang w:val="ru-RU"/>
          <w:szCs w:val="28"/>
        </w:rPr>
        <w:t vyd:_id="vyd:00000000000ali">ускоряет</w:t>
      </w:r>
      <w:r>
        <w:rPr>
          <w:rFonts w:eastAsia="Calibri"/>
          <w:sz w:val="28"/>
          <w:lang w:val="ru-RU"/>
          <w:szCs w:val="28"/>
        </w:rPr>
        <w:t vyd:_id="vyd:00000000000alh" xml:space="preserve"> </w:t>
      </w:r>
      <w:r>
        <w:rPr>
          <w:rFonts w:eastAsia="Calibri"/>
          <w:sz w:val="28"/>
          <w:lang w:val="ru-RU"/>
          <w:szCs w:val="28"/>
        </w:rPr>
        <w:t vyd:_id="vyd:00000000000alg">движение</w:t>
      </w:r>
      <w:r>
        <w:rPr>
          <w:rFonts w:eastAsia="Calibri"/>
          <w:sz w:val="28"/>
          <w:lang w:val="ru-RU"/>
          <w:szCs w:val="28"/>
        </w:rPr>
        <w:t vyd:_id="vyd:00000000000alf" xml:space="preserve"> </w:t>
      </w:r>
      <w:r>
        <w:rPr>
          <w:rFonts w:eastAsia="Calibri"/>
          <w:sz w:val="28"/>
          <w:lang w:val="ru-RU"/>
          <w:szCs w:val="28"/>
        </w:rPr>
        <w:t vyd:_id="vyd:00000000000ale">грузов</w:t>
      </w:r>
      <w:r>
        <w:rPr>
          <w:rFonts w:eastAsia="Calibri"/>
          <w:sz w:val="28"/>
          <w:lang w:val="ru-RU"/>
          <w:szCs w:val="28"/>
        </w:rPr>
        <w:t vyd:_id="vyd:00000000000ald" xml:space="preserve"> </w:t>
      </w:r>
      <w:r>
        <w:rPr>
          <w:rFonts w:eastAsia="Calibri"/>
          <w:sz w:val="28"/>
          <w:lang w:val="ru-RU"/>
          <w:szCs w:val="28"/>
        </w:rPr>
        <w:t vyd:_id="vyd:00000000000alc">и</w:t>
      </w:r>
      <w:r>
        <w:rPr>
          <w:rFonts w:eastAsia="Calibri"/>
          <w:sz w:val="28"/>
          <w:lang w:val="ru-RU"/>
          <w:szCs w:val="28"/>
        </w:rPr>
        <w:t vyd:_id="vyd:00000000000alb" xml:space="preserve"> </w:t>
      </w:r>
      <w:r>
        <w:rPr>
          <w:rFonts w:eastAsia="Calibri"/>
          <w:sz w:val="28"/>
          <w:lang w:val="ru-RU"/>
          <w:szCs w:val="28"/>
        </w:rPr>
        <w:t vyd:_id="vyd:00000000000ala">пассажиров,</w:t>
      </w:r>
      <w:r>
        <w:rPr>
          <w:rFonts w:eastAsia="Calibri"/>
          <w:sz w:val="28"/>
          <w:lang w:val="ru-RU"/>
          <w:szCs w:val="28"/>
        </w:rPr>
        <w:t vyd:_id="vyd:00000000000al9" xml:space="preserve"> </w:t>
      </w:r>
      <w:r>
        <w:rPr>
          <w:rFonts w:eastAsia="Calibri"/>
          <w:sz w:val="28"/>
          <w:lang w:val="ru-RU"/>
          <w:szCs w:val="28"/>
        </w:rPr>
        <w:t vyd:_id="vyd:00000000000al8">расширяет</w:t>
      </w:r>
      <w:r>
        <w:rPr>
          <w:rFonts w:eastAsia="Calibri"/>
          <w:sz w:val="28"/>
          <w:lang w:val="ru-RU"/>
          <w:szCs w:val="28"/>
        </w:rPr>
        <w:t vyd:_id="vyd:00000000000al7" xml:space="preserve"> </w:t>
      </w:r>
      <w:r>
        <w:rPr>
          <w:rFonts w:eastAsia="Calibri"/>
          <w:sz w:val="28"/>
          <w:lang w:val="ru-RU"/>
          <w:szCs w:val="28"/>
        </w:rPr>
        <w:t vyd:_id="vyd:00000000000al6">доступ</w:t>
      </w:r>
      <w:r>
        <w:rPr>
          <w:rFonts w:eastAsia="Calibri"/>
          <w:sz w:val="28"/>
          <w:lang w:val="ru-RU"/>
          <w:szCs w:val="28"/>
        </w:rPr>
        <w:t vyd:_id="vyd:00000000000al5" xml:space="preserve"> </w:t>
      </w:r>
      <w:r>
        <w:rPr>
          <w:rFonts w:eastAsia="Calibri"/>
          <w:sz w:val="28"/>
          <w:lang w:val="ru-RU"/>
          <w:szCs w:val="28"/>
        </w:rPr>
        <w:t vyd:_id="vyd:00000000000al4">регионов</w:t>
      </w:r>
      <w:r>
        <w:rPr>
          <w:rFonts w:eastAsia="Calibri"/>
          <w:sz w:val="28"/>
          <w:lang w:val="ru-RU"/>
          <w:szCs w:val="28"/>
        </w:rPr>
        <w:t vyd:_id="vyd:00000000000al3" xml:space="preserve"> </w:t>
      </w:r>
      <w:r>
        <w:rPr>
          <w:rFonts w:eastAsia="Calibri"/>
          <w:sz w:val="28"/>
          <w:lang w:val="ru-RU"/>
          <w:szCs w:val="28"/>
        </w:rPr>
        <w:t vyd:_id="vyd:00000000000al2">к</w:t>
      </w:r>
      <w:r>
        <w:rPr>
          <w:rFonts w:eastAsia="Calibri"/>
          <w:sz w:val="28"/>
          <w:lang w:val="ru-RU"/>
          <w:szCs w:val="28"/>
        </w:rPr>
        <w:t vyd:_id="vyd:00000000000al1" xml:space="preserve"> </w:t>
      </w:r>
      <w:r>
        <w:rPr>
          <w:rFonts w:eastAsia="Calibri"/>
          <w:sz w:val="28"/>
          <w:lang w:val="ru-RU"/>
          <w:szCs w:val="28"/>
        </w:rPr>
        <w:t vyd:_id="vyd:00000000000al0">внутренним</w:t>
      </w:r>
      <w:r>
        <w:rPr>
          <w:rFonts w:eastAsia="Calibri"/>
          <w:sz w:val="28"/>
          <w:lang w:val="ru-RU"/>
          <w:szCs w:val="28"/>
        </w:rPr>
        <w:t vyd:_id="vyd:00000000000akz" xml:space="preserve"> </w:t>
      </w:r>
      <w:r>
        <w:rPr>
          <w:rFonts w:eastAsia="Calibri"/>
          <w:sz w:val="28"/>
          <w:lang w:val="ru-RU"/>
          <w:szCs w:val="28"/>
        </w:rPr>
        <w:t vyd:_id="vyd:00000000000aky">и</w:t>
      </w:r>
      <w:r>
        <w:rPr>
          <w:rFonts w:eastAsia="Calibri"/>
          <w:sz w:val="28"/>
          <w:lang w:val="ru-RU"/>
          <w:szCs w:val="28"/>
        </w:rPr>
        <w:t vyd:_id="vyd:00000000000akx" xml:space="preserve"> </w:t>
      </w:r>
      <w:r>
        <w:rPr>
          <w:rFonts w:eastAsia="Calibri"/>
          <w:sz w:val="28"/>
          <w:lang w:val="ru-RU"/>
          <w:szCs w:val="28"/>
        </w:rPr>
        <w:t vyd:_id="vyd:00000000000akw">внешним</w:t>
      </w:r>
      <w:r>
        <w:rPr>
          <w:rFonts w:eastAsia="Calibri"/>
          <w:sz w:val="28"/>
          <w:lang w:val="ru-RU"/>
          <w:szCs w:val="28"/>
        </w:rPr>
        <w:t vyd:_id="vyd:00000000000akv" xml:space="preserve"> </w:t>
      </w:r>
      <w:r>
        <w:rPr>
          <w:rFonts w:eastAsia="Calibri"/>
          <w:sz w:val="28"/>
          <w:lang w:val="ru-RU"/>
          <w:szCs w:val="28"/>
        </w:rPr>
        <w:t vyd:_id="vyd:00000000000aku">рынкам</w:t>
      </w:r>
      <w:r>
        <w:rPr>
          <w:rFonts w:eastAsia="Calibri"/>
          <w:sz w:val="28"/>
          <w:lang w:val="ru-RU"/>
          <w:szCs w:val="28"/>
        </w:rPr>
        <w:t vyd:_id="vyd:00000000000akt" xml:space="preserve"> </w:t>
      </w:r>
      <w:r>
        <w:rPr>
          <w:rFonts w:eastAsia="Calibri"/>
          <w:sz w:val="28"/>
          <w:lang w:val="ru-RU"/>
          <w:szCs w:val="28"/>
        </w:rPr>
        <w:t vyd:_id="vyd:00000000000aks">и</w:t>
      </w:r>
      <w:r>
        <w:rPr>
          <w:rFonts w:eastAsia="Calibri"/>
          <w:sz w:val="28"/>
          <w:lang w:val="ru-RU"/>
          <w:szCs w:val="28"/>
        </w:rPr>
        <w:t vyd:_id="vyd:00000000000akr" xml:space="preserve"> </w:t>
      </w:r>
      <w:r>
        <w:rPr>
          <w:rFonts w:eastAsia="Calibri"/>
          <w:sz w:val="28"/>
          <w:lang w:val="ru-RU"/>
          <w:szCs w:val="28"/>
        </w:rPr>
        <w:t vyd:_id="vyd:00000000000akq">укрепляет</w:t>
      </w:r>
      <w:r>
        <w:rPr>
          <w:rFonts w:eastAsia="Calibri"/>
          <w:sz w:val="28"/>
          <w:lang w:val="ru-RU"/>
          <w:szCs w:val="28"/>
        </w:rPr>
        <w:t vyd:_id="vyd:00000000000akp" xml:space="preserve"> </w:t>
      </w:r>
      <w:r>
        <w:rPr>
          <w:rFonts w:eastAsia="Calibri"/>
          <w:sz w:val="28"/>
          <w:lang w:val="ru-RU"/>
          <w:szCs w:val="28"/>
        </w:rPr>
        <w:t vyd:_id="vyd:00000000000ako">связанность</w:t>
      </w:r>
      <w:r>
        <w:rPr>
          <w:rFonts w:eastAsia="Calibri"/>
          <w:sz w:val="28"/>
          <w:lang w:val="ru-RU"/>
          <w:szCs w:val="28"/>
        </w:rPr>
        <w:t vyd:_id="vyd:00000000000akn" xml:space="preserve"> </w:t>
      </w:r>
      <w:r>
        <w:rPr>
          <w:rFonts w:eastAsia="Calibri"/>
          <w:sz w:val="28"/>
          <w:lang w:val="ru-RU"/>
          <w:szCs w:val="28"/>
        </w:rPr>
        <w:t vyd:_id="vyd:00000000000akm">российской</w:t>
      </w:r>
      <w:r>
        <w:rPr>
          <w:rFonts w:eastAsia="Calibri"/>
          <w:sz w:val="28"/>
          <w:lang w:val="ru-RU"/>
          <w:szCs w:val="28"/>
        </w:rPr>
        <w:t vyd:_id="vyd:00000000000akl" xml:space="preserve"> </w:t>
      </w:r>
      <w:r>
        <w:rPr>
          <w:rFonts w:eastAsia="Calibri"/>
          <w:sz w:val="28"/>
          <w:lang w:val="ru-RU"/>
          <w:szCs w:val="28"/>
        </w:rPr>
        <w:t vyd:_id="vyd:00000000000akk">территории.</w:t>
      </w:r>
    </w:p>
    <w:p w14:paraId="539C5108" w14:textId="77777777" w:rsidR="00401D4A" w:rsidRPr="003850CC" w:rsidRDefault="00401D4A" w:rsidP="00401D4A" vyd:_id="vyd:00000000000aki">
      <w:pPr>
        <w:pStyle w:val="LectureBody"/>
        <w:spacing w:after="0" w:line="360" w:lineRule="auto"/>
        <w:rPr>
          <w:rFonts w:eastAsia="Calibri"/>
          <w:sz w:val="28"/>
          <w:lang w:val="ru-RU"/>
          <w:szCs w:val="28"/>
        </w:rPr>
      </w:pPr>
    </w:p>
    <w:p w14:paraId="2EDD81D7" w14:textId="023EB75D" w:rsidR="00401D4A" w:rsidRPr="003850CC" w:rsidRDefault="00401D4A" w:rsidP="00401D4A" vyd:_id="vyd:00000000000ak1">
      <w:pPr>
        <w:pStyle w:val="LectureBody"/>
        <w:spacing w:after="0" w:line="360" w:lineRule="auto"/>
        <w:rPr>
          <w:sz w:val="28"/>
          <w:b w:val="1"/>
          <w:lang w:val="ru-RU"/>
          <w:szCs w:val="28"/>
        </w:rPr>
      </w:pPr>
      <w:r>
        <w:rPr>
          <w:sz w:val="28"/>
          <w:b w:val="1"/>
          <w:lang w:val="ru-RU"/>
          <w:szCs w:val="28"/>
        </w:rPr>
        <w:t vyd:_id="vyd:00000000000akh">Слайд</w:t>
      </w:r>
      <w:r>
        <w:rPr>
          <w:sz w:val="28"/>
          <w:b w:val="1"/>
          <w:lang w:val="ru-RU"/>
          <w:szCs w:val="28"/>
        </w:rPr>
        <w:t vyd:_id="vyd:00000000000akg" xml:space="preserve"> </w:t>
      </w:r>
      <w:r>
        <w:rPr>
          <w:sz w:val="28"/>
          <w:b w:val="1"/>
          <w:lang w:val="ru-RU"/>
          <w:szCs w:val="28"/>
        </w:rPr>
        <w:t vyd:_id="vyd:00000000000akf">21</w:t>
      </w:r>
      <w:r>
        <w:rPr>
          <w:sz w:val="28"/>
          <w:b w:val="1"/>
          <w:lang w:val="ru-RU"/>
          <w:szCs w:val="28"/>
        </w:rPr>
        <w:t vyd:_id="vyd:00000000000ake">.</w:t>
      </w:r>
      <w:r>
        <w:rPr>
          <w:sz w:val="28"/>
          <w:b w:val="1"/>
          <w:lang w:val="ru-RU"/>
          <w:szCs w:val="28"/>
        </w:rPr>
        <w:t vyd:_id="vyd:00000000000akd" xml:space="preserve"> </w:t>
      </w:r>
      <w:r>
        <w:rPr>
          <w:sz w:val="28"/>
          <w:b w:val="1"/>
          <w:lang w:val="ru-RU"/>
          <w:szCs w:val="28"/>
        </w:rPr>
        <w:t vyd:_id="vyd:00000000000akc">Примеры</w:t>
      </w:r>
      <w:r>
        <w:rPr>
          <w:sz w:val="28"/>
          <w:b w:val="1"/>
          <w:lang w:val="ru-RU"/>
          <w:szCs w:val="28"/>
        </w:rPr>
        <w:t vyd:_id="vyd:00000000000akb" xml:space="preserve"> </w:t>
      </w:r>
      <w:r>
        <w:rPr>
          <w:sz w:val="28"/>
          <w:b w:val="1"/>
          <w:lang w:val="ru-RU"/>
          <w:szCs w:val="28"/>
        </w:rPr>
        <w:t vyd:_id="vyd:00000000000aka">мегапроектов</w:t>
      </w:r>
      <w:r>
        <w:rPr>
          <w:sz w:val="28"/>
          <w:b w:val="1"/>
          <w:lang w:val="ru-RU"/>
          <w:szCs w:val="28"/>
        </w:rPr>
        <w:t vyd:_id="vyd:00000000000ak9" xml:space="preserve"> </w:t>
      </w:r>
      <w:r>
        <w:rPr>
          <w:sz w:val="28"/>
          <w:b w:val="1"/>
          <w:lang w:val="ru-RU"/>
          <w:szCs w:val="28"/>
        </w:rPr>
        <w:t vyd:_id="vyd:00000000000ak8">России</w:t>
      </w:r>
      <w:r>
        <w:rPr>
          <w:sz w:val="28"/>
          <w:b w:val="1"/>
          <w:lang w:val="ru-RU"/>
          <w:szCs w:val="28"/>
        </w:rPr>
        <w:t vyd:_id="vyd:00000000000ak7" xml:space="preserve"> </w:t>
      </w:r>
      <w:r>
        <w:rPr>
          <w:sz w:val="28"/>
          <w:b w:val="1"/>
          <w:lang w:val="ru-RU"/>
          <w:szCs w:val="28"/>
        </w:rPr>
        <w:t vyd:_id="vyd:00000000000ak6">в</w:t>
      </w:r>
      <w:r>
        <w:rPr>
          <w:sz w:val="28"/>
          <w:b w:val="1"/>
          <w:lang w:val="ru-RU"/>
          <w:szCs w:val="28"/>
        </w:rPr>
        <w:t vyd:_id="vyd:00000000000ak5" xml:space="preserve"> </w:t>
      </w:r>
      <w:r>
        <w:rPr>
          <w:sz w:val="28"/>
          <w:b w:val="1"/>
          <w:lang w:val="ru-RU"/>
          <w:szCs w:val="28"/>
        </w:rPr>
        <w:t vyd:_id="vyd:00000000000ak4">21</w:t>
      </w:r>
      <w:r>
        <w:rPr>
          <w:sz w:val="28"/>
          <w:b w:val="1"/>
          <w:lang w:val="ru-RU"/>
          <w:szCs w:val="28"/>
        </w:rPr>
        <w:t vyd:_id="vyd:00000000000ak3" xml:space="preserve"> </w:t>
      </w:r>
      <w:r>
        <w:rPr>
          <w:sz w:val="28"/>
          <w:b w:val="1"/>
          <w:lang w:val="ru-RU"/>
          <w:szCs w:val="28"/>
        </w:rPr>
        <w:t vyd:_id="vyd:00000000000ak2">веке</w:t>
      </w:r>
    </w:p>
    <w:p w14:paraId="02CAD818" w14:textId="77777777" w:rsidR="00401D4A" w:rsidRDefault="00401D4A" w:rsidP="00401D4A" vyd:_id="vyd:00000000000ahd">
      <w:pPr>
        <w:pStyle w:val="LectureBody"/>
        <w:spacing w:after="0" w:line="360" w:lineRule="auto"/>
        <w:rPr>
          <w:sz w:val="28"/>
          <w:lang w:val="ru-RU"/>
          <w:bCs w:val="1"/>
          <w:szCs w:val="28"/>
        </w:rPr>
      </w:pPr>
      <w:r>
        <w:rPr>
          <w:sz w:val="28"/>
          <w:b w:val="1"/>
          <w:lang w:val="ru-RU"/>
          <w:szCs w:val="28"/>
        </w:rPr>
        <w:tab vyd:_id="vyd:00000000000ak0"/>
      </w:r>
      <w:r>
        <w:rPr>
          <w:sz w:val="28"/>
          <w:lang w:val="ru-RU"/>
          <w:bCs w:val="1"/>
          <w:szCs w:val="28"/>
        </w:rPr>
        <w:t vyd:_id="vyd:00000000000ajz">За</w:t>
      </w:r>
      <w:r>
        <w:rPr>
          <w:sz w:val="28"/>
          <w:lang w:val="ru-RU"/>
          <w:bCs w:val="1"/>
          <w:szCs w:val="28"/>
        </w:rPr>
        <w:t vyd:_id="vyd:00000000000ajy" xml:space="preserve"> </w:t>
      </w:r>
      <w:r>
        <w:rPr>
          <w:sz w:val="28"/>
          <w:lang w:val="ru-RU"/>
          <w:bCs w:val="1"/>
          <w:szCs w:val="28"/>
        </w:rPr>
        <w:t vyd:_id="vyd:00000000000ajx">первую</w:t>
      </w:r>
      <w:r>
        <w:rPr>
          <w:sz w:val="28"/>
          <w:lang w:val="ru-RU"/>
          <w:bCs w:val="1"/>
          <w:szCs w:val="28"/>
        </w:rPr>
        <w:t vyd:_id="vyd:00000000000ajw" xml:space="preserve"> </w:t>
      </w:r>
      <w:r>
        <w:rPr>
          <w:sz w:val="28"/>
          <w:lang w:val="ru-RU"/>
          <w:bCs w:val="1"/>
          <w:szCs w:val="28"/>
        </w:rPr>
        <w:t vyd:_id="vyd:00000000000ajv">четверть</w:t>
      </w:r>
      <w:r>
        <w:rPr>
          <w:sz w:val="28"/>
          <w:lang w:val="ru-RU"/>
          <w:bCs w:val="1"/>
          <w:szCs w:val="28"/>
        </w:rPr>
        <w:t vyd:_id="vyd:00000000000aju" xml:space="preserve"> </w:t>
      </w:r>
      <w:r>
        <w:rPr>
          <w:sz w:val="28"/>
          <w:lang w:val="ru-RU"/>
          <w:bCs w:val="1"/>
          <w:szCs w:val="28"/>
        </w:rPr>
        <w:t vyd:_id="vyd:00000000000ajt">21</w:t>
      </w:r>
      <w:r>
        <w:rPr>
          <w:sz w:val="28"/>
          <w:lang w:val="ru-RU"/>
          <w:bCs w:val="1"/>
          <w:szCs w:val="28"/>
        </w:rPr>
        <w:t vyd:_id="vyd:00000000000ajs" xml:space="preserve"> </w:t>
      </w:r>
      <w:r>
        <w:rPr>
          <w:sz w:val="28"/>
          <w:lang w:val="ru-RU"/>
          <w:bCs w:val="1"/>
          <w:szCs w:val="28"/>
        </w:rPr>
        <w:t vyd:_id="vyd:00000000000ajr">века</w:t>
      </w:r>
      <w:r>
        <w:rPr>
          <w:sz w:val="28"/>
          <w:lang w:val="ru-RU"/>
          <w:bCs w:val="1"/>
          <w:szCs w:val="28"/>
        </w:rPr>
        <w:t vyd:_id="vyd:00000000000ajq" xml:space="preserve"> </w:t>
      </w:r>
      <w:r>
        <w:rPr>
          <w:sz w:val="28"/>
          <w:lang w:val="ru-RU"/>
          <w:bCs w:val="1"/>
          <w:szCs w:val="28"/>
        </w:rPr>
        <w:t vyd:_id="vyd:00000000000ajp">в</w:t>
      </w:r>
      <w:r>
        <w:rPr>
          <w:sz w:val="28"/>
          <w:lang w:val="ru-RU"/>
          <w:bCs w:val="1"/>
          <w:szCs w:val="28"/>
        </w:rPr>
        <w:t vyd:_id="vyd:00000000000ajo" xml:space="preserve"> </w:t>
      </w:r>
      <w:r>
        <w:rPr>
          <w:sz w:val="28"/>
          <w:lang w:val="ru-RU"/>
          <w:bCs w:val="1"/>
          <w:szCs w:val="28"/>
        </w:rPr>
        <w:t vyd:_id="vyd:00000000000ajn">России</w:t>
      </w:r>
      <w:r>
        <w:rPr>
          <w:sz w:val="28"/>
          <w:lang w:val="ru-RU"/>
          <w:bCs w:val="1"/>
          <w:szCs w:val="28"/>
        </w:rPr>
        <w:t vyd:_id="vyd:00000000000ajm" xml:space="preserve"> </w:t>
      </w:r>
      <w:r>
        <w:rPr>
          <w:sz w:val="28"/>
          <w:lang w:val="ru-RU"/>
          <w:bCs w:val="1"/>
          <w:szCs w:val="28"/>
        </w:rPr>
        <w:t vyd:_id="vyd:00000000000ajl">были</w:t>
      </w:r>
      <w:r>
        <w:rPr>
          <w:sz w:val="28"/>
          <w:lang w:val="ru-RU"/>
          <w:bCs w:val="1"/>
          <w:szCs w:val="28"/>
        </w:rPr>
        <w:t vyd:_id="vyd:00000000000ajk" xml:space="preserve"> </w:t>
      </w:r>
      <w:r>
        <w:rPr>
          <w:sz w:val="28"/>
          <w:lang w:val="ru-RU"/>
          <w:bCs w:val="1"/>
          <w:szCs w:val="28"/>
        </w:rPr>
        <w:t vyd:_id="vyd:00000000000ajj">запущены</w:t>
      </w:r>
      <w:r>
        <w:rPr>
          <w:sz w:val="28"/>
          <w:lang w:val="ru-RU"/>
          <w:bCs w:val="1"/>
          <w:szCs w:val="28"/>
        </w:rPr>
        <w:t vyd:_id="vyd:00000000000aji" xml:space="preserve"> </w:t>
      </w:r>
      <w:r>
        <w:rPr>
          <w:sz w:val="28"/>
          <w:lang w:val="ru-RU"/>
          <w:bCs w:val="1"/>
          <w:szCs w:val="28"/>
        </w:rPr>
        <w:t vyd:_id="vyd:00000000000ajh">десятки</w:t>
      </w:r>
      <w:r>
        <w:rPr>
          <w:sz w:val="28"/>
          <w:lang w:val="ru-RU"/>
          <w:bCs w:val="1"/>
          <w:szCs w:val="28"/>
        </w:rPr>
        <w:t vyd:_id="vyd:00000000000ajg" xml:space="preserve"> </w:t>
      </w:r>
      <w:r>
        <w:rPr>
          <w:sz w:val="28"/>
          <w:lang w:val="ru-RU"/>
          <w:bCs w:val="1"/>
          <w:szCs w:val="28"/>
        </w:rPr>
        <w:t vyd:_id="vyd:00000000000ajf">мегапроектов,</w:t>
      </w:r>
      <w:r>
        <w:rPr>
          <w:sz w:val="28"/>
          <w:lang w:val="ru-RU"/>
          <w:bCs w:val="1"/>
          <w:szCs w:val="28"/>
        </w:rPr>
        <w:t vyd:_id="vyd:00000000000aje" xml:space="preserve"> </w:t>
      </w:r>
      <w:r>
        <w:rPr>
          <w:sz w:val="28"/>
          <w:lang w:val="ru-RU"/>
          <w:bCs w:val="1"/>
          <w:szCs w:val="28"/>
        </w:rPr>
        <w:t vyd:_id="vyd:00000000000ajd">которые</w:t>
      </w:r>
      <w:r>
        <w:rPr>
          <w:sz w:val="28"/>
          <w:lang w:val="ru-RU"/>
          <w:bCs w:val="1"/>
          <w:szCs w:val="28"/>
        </w:rPr>
        <w:t vyd:_id="vyd:00000000000ajc" xml:space="preserve"> </w:t>
      </w:r>
      <w:r>
        <w:rPr>
          <w:sz w:val="28"/>
          <w:lang w:val="ru-RU"/>
          <w:bCs w:val="1"/>
          <w:szCs w:val="28"/>
        </w:rPr>
        <w:t vyd:_id="vyd:00000000000ajb">в</w:t>
      </w:r>
      <w:r>
        <w:rPr>
          <w:sz w:val="28"/>
          <w:lang w:val="ru-RU"/>
          <w:bCs w:val="1"/>
          <w:szCs w:val="28"/>
        </w:rPr>
        <w:t vyd:_id="vyd:00000000000aja" xml:space="preserve"> </w:t>
      </w:r>
      <w:r>
        <w:rPr>
          <w:sz w:val="28"/>
          <w:lang w:val="ru-RU"/>
          <w:bCs w:val="1"/>
          <w:szCs w:val="28"/>
        </w:rPr>
        <w:t vyd:_id="vyd:00000000000aj9">целом</w:t>
      </w:r>
      <w:r>
        <w:rPr>
          <w:sz w:val="28"/>
          <w:lang w:val="ru-RU"/>
          <w:bCs w:val="1"/>
          <w:szCs w:val="28"/>
        </w:rPr>
        <w:t vyd:_id="vyd:00000000000aj8" xml:space="preserve"> </w:t>
      </w:r>
      <w:r>
        <w:rPr>
          <w:sz w:val="28"/>
          <w:lang w:val="ru-RU"/>
          <w:bCs w:val="1"/>
          <w:szCs w:val="28"/>
        </w:rPr>
        <w:t vyd:_id="vyd:00000000000aj7">повлияли</w:t>
      </w:r>
      <w:r>
        <w:rPr>
          <w:sz w:val="28"/>
          <w:lang w:val="ru-RU"/>
          <w:bCs w:val="1"/>
          <w:szCs w:val="28"/>
        </w:rPr>
        <w:t vyd:_id="vyd:00000000000aj6" xml:space="preserve"> </w:t>
      </w:r>
      <w:r>
        <w:rPr>
          <w:sz w:val="28"/>
          <w:lang w:val="ru-RU"/>
          <w:bCs w:val="1"/>
          <w:szCs w:val="28"/>
        </w:rPr>
        <w:t vyd:_id="vyd:00000000000aj5">на</w:t>
      </w:r>
      <w:r>
        <w:rPr>
          <w:sz w:val="28"/>
          <w:lang w:val="ru-RU"/>
          <w:bCs w:val="1"/>
          <w:szCs w:val="28"/>
        </w:rPr>
        <w:t vyd:_id="vyd:00000000000aj4" xml:space="preserve"> </w:t>
      </w:r>
      <w:r>
        <w:rPr>
          <w:sz w:val="28"/>
          <w:lang w:val="ru-RU"/>
          <w:bCs w:val="1"/>
          <w:szCs w:val="28"/>
        </w:rPr>
        <w:t vyd:_id="vyd:00000000000aj3">развитие</w:t>
      </w:r>
      <w:r>
        <w:rPr>
          <w:sz w:val="28"/>
          <w:lang w:val="ru-RU"/>
          <w:bCs w:val="1"/>
          <w:szCs w:val="28"/>
        </w:rPr>
        <w:t vyd:_id="vyd:00000000000aj2" xml:space="preserve"> </w:t>
      </w:r>
      <w:r>
        <w:rPr>
          <w:sz w:val="28"/>
          <w:lang w:val="ru-RU"/>
          <w:bCs w:val="1"/>
          <w:szCs w:val="28"/>
        </w:rPr>
        <w:t vyd:_id="vyd:00000000000aj1">страны.</w:t>
      </w:r>
      <w:r>
        <w:rPr>
          <w:sz w:val="28"/>
          <w:lang w:val="ru-RU"/>
          <w:bCs w:val="1"/>
          <w:szCs w:val="28"/>
        </w:rPr>
        <w:t vyd:_id="vyd:00000000000aj0" xml:space="preserve"> </w:t>
      </w:r>
      <w:r>
        <w:rPr>
          <w:sz w:val="28"/>
          <w:lang w:val="ru-RU"/>
          <w:bCs w:val="1"/>
          <w:szCs w:val="28"/>
        </w:rPr>
        <w:t vyd:_id="vyd:00000000000aiz">Часть</w:t>
      </w:r>
      <w:r>
        <w:rPr>
          <w:sz w:val="28"/>
          <w:lang w:val="ru-RU"/>
          <w:bCs w:val="1"/>
          <w:szCs w:val="28"/>
        </w:rPr>
        <w:t vyd:_id="vyd:00000000000aiy" xml:space="preserve"> </w:t>
      </w:r>
      <w:r>
        <w:rPr>
          <w:sz w:val="28"/>
          <w:lang w:val="ru-RU"/>
          <w:bCs w:val="1"/>
          <w:szCs w:val="28"/>
        </w:rPr>
        <w:t vyd:_id="vyd:00000000000aix">мегапроектов</w:t>
      </w:r>
      <w:r>
        <w:rPr>
          <w:sz w:val="28"/>
          <w:lang w:val="ru-RU"/>
          <w:bCs w:val="1"/>
          <w:szCs w:val="28"/>
        </w:rPr>
        <w:t vyd:_id="vyd:00000000000aiw" xml:space="preserve"> </w:t>
      </w:r>
      <w:r>
        <w:rPr>
          <w:sz w:val="28"/>
          <w:lang w:val="ru-RU"/>
          <w:bCs w:val="1"/>
          <w:szCs w:val="28"/>
        </w:rPr>
        <w:t vyd:_id="vyd:00000000000aiv">страны</w:t>
      </w:r>
      <w:r>
        <w:rPr>
          <w:sz w:val="28"/>
          <w:lang w:val="ru-RU"/>
          <w:bCs w:val="1"/>
          <w:szCs w:val="28"/>
        </w:rPr>
        <w:t vyd:_id="vyd:00000000000aiu" xml:space="preserve"> </w:t>
      </w:r>
      <w:r>
        <w:rPr>
          <w:sz w:val="28"/>
          <w:lang w:val="ru-RU"/>
          <w:bCs w:val="1"/>
          <w:szCs w:val="28"/>
        </w:rPr>
        <w:t vyd:_id="vyd:00000000000ait">уже</w:t>
      </w:r>
      <w:r>
        <w:rPr>
          <w:sz w:val="28"/>
          <w:lang w:val="ru-RU"/>
          <w:bCs w:val="1"/>
          <w:szCs w:val="28"/>
        </w:rPr>
        <w:t vyd:_id="vyd:00000000000ais" xml:space="preserve"> </w:t>
      </w:r>
      <w:r>
        <w:rPr>
          <w:sz w:val="28"/>
          <w:lang w:val="ru-RU"/>
          <w:bCs w:val="1"/>
          <w:szCs w:val="28"/>
        </w:rPr>
        <w:t vyd:_id="vyd:00000000000air">затрагивались</w:t>
      </w:r>
      <w:r>
        <w:rPr>
          <w:sz w:val="28"/>
          <w:lang w:val="ru-RU"/>
          <w:bCs w:val="1"/>
          <w:szCs w:val="28"/>
        </w:rPr>
        <w:t vyd:_id="vyd:00000000000aiq" xml:space="preserve"> </w:t>
      </w:r>
      <w:r>
        <w:rPr>
          <w:sz w:val="28"/>
          <w:lang w:val="ru-RU"/>
          <w:bCs w:val="1"/>
          <w:szCs w:val="28"/>
        </w:rPr>
        <w:t vyd:_id="vyd:00000000000aip">в</w:t>
      </w:r>
      <w:r>
        <w:rPr>
          <w:sz w:val="28"/>
          <w:lang w:val="ru-RU"/>
          <w:bCs w:val="1"/>
          <w:szCs w:val="28"/>
        </w:rPr>
        <w:t vyd:_id="vyd:00000000000aio" xml:space="preserve"> </w:t>
      </w:r>
      <w:r>
        <w:rPr>
          <w:sz w:val="28"/>
          <w:lang w:val="ru-RU"/>
          <w:bCs w:val="1"/>
          <w:szCs w:val="28"/>
        </w:rPr>
        <w:t vyd:_id="vyd:00000000000ain">лекции</w:t>
      </w:r>
      <w:r>
        <w:rPr>
          <w:sz w:val="28"/>
          <w:lang w:val="ru-RU"/>
          <w:bCs w:val="1"/>
          <w:szCs w:val="28"/>
        </w:rPr>
        <w:t vyd:_id="vyd:00000000000aim" xml:space="preserve"> </w:t>
      </w:r>
      <w:r>
        <w:rPr>
          <w:sz w:val="28"/>
          <w:lang w:val="ru-RU"/>
          <w:bCs w:val="1"/>
          <w:szCs w:val="28"/>
        </w:rPr>
        <w:t vyd:_id="vyd:00000000000ail">ранее,</w:t>
      </w:r>
      <w:r>
        <w:rPr>
          <w:sz w:val="28"/>
          <w:lang w:val="ru-RU"/>
          <w:bCs w:val="1"/>
          <w:szCs w:val="28"/>
        </w:rPr>
        <w:t vyd:_id="vyd:00000000000aik" xml:space="preserve"> </w:t>
      </w:r>
      <w:r>
        <w:rPr>
          <w:sz w:val="28"/>
          <w:lang w:val="ru-RU"/>
          <w:bCs w:val="1"/>
          <w:szCs w:val="28"/>
        </w:rPr>
        <w:t vyd:_id="vyd:00000000000aij">но</w:t>
      </w:r>
      <w:r>
        <w:rPr>
          <w:sz w:val="28"/>
          <w:lang w:val="ru-RU"/>
          <w:bCs w:val="1"/>
          <w:szCs w:val="28"/>
        </w:rPr>
        <w:t vyd:_id="vyd:00000000000aii" xml:space="preserve"> </w:t>
      </w:r>
      <w:r>
        <w:rPr>
          <w:sz w:val="28"/>
          <w:lang w:val="ru-RU"/>
          <w:bCs w:val="1"/>
          <w:szCs w:val="28"/>
        </w:rPr>
        <w:t vyd:_id="vyd:00000000000aih">это</w:t>
      </w:r>
      <w:r>
        <w:rPr>
          <w:sz w:val="28"/>
          <w:lang w:val="ru-RU"/>
          <w:bCs w:val="1"/>
          <w:szCs w:val="28"/>
        </w:rPr>
        <w:t vyd:_id="vyd:00000000000aig" xml:space="preserve"> </w:t>
      </w:r>
      <w:r>
        <w:rPr>
          <w:sz w:val="28"/>
          <w:lang w:val="ru-RU"/>
          <w:bCs w:val="1"/>
          <w:szCs w:val="28"/>
        </w:rPr>
        <w:t vyd:_id="vyd:00000000000aif">далеко</w:t>
      </w:r>
      <w:r>
        <w:rPr>
          <w:sz w:val="28"/>
          <w:lang w:val="ru-RU"/>
          <w:bCs w:val="1"/>
          <w:szCs w:val="28"/>
        </w:rPr>
        <w:t vyd:_id="vyd:00000000000aie" xml:space="preserve"> </w:t>
      </w:r>
      <w:r>
        <w:rPr>
          <w:sz w:val="28"/>
          <w:lang w:val="ru-RU"/>
          <w:bCs w:val="1"/>
          <w:szCs w:val="28"/>
        </w:rPr>
        <w:t vyd:_id="vyd:00000000000aid">не</w:t>
      </w:r>
      <w:r>
        <w:rPr>
          <w:sz w:val="28"/>
          <w:lang w:val="ru-RU"/>
          <w:bCs w:val="1"/>
          <w:szCs w:val="28"/>
        </w:rPr>
        <w:t vyd:_id="vyd:00000000000aic" xml:space="preserve"> </w:t>
      </w:r>
      <w:r>
        <w:rPr>
          <w:sz w:val="28"/>
          <w:lang w:val="ru-RU"/>
          <w:bCs w:val="1"/>
          <w:szCs w:val="28"/>
        </w:rPr>
        <w:t vyd:_id="vyd:00000000000aib">все</w:t>
      </w:r>
      <w:r>
        <w:rPr>
          <w:sz w:val="28"/>
          <w:lang w:val="ru-RU"/>
          <w:bCs w:val="1"/>
          <w:szCs w:val="28"/>
        </w:rPr>
        <w:t vyd:_id="vyd:00000000000aia" xml:space="preserve"> </w:t>
      </w:r>
      <w:r>
        <w:rPr>
          <w:sz w:val="28"/>
          <w:lang w:val="ru-RU"/>
          <w:bCs w:val="1"/>
          <w:szCs w:val="28"/>
        </w:rPr>
        <w:t vyd:_id="vyd:00000000000ai9">проекты.</w:t>
      </w:r>
      <w:r>
        <w:rPr>
          <w:sz w:val="28"/>
          <w:lang w:val="ru-RU"/>
          <w:bCs w:val="1"/>
          <w:szCs w:val="28"/>
        </w:rPr>
        <w:t vyd:_id="vyd:00000000000ai8" xml:space="preserve"> </w:t>
      </w:r>
      <w:r>
        <w:rPr>
          <w:sz w:val="28"/>
          <w:lang w:val="ru-RU"/>
          <w:bCs w:val="1"/>
          <w:szCs w:val="28"/>
        </w:rPr>
        <w:t vyd:_id="vyd:00000000000ai7">Для</w:t>
      </w:r>
      <w:r>
        <w:rPr>
          <w:sz w:val="28"/>
          <w:lang w:val="ru-RU"/>
          <w:bCs w:val="1"/>
          <w:szCs w:val="28"/>
        </w:rPr>
        <w:t vyd:_id="vyd:00000000000ai6" xml:space="preserve"> </w:t>
      </w:r>
      <w:r>
        <w:rPr>
          <w:sz w:val="28"/>
          <w:lang w:val="ru-RU"/>
          <w:bCs w:val="1"/>
          <w:szCs w:val="28"/>
        </w:rPr>
        <w:t vyd:_id="vyd:00000000000ai5">облегчения</w:t>
      </w:r>
      <w:r>
        <w:rPr>
          <w:sz w:val="28"/>
          <w:lang w:val="ru-RU"/>
          <w:bCs w:val="1"/>
          <w:szCs w:val="28"/>
        </w:rPr>
        <w:t vyd:_id="vyd:00000000000ai4" xml:space="preserve"> </w:t>
      </w:r>
      <w:r>
        <w:rPr>
          <w:sz w:val="28"/>
          <w:lang w:val="ru-RU"/>
          <w:bCs w:val="1"/>
          <w:szCs w:val="28"/>
        </w:rPr>
        <w:t vyd:_id="vyd:00000000000ai3">восприятия</w:t>
      </w:r>
      <w:r>
        <w:rPr>
          <w:sz w:val="28"/>
          <w:lang w:val="ru-RU"/>
          <w:bCs w:val="1"/>
          <w:szCs w:val="28"/>
        </w:rPr>
        <w:t vyd:_id="vyd:00000000000ai2" xml:space="preserve"> </w:t>
      </w:r>
      <w:r>
        <w:rPr>
          <w:sz w:val="28"/>
          <w:lang w:val="ru-RU"/>
          <w:bCs w:val="1"/>
          <w:szCs w:val="28"/>
        </w:rPr>
        <w:t vyd:_id="vyd:00000000000ai1">выделили</w:t>
      </w:r>
      <w:r>
        <w:rPr>
          <w:sz w:val="28"/>
          <w:lang w:val="ru-RU"/>
          <w:bCs w:val="1"/>
          <w:szCs w:val="28"/>
        </w:rPr>
        <w:t vyd:_id="vyd:00000000000ai0" xml:space="preserve"> </w:t>
      </w:r>
      <w:r>
        <w:rPr>
          <w:sz w:val="28"/>
          <w:lang w:val="ru-RU"/>
          <w:bCs w:val="1"/>
          <w:szCs w:val="28"/>
        </w:rPr>
        <w:t vyd:_id="vyd:00000000000ahz">три</w:t>
      </w:r>
      <w:r>
        <w:rPr>
          <w:sz w:val="28"/>
          <w:lang w:val="ru-RU"/>
          <w:bCs w:val="1"/>
          <w:szCs w:val="28"/>
        </w:rPr>
        <w:t vyd:_id="vyd:00000000000ahy" xml:space="preserve"> </w:t>
      </w:r>
      <w:r>
        <w:rPr>
          <w:sz w:val="28"/>
          <w:lang w:val="ru-RU"/>
          <w:bCs w:val="1"/>
          <w:szCs w:val="28"/>
        </w:rPr>
        <w:t vyd:_id="vyd:00000000000ahx">важных</w:t>
      </w:r>
      <w:r>
        <w:rPr>
          <w:sz w:val="28"/>
          <w:lang w:val="ru-RU"/>
          <w:bCs w:val="1"/>
          <w:szCs w:val="28"/>
        </w:rPr>
        <w:t vyd:_id="vyd:00000000000ahw" xml:space="preserve"> </w:t>
      </w:r>
      <w:r>
        <w:rPr>
          <w:sz w:val="28"/>
          <w:lang w:val="ru-RU"/>
          <w:bCs w:val="1"/>
          <w:szCs w:val="28"/>
        </w:rPr>
        <w:t vyd:_id="vyd:00000000000ahv">направления:</w:t>
      </w:r>
      <w:r>
        <w:rPr>
          <w:sz w:val="28"/>
          <w:lang w:val="ru-RU"/>
          <w:bCs w:val="1"/>
          <w:szCs w:val="28"/>
        </w:rPr>
        <w:t vyd:_id="vyd:00000000000ahu" xml:space="preserve"> </w:t>
      </w:r>
      <w:r>
        <w:rPr>
          <w:sz w:val="28"/>
          <w:lang w:val="ru-RU"/>
          <w:bCs w:val="1"/>
          <w:szCs w:val="28"/>
        </w:rPr>
        <w:t vyd:_id="vyd:00000000000aht">связность</w:t>
      </w:r>
      <w:r>
        <w:rPr>
          <w:sz w:val="28"/>
          <w:lang w:val="ru-RU"/>
          <w:bCs w:val="1"/>
          <w:szCs w:val="28"/>
        </w:rPr>
        <w:t vyd:_id="vyd:00000000000ahs" xml:space="preserve"> </w:t>
      </w:r>
      <w:r>
        <w:rPr>
          <w:sz w:val="28"/>
          <w:lang w:val="ru-RU"/>
          <w:bCs w:val="1"/>
          <w:szCs w:val="28"/>
        </w:rPr>
        <w:t vyd:_id="vyd:00000000000ahr">территорий,</w:t>
      </w:r>
      <w:r>
        <w:rPr>
          <w:sz w:val="28"/>
          <w:lang w:val="ru-RU"/>
          <w:bCs w:val="1"/>
          <w:szCs w:val="28"/>
        </w:rPr>
        <w:t vyd:_id="vyd:00000000000ahq" xml:space="preserve"> </w:t>
      </w:r>
      <w:r>
        <w:rPr>
          <w:sz w:val="28"/>
          <w:lang w:val="ru-RU"/>
          <w:bCs w:val="1"/>
          <w:szCs w:val="28"/>
        </w:rPr>
        <w:t vyd:_id="vyd:00000000000ahp">освоение</w:t>
      </w:r>
      <w:r>
        <w:rPr>
          <w:sz w:val="28"/>
          <w:lang w:val="ru-RU"/>
          <w:bCs w:val="1"/>
          <w:szCs w:val="28"/>
        </w:rPr>
        <w:t vyd:_id="vyd:00000000000aho" xml:space="preserve"> </w:t>
      </w:r>
      <w:r>
        <w:rPr>
          <w:sz w:val="28"/>
          <w:lang w:val="ru-RU"/>
          <w:bCs w:val="1"/>
          <w:szCs w:val="28"/>
        </w:rPr>
        <w:t vyd:_id="vyd:00000000000ahn">ресурсов</w:t>
      </w:r>
      <w:r>
        <w:rPr>
          <w:sz w:val="28"/>
          <w:lang w:val="ru-RU"/>
          <w:bCs w:val="1"/>
          <w:szCs w:val="28"/>
        </w:rPr>
        <w:t vyd:_id="vyd:00000000000ahm" xml:space="preserve"> </w:t>
      </w:r>
      <w:r>
        <w:rPr>
          <w:sz w:val="28"/>
          <w:lang w:val="ru-RU"/>
          <w:bCs w:val="1"/>
          <w:szCs w:val="28"/>
        </w:rPr>
        <w:t vyd:_id="vyd:00000000000ahl">и</w:t>
      </w:r>
      <w:r>
        <w:rPr>
          <w:sz w:val="28"/>
          <w:lang w:val="ru-RU"/>
          <w:bCs w:val="1"/>
          <w:szCs w:val="28"/>
        </w:rPr>
        <w:t vyd:_id="vyd:00000000000ahk" xml:space="preserve"> </w:t>
      </w:r>
      <w:r>
        <w:rPr>
          <w:sz w:val="28"/>
          <w:lang w:val="ru-RU"/>
          <w:bCs w:val="1"/>
          <w:szCs w:val="28"/>
        </w:rPr>
        <w:t vyd:_id="vyd:00000000000ahj">пространств,</w:t>
      </w:r>
      <w:r>
        <w:rPr>
          <w:sz w:val="28"/>
          <w:lang w:val="ru-RU"/>
          <w:bCs w:val="1"/>
          <w:szCs w:val="28"/>
        </w:rPr>
        <w:t vyd:_id="vyd:00000000000ahi" xml:space="preserve"> </w:t>
      </w:r>
      <w:r>
        <w:rPr>
          <w:sz w:val="28"/>
          <w:lang w:val="ru-RU"/>
          <w:bCs w:val="1"/>
          <w:szCs w:val="28"/>
        </w:rPr>
        <w:t vyd:_id="vyd:00000000000ahh">технологическое</w:t>
      </w:r>
      <w:r>
        <w:rPr>
          <w:sz w:val="28"/>
          <w:lang w:val="ru-RU"/>
          <w:bCs w:val="1"/>
          <w:szCs w:val="28"/>
        </w:rPr>
        <w:t vyd:_id="vyd:00000000000ahg" xml:space="preserve"> </w:t>
      </w:r>
      <w:r>
        <w:rPr>
          <w:sz w:val="28"/>
          <w:lang w:val="ru-RU"/>
          <w:bCs w:val="1"/>
          <w:szCs w:val="28"/>
        </w:rPr>
        <w:t vyd:_id="vyd:00000000000ahf">развитие.</w:t>
      </w:r>
      <w:r>
        <w:rPr>
          <w:sz w:val="28"/>
          <w:lang w:val="ru-RU"/>
          <w:bCs w:val="1"/>
          <w:szCs w:val="28"/>
        </w:rPr>
        <w:t vyd:_id="vyd:00000000000ahe" xml:space="preserve"> </w:t>
      </w:r>
    </w:p>
    <w:p w14:paraId="3AD0D308" w14:textId="77777777" w:rsidR="00401D4A" w:rsidRPr="003850CC" w:rsidRDefault="00401D4A" w:rsidP="00401D4A" vyd:_id="vyd:00000000000adm">
      <w:pPr>
        <w:pStyle w:val="LectureBody"/>
        <w:spacing w:after="0" w:line="360" w:lineRule="auto"/>
        <w:rPr>
          <w:sz w:val="28"/>
          <w:lang w:val="ru-RU"/>
          <w:bCs w:val="1"/>
          <w:szCs w:val="28"/>
        </w:rPr>
      </w:pPr>
      <w:r>
        <w:rPr>
          <w:sz w:val="28"/>
          <w:lang w:val="ru-RU"/>
          <w:bCs w:val="1"/>
          <w:szCs w:val="28"/>
        </w:rPr>
        <w:tab vyd:_id="vyd:00000000000ahc"/>
      </w:r>
      <w:r>
        <w:rPr>
          <w:sz w:val="28"/>
          <w:lang w:val="ru-RU"/>
          <w:bCs w:val="1"/>
          <w:szCs w:val="28"/>
        </w:rPr>
        <w:t vyd:_id="vyd:00000000000ahb">Одн</w:t>
      </w:r>
      <w:r>
        <w:rPr>
          <w:sz w:val="28"/>
          <w:lang w:val="ru-RU"/>
          <w:bCs w:val="1"/>
          <w:szCs w:val="28"/>
        </w:rPr>
        <w:t vyd:_id="vyd:00000000000aha" xml:space="preserve">о </w:t>
      </w:r>
      <w:r>
        <w:rPr>
          <w:sz w:val="28"/>
          <w:lang w:val="ru-RU"/>
          <w:bCs w:val="1"/>
          <w:szCs w:val="28"/>
        </w:rPr>
        <w:t vyd:_id="vyd:00000000000ah9">из</w:t>
      </w:r>
      <w:r>
        <w:rPr>
          <w:sz w:val="28"/>
          <w:lang w:val="ru-RU"/>
          <w:bCs w:val="1"/>
          <w:szCs w:val="28"/>
        </w:rPr>
        <w:t vyd:_id="vyd:00000000000ah8" xml:space="preserve"> </w:t>
      </w:r>
      <w:r>
        <w:rPr>
          <w:sz w:val="28"/>
          <w:lang w:val="ru-RU"/>
          <w:bCs w:val="1"/>
          <w:szCs w:val="28"/>
        </w:rPr>
        <w:t vyd:_id="vyd:00000000000ah7">главных</w:t>
      </w:r>
      <w:r>
        <w:rPr>
          <w:sz w:val="28"/>
          <w:lang w:val="ru-RU"/>
          <w:bCs w:val="1"/>
          <w:szCs w:val="28"/>
        </w:rPr>
        <w:t vyd:_id="vyd:00000000000ah6" xml:space="preserve"> </w:t>
      </w:r>
      <w:r>
        <w:rPr>
          <w:sz w:val="28"/>
          <w:lang w:val="ru-RU"/>
          <w:bCs w:val="1"/>
          <w:szCs w:val="28"/>
        </w:rPr>
        <w:t vyd:_id="vyd:00000000000ah5">направлений</w:t>
      </w:r>
      <w:r>
        <w:rPr>
          <w:sz w:val="28"/>
          <w:lang w:val="ru-RU"/>
          <w:bCs w:val="1"/>
          <w:szCs w:val="28"/>
        </w:rPr>
        <w:t vyd:_id="vyd:00000000000ah4" xml:space="preserve"> </w:t>
      </w:r>
      <w:r>
        <w:rPr>
          <w:sz w:val="28"/>
          <w:lang w:val="ru-RU"/>
          <w:bCs w:val="1"/>
          <w:szCs w:val="28"/>
        </w:rPr>
        <w:t vyd:_id="vyd:00000000000ah3">развития</w:t>
      </w:r>
      <w:r>
        <w:rPr>
          <w:sz w:val="28"/>
          <w:lang w:val="ru-RU"/>
          <w:bCs w:val="1"/>
          <w:szCs w:val="28"/>
        </w:rPr>
        <w:t vyd:_id="vyd:00000000000ah2" xml:space="preserve"> </w:t>
      </w:r>
      <w:r>
        <w:rPr>
          <w:sz w:val="28"/>
          <w:lang w:val="ru-RU"/>
          <w:bCs w:val="1"/>
          <w:szCs w:val="28"/>
        </w:rPr>
        <w:t vyd:_id="vyd:00000000000ah1">нашей</w:t>
      </w:r>
      <w:r>
        <w:rPr>
          <w:sz w:val="28"/>
          <w:lang w:val="ru-RU"/>
          <w:bCs w:val="1"/>
          <w:szCs w:val="28"/>
        </w:rPr>
        <w:t vyd:_id="vyd:00000000000ah0" xml:space="preserve"> </w:t>
      </w:r>
      <w:r>
        <w:rPr>
          <w:sz w:val="28"/>
          <w:lang w:val="ru-RU"/>
          <w:bCs w:val="1"/>
          <w:szCs w:val="28"/>
        </w:rPr>
        <w:t vyd:_id="vyd:00000000000agz">страны</w:t>
      </w:r>
      <w:r>
        <w:rPr>
          <w:sz w:val="28"/>
          <w:lang w:val="ru-RU"/>
          <w:bCs w:val="1"/>
          <w:szCs w:val="28"/>
        </w:rPr>
        <w:t vyd:_id="vyd:00000000000agy" xml:space="preserve"> — </w:t>
      </w:r>
      <w:r>
        <w:rPr>
          <w:sz w:val="28"/>
          <w:lang w:val="ru-RU"/>
          <w:bCs w:val="1"/>
          <w:szCs w:val="28"/>
        </w:rPr>
        <w:t vyd:_id="vyd:00000000000agx">создание</w:t>
      </w:r>
      <w:r>
        <w:rPr>
          <w:sz w:val="28"/>
          <w:lang w:val="ru-RU"/>
          <w:bCs w:val="1"/>
          <w:szCs w:val="28"/>
        </w:rPr>
        <w:t vyd:_id="vyd:00000000000agw" xml:space="preserve"> </w:t>
      </w:r>
      <w:r>
        <w:rPr>
          <w:sz w:val="28"/>
          <w:lang w:val="ru-RU"/>
          <w:bCs w:val="1"/>
          <w:szCs w:val="28"/>
        </w:rPr>
        <w:t vyd:_id="vyd:00000000000agv">транспортной</w:t>
      </w:r>
      <w:r>
        <w:rPr>
          <w:sz w:val="28"/>
          <w:lang w:val="ru-RU"/>
          <w:bCs w:val="1"/>
          <w:szCs w:val="28"/>
        </w:rPr>
        <w:t vyd:_id="vyd:00000000000agu" xml:space="preserve"> </w:t>
      </w:r>
      <w:r>
        <w:rPr>
          <w:sz w:val="28"/>
          <w:lang w:val="ru-RU"/>
          <w:bCs w:val="1"/>
          <w:szCs w:val="28"/>
        </w:rPr>
        <w:t vyd:_id="vyd:00000000000agt">инфраструктуры.</w:t>
      </w:r>
      <w:r>
        <w:rPr>
          <w:sz w:val="28"/>
          <w:lang w:val="ru-RU"/>
          <w:bCs w:val="1"/>
          <w:szCs w:val="28"/>
        </w:rPr>
        <w:t vyd:_id="vyd:00000000000ags" xml:space="preserve"> </w:t>
      </w:r>
      <w:r>
        <w:rPr>
          <w:sz w:val="28"/>
          <w:lang w:val="ru-RU"/>
          <w:bCs w:val="1"/>
          <w:szCs w:val="28"/>
        </w:rPr>
        <w:t vyd:_id="vyd:00000000000agr">Феноменальные</w:t>
      </w:r>
      <w:r>
        <w:rPr>
          <w:sz w:val="28"/>
          <w:lang w:val="ru-RU"/>
          <w:bCs w:val="1"/>
          <w:szCs w:val="28"/>
        </w:rPr>
        <w:t vyd:_id="vyd:00000000000agq" xml:space="preserve"> </w:t>
      </w:r>
      <w:r>
        <w:rPr>
          <w:sz w:val="28"/>
          <w:lang w:val="ru-RU"/>
          <w:bCs w:val="1"/>
          <w:szCs w:val="28"/>
        </w:rPr>
        <w:t vyd:_id="vyd:00000000000agp">размеры</w:t>
      </w:r>
      <w:r>
        <w:rPr>
          <w:sz w:val="28"/>
          <w:lang w:val="ru-RU"/>
          <w:bCs w:val="1"/>
          <w:szCs w:val="28"/>
        </w:rPr>
        <w:t vyd:_id="vyd:00000000000ago" xml:space="preserve"> </w:t>
      </w:r>
      <w:r>
        <w:rPr>
          <w:sz w:val="28"/>
          <w:lang w:val="ru-RU"/>
          <w:bCs w:val="1"/>
          <w:szCs w:val="28"/>
        </w:rPr>
        <w:t vyd:_id="vyd:00000000000agn">государства</w:t>
      </w:r>
      <w:r>
        <w:rPr>
          <w:sz w:val="28"/>
          <w:lang w:val="ru-RU"/>
          <w:bCs w:val="1"/>
          <w:szCs w:val="28"/>
        </w:rPr>
        <w:t vyd:_id="vyd:00000000000agm" xml:space="preserve"> </w:t>
      </w:r>
      <w:r>
        <w:rPr>
          <w:sz w:val="28"/>
          <w:lang w:val="ru-RU"/>
          <w:bCs w:val="1"/>
          <w:szCs w:val="28"/>
        </w:rPr>
        <w:t vyd:_id="vyd:00000000000agl">ведут</w:t>
      </w:r>
      <w:r>
        <w:rPr>
          <w:sz w:val="28"/>
          <w:lang w:val="ru-RU"/>
          <w:bCs w:val="1"/>
          <w:szCs w:val="28"/>
        </w:rPr>
        <w:t vyd:_id="vyd:00000000000agk" xml:space="preserve"> </w:t>
      </w:r>
      <w:r>
        <w:rPr>
          <w:sz w:val="28"/>
          <w:lang w:val="ru-RU"/>
          <w:bCs w:val="1"/>
          <w:szCs w:val="28"/>
        </w:rPr>
        <w:t vyd:_id="vyd:00000000000agj">к</w:t>
      </w:r>
      <w:r>
        <w:rPr>
          <w:sz w:val="28"/>
          <w:lang w:val="ru-RU"/>
          <w:bCs w:val="1"/>
          <w:szCs w:val="28"/>
        </w:rPr>
        <w:t vyd:_id="vyd:00000000000agi" xml:space="preserve"> </w:t>
      </w:r>
      <w:r>
        <w:rPr>
          <w:sz w:val="28"/>
          <w:lang w:val="ru-RU"/>
          <w:bCs w:val="1"/>
          <w:szCs w:val="28"/>
        </w:rPr>
        <w:t vyd:_id="vyd:00000000000agh">необходимости</w:t>
      </w:r>
      <w:r>
        <w:rPr>
          <w:sz w:val="28"/>
          <w:lang w:val="ru-RU"/>
          <w:bCs w:val="1"/>
          <w:szCs w:val="28"/>
        </w:rPr>
        <w:t vyd:_id="vyd:00000000000agg" xml:space="preserve"> </w:t>
      </w:r>
      <w:r>
        <w:rPr>
          <w:sz w:val="28"/>
          <w:lang w:val="ru-RU"/>
          <w:bCs w:val="1"/>
          <w:szCs w:val="28"/>
        </w:rPr>
        <w:t vyd:_id="vyd:00000000000agf">дорожной</w:t>
      </w:r>
      <w:r>
        <w:rPr>
          <w:sz w:val="28"/>
          <w:lang w:val="ru-RU"/>
          <w:bCs w:val="1"/>
          <w:szCs w:val="28"/>
        </w:rPr>
        <w:t vyd:_id="vyd:00000000000age" xml:space="preserve"> </w:t>
      </w:r>
      <w:r>
        <w:rPr>
          <w:sz w:val="28"/>
          <w:lang w:val="ru-RU"/>
          <w:bCs w:val="1"/>
          <w:szCs w:val="28"/>
        </w:rPr>
        <w:t vyd:_id="vyd:00000000000agd">и</w:t>
      </w:r>
      <w:r>
        <w:rPr>
          <w:sz w:val="28"/>
          <w:lang w:val="ru-RU"/>
          <w:bCs w:val="1"/>
          <w:szCs w:val="28"/>
        </w:rPr>
        <w:t vyd:_id="vyd:00000000000agc" xml:space="preserve"> </w:t>
      </w:r>
      <w:r>
        <w:rPr>
          <w:sz w:val="28"/>
          <w:lang w:val="ru-RU"/>
          <w:bCs w:val="1"/>
          <w:szCs w:val="28"/>
        </w:rPr>
        <w:t vyd:_id="vyd:00000000000agb">транспортной</w:t>
      </w:r>
      <w:r>
        <w:rPr>
          <w:sz w:val="28"/>
          <w:lang w:val="ru-RU"/>
          <w:bCs w:val="1"/>
          <w:szCs w:val="28"/>
        </w:rPr>
        <w:t vyd:_id="vyd:00000000000aga" xml:space="preserve"> </w:t>
      </w:r>
      <w:r>
        <w:rPr>
          <w:sz w:val="28"/>
          <w:lang w:val="ru-RU"/>
          <w:bCs w:val="1"/>
          <w:szCs w:val="28"/>
        </w:rPr>
        <w:t vyd:_id="vyd:00000000000ag9">сети</w:t>
      </w:r>
      <w:r>
        <w:rPr>
          <w:sz w:val="28"/>
          <w:lang w:val="ru-RU"/>
          <w:bCs w:val="1"/>
          <w:szCs w:val="28"/>
        </w:rPr>
        <w:t vyd:_id="vyd:00000000000ag8" xml:space="preserve"> </w:t>
      </w:r>
      <w:r>
        <w:rPr>
          <w:sz w:val="28"/>
          <w:lang w:val="ru-RU"/>
          <w:bCs w:val="1"/>
          <w:szCs w:val="28"/>
        </w:rPr>
        <w:t vyd:_id="vyd:00000000000ag7">огромной</w:t>
      </w:r>
      <w:r>
        <w:rPr>
          <w:sz w:val="28"/>
          <w:lang w:val="ru-RU"/>
          <w:bCs w:val="1"/>
          <w:szCs w:val="28"/>
        </w:rPr>
        <w:t vyd:_id="vyd:00000000000ag6" xml:space="preserve"> </w:t>
      </w:r>
      <w:r>
        <w:rPr>
          <w:sz w:val="28"/>
          <w:lang w:val="ru-RU"/>
          <w:bCs w:val="1"/>
          <w:szCs w:val="28"/>
        </w:rPr>
        <w:t vyd:_id="vyd:00000000000ag5">протяжённости</w:t>
      </w:r>
      <w:r>
        <w:rPr>
          <w:sz w:val="28"/>
          <w:lang w:val="ru-RU"/>
          <w:bCs w:val="1"/>
          <w:szCs w:val="28"/>
        </w:rPr>
        <w:t vyd:_id="vyd:00000000000ag4" xml:space="preserve"> </w:t>
      </w:r>
      <w:r>
        <w:rPr>
          <w:sz w:val="28"/>
          <w:lang w:val="ru-RU"/>
          <w:bCs w:val="1"/>
          <w:szCs w:val="28"/>
        </w:rPr>
        <w:t vyd:_id="vyd:00000000000ag3">и</w:t>
      </w:r>
      <w:r>
        <w:rPr>
          <w:sz w:val="28"/>
          <w:lang w:val="ru-RU"/>
          <w:bCs w:val="1"/>
          <w:szCs w:val="28"/>
        </w:rPr>
        <w:t vyd:_id="vyd:00000000000ag2" xml:space="preserve"> </w:t>
      </w:r>
      <w:r>
        <w:rPr>
          <w:sz w:val="28"/>
          <w:lang w:val="ru-RU"/>
          <w:bCs w:val="1"/>
          <w:szCs w:val="28"/>
        </w:rPr>
        <w:t vyd:_id="vyd:00000000000ag1">разветвлённости.</w:t>
      </w:r>
      <w:r>
        <w:rPr>
          <w:sz w:val="28"/>
          <w:lang w:val="ru-RU"/>
          <w:bCs w:val="1"/>
          <w:szCs w:val="28"/>
        </w:rPr>
        <w:t vyd:_id="vyd:00000000000ag0" xml:space="preserve"> </w:t>
      </w:r>
      <w:r>
        <w:rPr>
          <w:sz w:val="28"/>
          <w:lang w:val="ru-RU"/>
          <w:bCs w:val="1"/>
          <w:szCs w:val="28"/>
        </w:rPr>
        <w:t vyd:_id="vyd:00000000000afz">К</w:t>
      </w:r>
      <w:r>
        <w:rPr>
          <w:sz w:val="28"/>
          <w:lang w:val="ru-RU"/>
          <w:bCs w:val="1"/>
          <w:szCs w:val="28"/>
        </w:rPr>
        <w:t vyd:_id="vyd:00000000000afy" xml:space="preserve"> </w:t>
      </w:r>
      <w:r>
        <w:rPr>
          <w:sz w:val="28"/>
          <w:lang w:val="ru-RU"/>
          <w:bCs w:val="1"/>
          <w:szCs w:val="28"/>
        </w:rPr>
        <w:t vyd:_id="vyd:00000000000afx">мегапроектам</w:t>
      </w:r>
      <w:r>
        <w:rPr>
          <w:sz w:val="28"/>
          <w:lang w:val="ru-RU"/>
          <w:bCs w:val="1"/>
          <w:szCs w:val="28"/>
        </w:rPr>
        <w:t vyd:_id="vyd:00000000000afw" xml:space="preserve">, </w:t>
      </w:r>
      <w:r>
        <w:rPr>
          <w:sz w:val="28"/>
          <w:lang w:val="ru-RU"/>
          <w:bCs w:val="1"/>
          <w:szCs w:val="28"/>
        </w:rPr>
        <w:t vyd:_id="vyd:00000000000afv">о</w:t>
      </w:r>
      <w:r>
        <w:rPr>
          <w:sz w:val="28"/>
          <w:lang w:val="ru-RU"/>
          <w:bCs w:val="1"/>
          <w:szCs w:val="28"/>
        </w:rPr>
        <w:t vyd:_id="vyd:00000000000afu" xml:space="preserve"> </w:t>
      </w:r>
      <w:r>
        <w:rPr>
          <w:sz w:val="28"/>
          <w:lang w:val="ru-RU"/>
          <w:bCs w:val="1"/>
          <w:szCs w:val="28"/>
        </w:rPr>
        <w:t vyd:_id="vyd:00000000000aft">которых</w:t>
      </w:r>
      <w:r>
        <w:rPr>
          <w:sz w:val="28"/>
          <w:lang w:val="ru-RU"/>
          <w:bCs w:val="1"/>
          <w:szCs w:val="28"/>
        </w:rPr>
        <w:t vyd:_id="vyd:00000000000afs" xml:space="preserve"> </w:t>
      </w:r>
      <w:r>
        <w:rPr>
          <w:sz w:val="28"/>
          <w:lang w:val="ru-RU"/>
          <w:bCs w:val="1"/>
          <w:szCs w:val="28"/>
        </w:rPr>
        <w:t vyd:_id="vyd:00000000000afr">можно</w:t>
      </w:r>
      <w:r>
        <w:rPr>
          <w:sz w:val="28"/>
          <w:lang w:val="ru-RU"/>
          <w:bCs w:val="1"/>
          <w:szCs w:val="28"/>
        </w:rPr>
        <w:t vyd:_id="vyd:00000000000afq" xml:space="preserve"> </w:t>
      </w:r>
      <w:r>
        <w:rPr>
          <w:sz w:val="28"/>
          <w:lang w:val="ru-RU"/>
          <w:bCs w:val="1"/>
          <w:szCs w:val="28"/>
        </w:rPr>
        <w:t vyd:_id="vyd:00000000000afp">говорить</w:t>
      </w:r>
      <w:r>
        <w:rPr>
          <w:sz w:val="28"/>
          <w:lang w:val="ru-RU"/>
          <w:bCs w:val="1"/>
          <w:szCs w:val="28"/>
        </w:rPr>
        <w:t vyd:_id="vyd:00000000000afo" xml:space="preserve">, </w:t>
      </w:r>
      <w:r>
        <w:rPr>
          <w:sz w:val="28"/>
          <w:lang w:val="ru-RU"/>
          <w:bCs w:val="1"/>
          <w:szCs w:val="28"/>
        </w:rPr>
        <w:t vyd:_id="vyd:00000000000afn">стоит</w:t>
      </w:r>
      <w:r>
        <w:rPr>
          <w:sz w:val="28"/>
          <w:lang w:val="ru-RU"/>
          <w:bCs w:val="1"/>
          <w:szCs w:val="28"/>
        </w:rPr>
        <w:t vyd:_id="vyd:00000000000afm" xml:space="preserve"> </w:t>
      </w:r>
      <w:r>
        <w:rPr>
          <w:sz w:val="28"/>
          <w:lang w:val="ru-RU"/>
          <w:bCs w:val="1"/>
          <w:szCs w:val="28"/>
        </w:rPr>
        <w:t vyd:_id="vyd:00000000000afl">отнести</w:t>
      </w:r>
      <w:r>
        <w:rPr>
          <w:sz w:val="28"/>
          <w:lang w:val="ru-RU"/>
          <w:bCs w:val="1"/>
          <w:szCs w:val="28"/>
        </w:rPr>
        <w:t vyd:_id="vyd:00000000000afk" xml:space="preserve"> </w:t>
      </w:r>
      <w:r>
        <w:rPr>
          <w:sz w:val="28"/>
          <w:lang w:val="ru-RU"/>
          <w:bCs w:val="1"/>
          <w:szCs w:val="28"/>
        </w:rPr>
        <w:t vyd:_id="vyd:00000000000afj">мост</w:t>
      </w:r>
      <w:r>
        <w:rPr>
          <w:sz w:val="28"/>
          <w:lang w:val="ru-RU"/>
          <w:bCs w:val="1"/>
          <w:szCs w:val="28"/>
        </w:rPr>
        <w:t vyd:_id="vyd:00000000000afi" xml:space="preserve"> </w:t>
      </w:r>
      <w:r>
        <w:rPr>
          <w:sz w:val="28"/>
          <w:lang w:val="ru-RU"/>
          <w:bCs w:val="1"/>
          <w:szCs w:val="28"/>
        </w:rPr>
        <w:t vyd:_id="vyd:00000000000afh">в</w:t>
      </w:r>
      <w:r>
        <w:rPr>
          <w:sz w:val="28"/>
          <w:lang w:val="ru-RU"/>
          <w:bCs w:val="1"/>
          <w:szCs w:val="28"/>
        </w:rPr>
        <w:t vyd:_id="vyd:00000000000afg" xml:space="preserve"> </w:t>
      </w:r>
      <w:r>
        <w:rPr>
          <w:sz w:val="28"/>
          <w:lang w:val="ru-RU"/>
          <w:bCs w:val="1"/>
          <w:szCs w:val="28"/>
        </w:rPr>
        <w:t vyd:_id="vyd:00000000000aff">Крым</w:t>
      </w:r>
      <w:r>
        <w:rPr>
          <w:sz w:val="28"/>
          <w:lang w:val="ru-RU"/>
          <w:bCs w:val="1"/>
          <w:szCs w:val="28"/>
        </w:rPr>
        <w:t vyd:_id="vyd:00000000000afe" xml:space="preserve"> </w:t>
      </w:r>
      <w:r>
        <w:rPr>
          <w:sz w:val="28"/>
          <w:lang w:val="ru-RU"/>
          <w:bCs w:val="1"/>
          <w:szCs w:val="28"/>
        </w:rPr>
        <w:t vyd:_id="vyd:00000000000afd">(2016-2019</w:t>
      </w:r>
      <w:r>
        <w:rPr>
          <w:sz w:val="28"/>
          <w:lang w:val="ru-RU"/>
          <w:bCs w:val="1"/>
          <w:szCs w:val="28"/>
        </w:rPr>
        <w:t vyd:_id="vyd:00000000000afc" xml:space="preserve"> </w:t>
      </w:r>
      <w:r>
        <w:rPr>
          <w:sz w:val="28"/>
          <w:lang w:val="ru-RU"/>
          <w:bCs w:val="1"/>
          <w:szCs w:val="28"/>
        </w:rPr>
        <w:t vyd:_id="vyd:00000000000afb">годы),</w:t>
      </w:r>
      <w:r>
        <w:rPr>
          <w:sz w:val="28"/>
          <w:lang w:val="ru-RU"/>
          <w:bCs w:val="1"/>
          <w:szCs w:val="28"/>
        </w:rPr>
        <w:t vyd:_id="vyd:00000000000afa" xml:space="preserve"> </w:t>
      </w:r>
      <w:r>
        <w:rPr>
          <w:sz w:val="28"/>
          <w:lang w:val="ru-RU"/>
          <w:bCs w:val="1"/>
          <w:szCs w:val="28"/>
        </w:rPr>
        <w:t vyd:_id="vyd:00000000000af9">его</w:t>
      </w:r>
      <w:r>
        <w:rPr>
          <w:sz w:val="28"/>
          <w:lang w:val="ru-RU"/>
          <w:bCs w:val="1"/>
          <w:szCs w:val="28"/>
        </w:rPr>
        <w:t vyd:_id="vyd:00000000000af8" xml:space="preserve"> </w:t>
      </w:r>
      <w:r>
        <w:rPr>
          <w:sz w:val="28"/>
          <w:lang w:val="ru-RU"/>
          <w:bCs w:val="1"/>
          <w:szCs w:val="28"/>
        </w:rPr>
        <w:t vyd:_id="vyd:00000000000af7">протяжённость</w:t>
      </w:r>
      <w:r>
        <w:rPr>
          <w:sz w:val="28"/>
          <w:lang w:val="ru-RU"/>
          <w:bCs w:val="1"/>
          <w:szCs w:val="28"/>
        </w:rPr>
        <w:t vyd:_id="vyd:00000000000af6" xml:space="preserve"> </w:t>
      </w:r>
      <w:r>
        <w:rPr>
          <w:sz w:val="28"/>
          <w:lang w:val="ru-RU"/>
          <w:bCs w:val="1"/>
          <w:szCs w:val="28"/>
        </w:rPr>
        <w:t vyd:_id="vyd:00000000000af5">составляет</w:t>
      </w:r>
      <w:r>
        <w:rPr>
          <w:sz w:val="28"/>
          <w:lang w:val="ru-RU"/>
          <w:bCs w:val="1"/>
          <w:szCs w:val="28"/>
        </w:rPr>
        <w:t vyd:_id="vyd:00000000000af4" xml:space="preserve"> </w:t>
      </w:r>
      <w:r>
        <w:rPr>
          <w:sz w:val="28"/>
          <w:lang w:val="ru-RU"/>
          <w:bCs w:val="1"/>
          <w:szCs w:val="28"/>
        </w:rPr>
        <w:t vyd:_id="vyd:00000000000af3">19</w:t>
      </w:r>
      <w:r>
        <w:rPr>
          <w:sz w:val="28"/>
          <w:lang w:val="ru-RU"/>
          <w:bCs w:val="1"/>
          <w:szCs w:val="28"/>
        </w:rPr>
        <w:t vyd:_id="vyd:00000000000af2" xml:space="preserve"> </w:t>
      </w:r>
      <w:r>
        <w:rPr>
          <w:sz w:val="28"/>
          <w:lang w:val="ru-RU"/>
          <w:bCs w:val="1"/>
          <w:szCs w:val="28"/>
        </w:rPr>
        <w:t vyd:_id="vyd:00000000000af1">километров.</w:t>
      </w:r>
      <w:r>
        <w:rPr>
          <w:sz w:val="28"/>
          <w:lang w:val="ru-RU"/>
          <w:bCs w:val="1"/>
          <w:szCs w:val="28"/>
        </w:rPr>
        <w:t vyd:_id="vyd:00000000000af0" xml:space="preserve"> Б</w:t>
      </w:r>
      <w:r>
        <w:rPr>
          <w:sz w:val="28"/>
          <w:lang w:val="ru-RU"/>
          <w:bCs w:val="1"/>
          <w:szCs w:val="28"/>
        </w:rPr>
        <w:t vyd:_id="vyd:00000000000aez">лагодаря</w:t>
      </w:r>
      <w:r>
        <w:rPr>
          <w:sz w:val="28"/>
          <w:lang w:val="ru-RU"/>
          <w:bCs w:val="1"/>
          <w:szCs w:val="28"/>
        </w:rPr>
        <w:t vyd:_id="vyd:00000000000aey" xml:space="preserve"> </w:t>
      </w:r>
      <w:r>
        <w:rPr>
          <w:sz w:val="28"/>
          <w:lang w:val="ru-RU"/>
          <w:bCs w:val="1"/>
          <w:szCs w:val="28"/>
        </w:rPr>
        <w:t vyd:_id="vyd:00000000000aex">строительству</w:t>
      </w:r>
      <w:r>
        <w:rPr>
          <w:sz w:val="28"/>
          <w:lang w:val="ru-RU"/>
          <w:bCs w:val="1"/>
          <w:szCs w:val="28"/>
        </w:rPr>
        <w:t vyd:_id="vyd:00000000000aew" xml:space="preserve"> </w:t>
      </w:r>
      <w:r>
        <w:rPr>
          <w:sz w:val="28"/>
          <w:lang w:val="ru-RU"/>
          <w:bCs w:val="1"/>
          <w:szCs w:val="28"/>
        </w:rPr>
        <w:t vyd:_id="vyd:00000000000aev">моста</w:t>
      </w:r>
      <w:r>
        <w:rPr>
          <w:sz w:val="28"/>
          <w:lang w:val="ru-RU"/>
          <w:bCs w:val="1"/>
          <w:szCs w:val="28"/>
        </w:rPr>
        <w:t vyd:_id="vyd:00000000000aeu" xml:space="preserve"> </w:t>
      </w:r>
      <w:r>
        <w:rPr>
          <w:sz w:val="28"/>
          <w:lang w:val="ru-RU"/>
          <w:bCs w:val="1"/>
          <w:szCs w:val="28"/>
        </w:rPr>
        <w:t vyd:_id="vyd:00000000000aet">полуостров</w:t>
      </w:r>
      <w:r>
        <w:rPr>
          <w:sz w:val="28"/>
          <w:lang w:val="ru-RU"/>
          <w:bCs w:val="1"/>
          <w:szCs w:val="28"/>
        </w:rPr>
        <w:t vyd:_id="vyd:00000000000aes" xml:space="preserve"> </w:t>
      </w:r>
      <w:r>
        <w:rPr>
          <w:sz w:val="28"/>
          <w:lang w:val="ru-RU"/>
          <w:bCs w:val="1"/>
          <w:szCs w:val="28"/>
        </w:rPr>
        <w:t vyd:_id="vyd:00000000000aer">Крым</w:t>
      </w:r>
      <w:r>
        <w:rPr>
          <w:sz w:val="28"/>
          <w:lang w:val="ru-RU"/>
          <w:bCs w:val="1"/>
          <w:szCs w:val="28"/>
        </w:rPr>
        <w:t vyd:_id="vyd:00000000000aeq" xml:space="preserve"> </w:t>
      </w:r>
      <w:r>
        <w:rPr>
          <w:sz w:val="28"/>
          <w:lang w:val="ru-RU"/>
          <w:bCs w:val="1"/>
          <w:szCs w:val="28"/>
        </w:rPr>
        <w:t vyd:_id="vyd:00000000000aep">оказался</w:t>
      </w:r>
      <w:r>
        <w:rPr>
          <w:sz w:val="28"/>
          <w:lang w:val="ru-RU"/>
          <w:bCs w:val="1"/>
          <w:szCs w:val="28"/>
        </w:rPr>
        <w:t vyd:_id="vyd:00000000000aeo" xml:space="preserve"> </w:t>
      </w:r>
      <w:r>
        <w:rPr>
          <w:sz w:val="28"/>
          <w:lang w:val="ru-RU"/>
          <w:bCs w:val="1"/>
          <w:szCs w:val="28"/>
        </w:rPr>
        <w:t vyd:_id="vyd:00000000000aen">связан</w:t>
      </w:r>
      <w:r>
        <w:rPr>
          <w:sz w:val="28"/>
          <w:lang w:val="ru-RU"/>
          <w:bCs w:val="1"/>
          <w:szCs w:val="28"/>
        </w:rPr>
        <w:t vyd:_id="vyd:00000000000aem" xml:space="preserve"> </w:t>
      </w:r>
      <w:r>
        <w:rPr>
          <w:sz w:val="28"/>
          <w:lang w:val="ru-RU"/>
          <w:bCs w:val="1"/>
          <w:szCs w:val="28"/>
        </w:rPr>
        <w:t vyd:_id="vyd:00000000000ael">сухопутным</w:t>
      </w:r>
      <w:r>
        <w:rPr>
          <w:sz w:val="28"/>
          <w:lang w:val="ru-RU"/>
          <w:bCs w:val="1"/>
          <w:szCs w:val="28"/>
        </w:rPr>
        <w:t vyd:_id="vyd:00000000000aek" xml:space="preserve"> </w:t>
      </w:r>
      <w:r>
        <w:rPr>
          <w:sz w:val="28"/>
          <w:lang w:val="ru-RU"/>
          <w:bCs w:val="1"/>
          <w:szCs w:val="28"/>
        </w:rPr>
        <w:t vyd:_id="vyd:00000000000aej">коридором</w:t>
      </w:r>
      <w:r>
        <w:rPr>
          <w:sz w:val="28"/>
          <w:lang w:val="ru-RU"/>
          <w:bCs w:val="1"/>
          <w:szCs w:val="28"/>
        </w:rPr>
        <w:t vyd:_id="vyd:00000000000aei" xml:space="preserve"> </w:t>
      </w:r>
      <w:r>
        <w:rPr>
          <w:sz w:val="28"/>
          <w:lang w:val="ru-RU"/>
          <w:bCs w:val="1"/>
          <w:szCs w:val="28"/>
        </w:rPr>
        <w:t vyd:_id="vyd:00000000000aeh">с</w:t>
      </w:r>
      <w:r>
        <w:rPr>
          <w:sz w:val="28"/>
          <w:lang w:val="ru-RU"/>
          <w:bCs w:val="1"/>
          <w:szCs w:val="28"/>
        </w:rPr>
        <w:t vyd:_id="vyd:00000000000aeg" xml:space="preserve"> </w:t>
      </w:r>
      <w:r>
        <w:rPr>
          <w:sz w:val="28"/>
          <w:lang w:val="ru-RU"/>
          <w:bCs w:val="1"/>
          <w:szCs w:val="28"/>
        </w:rPr>
        <w:t vyd:_id="vyd:00000000000aef">Россией</w:t>
      </w:r>
      <w:r>
        <w:rPr>
          <w:sz w:val="28"/>
          <w:lang w:val="ru-RU"/>
          <w:bCs w:val="1"/>
          <w:szCs w:val="28"/>
        </w:rPr>
        <w:t vyd:_id="vyd:00000000000aee" xml:space="preserve"> </w:t>
      </w:r>
      <w:r>
        <w:rPr>
          <w:sz w:val="28"/>
          <w:lang w:val="ru-RU"/>
          <w:bCs w:val="1"/>
          <w:szCs w:val="28"/>
        </w:rPr>
        <w:t vyd:_id="vyd:00000000000aed">после</w:t>
      </w:r>
      <w:r>
        <w:rPr>
          <w:sz w:val="28"/>
          <w:lang w:val="ru-RU"/>
          <w:bCs w:val="1"/>
          <w:szCs w:val="28"/>
        </w:rPr>
        <w:t vyd:_id="vyd:00000000000aec" xml:space="preserve"> </w:t>
      </w:r>
      <w:r>
        <w:rPr>
          <w:sz w:val="28"/>
          <w:lang w:val="ru-RU"/>
          <w:bCs w:val="1"/>
          <w:szCs w:val="28"/>
        </w:rPr>
        <w:t vyd:_id="vyd:00000000000aeb">своего</w:t>
      </w:r>
      <w:r>
        <w:rPr>
          <w:sz w:val="28"/>
          <w:lang w:val="ru-RU"/>
          <w:bCs w:val="1"/>
          <w:szCs w:val="28"/>
        </w:rPr>
        <w:t vyd:_id="vyd:00000000000aea" xml:space="preserve"> </w:t>
      </w:r>
      <w:r>
        <w:rPr>
          <w:sz w:val="28"/>
          <w:lang w:val="ru-RU"/>
          <w:bCs w:val="1"/>
          <w:szCs w:val="28"/>
        </w:rPr>
        <w:t vyd:_id="vyd:00000000000ae9">воссоединения,</w:t>
      </w:r>
      <w:r>
        <w:rPr>
          <w:sz w:val="28"/>
          <w:lang w:val="ru-RU"/>
          <w:bCs w:val="1"/>
          <w:szCs w:val="28"/>
        </w:rPr>
        <w:t vyd:_id="vyd:00000000000ae8" xml:space="preserve"> </w:t>
      </w:r>
      <w:r>
        <w:rPr>
          <w:sz w:val="28"/>
          <w:lang w:val="ru-RU"/>
          <w:bCs w:val="1"/>
          <w:szCs w:val="28"/>
        </w:rPr>
        <w:t vyd:_id="vyd:00000000000ae7">что</w:t>
      </w:r>
      <w:r>
        <w:rPr>
          <w:sz w:val="28"/>
          <w:lang w:val="ru-RU"/>
          <w:bCs w:val="1"/>
          <w:szCs w:val="28"/>
        </w:rPr>
        <w:t vyd:_id="vyd:00000000000ae6" xml:space="preserve"> </w:t>
      </w:r>
      <w:r>
        <w:rPr>
          <w:sz w:val="28"/>
          <w:lang w:val="ru-RU"/>
          <w:bCs w:val="1"/>
          <w:szCs w:val="28"/>
        </w:rPr>
        <w:t vyd:_id="vyd:00000000000ae5">ускорило</w:t>
      </w:r>
      <w:r>
        <w:rPr>
          <w:sz w:val="28"/>
          <w:lang w:val="ru-RU"/>
          <w:bCs w:val="1"/>
          <w:szCs w:val="28"/>
        </w:rPr>
        <w:t vyd:_id="vyd:00000000000ae4" xml:space="preserve"> </w:t>
      </w:r>
      <w:r>
        <w:rPr>
          <w:sz w:val="28"/>
          <w:lang w:val="ru-RU"/>
          <w:bCs w:val="1"/>
          <w:szCs w:val="28"/>
        </w:rPr>
        <w:t vyd:_id="vyd:00000000000ae3">процесс</w:t>
      </w:r>
      <w:r>
        <w:rPr>
          <w:sz w:val="28"/>
          <w:lang w:val="ru-RU"/>
          <w:bCs w:val="1"/>
          <w:szCs w:val="28"/>
        </w:rPr>
        <w:t vyd:_id="vyd:00000000000ae2" xml:space="preserve"> </w:t>
      </w:r>
      <w:r>
        <w:rPr>
          <w:sz w:val="28"/>
          <w:lang w:val="ru-RU"/>
          <w:bCs w:val="1"/>
          <w:szCs w:val="28"/>
        </w:rPr>
        <w:t vyd:_id="vyd:00000000000ae1">его</w:t>
      </w:r>
      <w:r>
        <w:rPr>
          <w:sz w:val="28"/>
          <w:lang w:val="ru-RU"/>
          <w:bCs w:val="1"/>
          <w:szCs w:val="28"/>
        </w:rPr>
        <w:t vyd:_id="vyd:00000000000ae0" xml:space="preserve"> </w:t>
      </w:r>
      <w:r>
        <w:rPr>
          <w:sz w:val="28"/>
          <w:lang w:val="ru-RU"/>
          <w:bCs w:val="1"/>
          <w:szCs w:val="28"/>
        </w:rPr>
        <w:t vyd:_id="vyd:00000000000adz">развития</w:t>
      </w:r>
      <w:r>
        <w:rPr>
          <w:sz w:val="28"/>
          <w:lang w:val="ru-RU"/>
          <w:bCs w:val="1"/>
          <w:szCs w:val="28"/>
        </w:rPr>
        <w:t vyd:_id="vyd:00000000000ady" xml:space="preserve"> </w:t>
      </w:r>
      <w:r>
        <w:rPr>
          <w:sz w:val="28"/>
          <w:lang w:val="ru-RU"/>
          <w:bCs w:val="1"/>
          <w:szCs w:val="28"/>
        </w:rPr>
        <w:t vyd:_id="vyd:00000000000adx">и</w:t>
      </w:r>
      <w:r>
        <w:rPr>
          <w:sz w:val="28"/>
          <w:lang w:val="ru-RU"/>
          <w:bCs w:val="1"/>
          <w:szCs w:val="28"/>
        </w:rPr>
        <w:t vyd:_id="vyd:00000000000adw" xml:space="preserve"> </w:t>
      </w:r>
      <w:r>
        <w:rPr>
          <w:sz w:val="28"/>
          <w:lang w:val="ru-RU"/>
          <w:bCs w:val="1"/>
          <w:szCs w:val="28"/>
        </w:rPr>
        <w:t vyd:_id="vyd:00000000000adv">интеграции</w:t>
      </w:r>
      <w:r>
        <w:rPr>
          <w:sz w:val="28"/>
          <w:lang w:val="ru-RU"/>
          <w:bCs w:val="1"/>
          <w:szCs w:val="28"/>
        </w:rPr>
        <w:t vyd:_id="vyd:00000000000adu" xml:space="preserve"> </w:t>
      </w:r>
      <w:r>
        <w:rPr>
          <w:sz w:val="28"/>
          <w:lang w:val="ru-RU"/>
          <w:bCs w:val="1"/>
          <w:szCs w:val="28"/>
        </w:rPr>
        <w:t vyd:_id="vyd:00000000000adt">с</w:t>
      </w:r>
      <w:r>
        <w:rPr>
          <w:sz w:val="28"/>
          <w:lang w:val="ru-RU"/>
          <w:bCs w:val="1"/>
          <w:szCs w:val="28"/>
        </w:rPr>
        <w:t vyd:_id="vyd:00000000000ads" xml:space="preserve"> </w:t>
      </w:r>
      <w:r>
        <w:rPr>
          <w:sz w:val="28"/>
          <w:lang w:val="ru-RU"/>
          <w:bCs w:val="1"/>
          <w:szCs w:val="28"/>
        </w:rPr>
        <w:t vyd:_id="vyd:00000000000adr">остальной</w:t>
      </w:r>
      <w:r>
        <w:rPr>
          <w:sz w:val="28"/>
          <w:lang w:val="ru-RU"/>
          <w:bCs w:val="1"/>
          <w:szCs w:val="28"/>
        </w:rPr>
        <w:t vyd:_id="vyd:00000000000adq" xml:space="preserve"> </w:t>
      </w:r>
      <w:r>
        <w:rPr>
          <w:sz w:val="28"/>
          <w:lang w:val="ru-RU"/>
          <w:bCs w:val="1"/>
          <w:szCs w:val="28"/>
        </w:rPr>
        <w:t vyd:_id="vyd:00000000000adp">частью</w:t>
      </w:r>
      <w:r>
        <w:rPr>
          <w:sz w:val="28"/>
          <w:lang w:val="ru-RU"/>
          <w:bCs w:val="1"/>
          <w:szCs w:val="28"/>
        </w:rPr>
        <w:t vyd:_id="vyd:00000000000ado" xml:space="preserve"> </w:t>
      </w:r>
      <w:r>
        <w:rPr>
          <w:sz w:val="28"/>
          <w:lang w:val="ru-RU"/>
          <w:bCs w:val="1"/>
          <w:szCs w:val="28"/>
        </w:rPr>
        <w:t vyd:_id="vyd:00000000000adn">государства.</w:t>
      </w:r>
    </w:p>
    <w:p w14:paraId="783CAA3B" w14:textId="77777777" w:rsidR="00401D4A" w:rsidRPr="003850CC" w:rsidRDefault="00401D4A" w:rsidP="00401D4A" vyd:_id="vyd:00000000000a7n">
      <w:pPr>
        <w:pStyle w:val="LectureBody"/>
        <w:spacing w:after="0" w:line="360" w:lineRule="auto"/>
        <w:rPr>
          <w:sz w:val="28"/>
          <w:lang w:val="ru-RU"/>
          <w:bCs w:val="1"/>
          <w:szCs w:val="28"/>
        </w:rPr>
      </w:pPr>
      <w:r>
        <w:rPr>
          <w:sz w:val="28"/>
          <w:lang w:val="ru-RU"/>
          <w:bCs w:val="1"/>
          <w:szCs w:val="28"/>
        </w:rPr>
        <w:t vyd:_id="vyd:00000000000adl">Большим</w:t>
      </w:r>
      <w:r>
        <w:rPr>
          <w:sz w:val="28"/>
          <w:lang w:val="ru-RU"/>
          <w:bCs w:val="1"/>
          <w:szCs w:val="28"/>
        </w:rPr>
        <w:t vyd:_id="vyd:00000000000adk" xml:space="preserve"> </w:t>
      </w:r>
      <w:r>
        <w:rPr>
          <w:sz w:val="28"/>
          <w:lang w:val="ru-RU"/>
          <w:bCs w:val="1"/>
          <w:szCs w:val="28"/>
        </w:rPr>
        <w:t vyd:_id="vyd:00000000000adj">толчком</w:t>
      </w:r>
      <w:r>
        <w:rPr>
          <w:sz w:val="28"/>
          <w:lang w:val="ru-RU"/>
          <w:bCs w:val="1"/>
          <w:szCs w:val="28"/>
        </w:rPr>
        <w:t vyd:_id="vyd:00000000000adi" xml:space="preserve"> </w:t>
      </w:r>
      <w:r>
        <w:rPr>
          <w:sz w:val="28"/>
          <w:lang w:val="ru-RU"/>
          <w:bCs w:val="1"/>
          <w:szCs w:val="28"/>
        </w:rPr>
        <w:t vyd:_id="vyd:00000000000adh">к</w:t>
      </w:r>
      <w:r>
        <w:rPr>
          <w:sz w:val="28"/>
          <w:lang w:val="ru-RU"/>
          <w:bCs w:val="1"/>
          <w:szCs w:val="28"/>
        </w:rPr>
        <w:t vyd:_id="vyd:00000000000adg" xml:space="preserve"> </w:t>
      </w:r>
      <w:r>
        <w:rPr>
          <w:sz w:val="28"/>
          <w:lang w:val="ru-RU"/>
          <w:bCs w:val="1"/>
          <w:szCs w:val="28"/>
        </w:rPr>
        <w:t vyd:_id="vyd:00000000000adf">усилению</w:t>
      </w:r>
      <w:r>
        <w:rPr>
          <w:sz w:val="28"/>
          <w:lang w:val="ru-RU"/>
          <w:bCs w:val="1"/>
          <w:szCs w:val="28"/>
        </w:rPr>
        <w:t vyd:_id="vyd:00000000000ade" xml:space="preserve"> </w:t>
      </w:r>
      <w:r>
        <w:rPr>
          <w:sz w:val="28"/>
          <w:lang w:val="ru-RU"/>
          <w:bCs w:val="1"/>
          <w:szCs w:val="28"/>
        </w:rPr>
        <w:t vyd:_id="vyd:00000000000add">Российской</w:t>
      </w:r>
      <w:r>
        <w:rPr>
          <w:sz w:val="28"/>
          <w:lang w:val="ru-RU"/>
          <w:bCs w:val="1"/>
          <w:szCs w:val="28"/>
        </w:rPr>
        <w:t vyd:_id="vyd:00000000000adc" xml:space="preserve"> </w:t>
      </w:r>
      <w:r>
        <w:rPr>
          <w:sz w:val="28"/>
          <w:lang w:val="ru-RU"/>
          <w:bCs w:val="1"/>
          <w:szCs w:val="28"/>
        </w:rPr>
        <w:t vyd:_id="vyd:00000000000adb">экономики</w:t>
      </w:r>
      <w:r>
        <w:rPr>
          <w:sz w:val="28"/>
          <w:lang w:val="ru-RU"/>
          <w:bCs w:val="1"/>
          <w:szCs w:val="28"/>
        </w:rPr>
        <w:t vyd:_id="vyd:00000000000ada" xml:space="preserve"> </w:t>
      </w:r>
      <w:r>
        <w:rPr>
          <w:sz w:val="28"/>
          <w:lang w:val="ru-RU"/>
          <w:bCs w:val="1"/>
          <w:szCs w:val="28"/>
        </w:rPr>
        <w:t vyd:_id="vyd:00000000000ad9">стала</w:t>
      </w:r>
      <w:r>
        <w:rPr>
          <w:sz w:val="28"/>
          <w:lang w:val="ru-RU"/>
          <w:bCs w:val="1"/>
          <w:szCs w:val="28"/>
        </w:rPr>
        <w:t vyd:_id="vyd:00000000000ad8" xml:space="preserve"> </w:t>
      </w:r>
      <w:r>
        <w:rPr>
          <w:sz w:val="28"/>
          <w:lang w:val="ru-RU"/>
          <w:bCs w:val="1"/>
          <w:szCs w:val="28"/>
        </w:rPr>
        <w:t vyd:_id="vyd:00000000000ad7">модернизация</w:t>
      </w:r>
      <w:r>
        <w:rPr>
          <w:sz w:val="28"/>
          <w:lang w:val="ru-RU"/>
          <w:bCs w:val="1"/>
          <w:szCs w:val="28"/>
        </w:rPr>
        <w:t vyd:_id="vyd:00000000000ad6" xml:space="preserve"> </w:t>
      </w:r>
      <w:r>
        <w:rPr>
          <w:sz w:val="28"/>
          <w:lang w:val="ru-RU"/>
          <w:bCs w:val="1"/>
          <w:szCs w:val="28"/>
        </w:rPr>
        <w:t vyd:_id="vyd:00000000000ad5">БАМа</w:t>
      </w:r>
      <w:r>
        <w:rPr>
          <w:sz w:val="28"/>
          <w:lang w:val="ru-RU"/>
          <w:bCs w:val="1"/>
          <w:szCs w:val="28"/>
        </w:rPr>
        <w:t vyd:_id="vyd:00000000000ad4" xml:space="preserve"> </w:t>
      </w:r>
      <w:r>
        <w:rPr>
          <w:sz w:val="28"/>
          <w:lang w:val="ru-RU"/>
          <w:bCs w:val="1"/>
          <w:szCs w:val="28"/>
        </w:rPr>
        <w:t vyd:_id="vyd:00000000000ad3">и</w:t>
      </w:r>
      <w:r>
        <w:rPr>
          <w:sz w:val="28"/>
          <w:lang w:val="ru-RU"/>
          <w:bCs w:val="1"/>
          <w:szCs w:val="28"/>
        </w:rPr>
        <w:t vyd:_id="vyd:00000000000ad2" xml:space="preserve"> </w:t>
      </w:r>
      <w:r>
        <w:rPr>
          <w:sz w:val="28"/>
          <w:lang w:val="ru-RU"/>
          <w:bCs w:val="1"/>
          <w:szCs w:val="28"/>
        </w:rPr>
        <w:t vyd:_id="vyd:00000000000ad1">Транссиба</w:t>
      </w:r>
      <w:r>
        <w:rPr>
          <w:sz w:val="28"/>
          <w:lang w:val="ru-RU"/>
          <w:bCs w:val="1"/>
          <w:szCs w:val="28"/>
        </w:rPr>
        <w:t vyd:_id="vyd:00000000000ad0" xml:space="preserve"> </w:t>
      </w:r>
      <w:r>
        <w:rPr>
          <w:sz w:val="28"/>
          <w:lang w:val="ru-RU"/>
          <w:bCs w:val="1"/>
          <w:szCs w:val="28"/>
        </w:rPr>
        <w:t vyd:_id="vyd:00000000000acz">с</w:t>
      </w:r>
      <w:r>
        <w:rPr>
          <w:sz w:val="28"/>
          <w:lang w:val="ru-RU"/>
          <w:bCs w:val="1"/>
          <w:szCs w:val="28"/>
        </w:rPr>
        <w:t vyd:_id="vyd:00000000000acy" xml:space="preserve"> </w:t>
      </w:r>
      <w:r>
        <w:rPr>
          <w:sz w:val="28"/>
          <w:lang w:val="ru-RU"/>
          <w:bCs w:val="1"/>
          <w:szCs w:val="28"/>
        </w:rPr>
        <w:t vyd:_id="vyd:00000000000acx">2014</w:t>
      </w:r>
      <w:r>
        <w:rPr>
          <w:sz w:val="28"/>
          <w:lang w:val="ru-RU"/>
          <w:bCs w:val="1"/>
          <w:szCs w:val="28"/>
        </w:rPr>
        <w:t vyd:_id="vyd:00000000000acw" xml:space="preserve"> </w:t>
      </w:r>
      <w:r>
        <w:rPr>
          <w:sz w:val="28"/>
          <w:lang w:val="ru-RU"/>
          <w:bCs w:val="1"/>
          <w:szCs w:val="28"/>
        </w:rPr>
        <w:t vyd:_id="vyd:00000000000acv">года.</w:t>
      </w:r>
      <w:r>
        <w:rPr>
          <w:sz w:val="28"/>
          <w:lang w:val="ru-RU"/>
          <w:bCs w:val="1"/>
          <w:szCs w:val="28"/>
        </w:rPr>
        <w:t vyd:_id="vyd:00000000000acu" xml:space="preserve"> </w:t>
      </w:r>
      <w:r>
        <w:rPr>
          <w:sz w:val="28"/>
          <w:lang w:val="ru-RU"/>
          <w:bCs w:val="1"/>
          <w:szCs w:val="28"/>
        </w:rPr>
        <w:t vyd:_id="vyd:00000000000act">За</w:t>
      </w:r>
      <w:r>
        <w:rPr>
          <w:sz w:val="28"/>
          <w:lang w:val="ru-RU"/>
          <w:bCs w:val="1"/>
          <w:szCs w:val="28"/>
        </w:rPr>
        <w:t vyd:_id="vyd:00000000000acs" xml:space="preserve"> </w:t>
      </w:r>
      <w:r>
        <w:rPr>
          <w:sz w:val="28"/>
          <w:lang w:val="ru-RU"/>
          <w:bCs w:val="1"/>
          <w:szCs w:val="28"/>
        </w:rPr>
        <w:t vyd:_id="vyd:00000000000acr">10</w:t>
      </w:r>
      <w:r>
        <w:rPr>
          <w:sz w:val="28"/>
          <w:lang w:val="ru-RU"/>
          <w:bCs w:val="1"/>
          <w:szCs w:val="28"/>
        </w:rPr>
        <w:t vyd:_id="vyd:00000000000acq" xml:space="preserve"> </w:t>
      </w:r>
      <w:r>
        <w:rPr>
          <w:sz w:val="28"/>
          <w:lang w:val="ru-RU"/>
          <w:bCs w:val="1"/>
          <w:szCs w:val="28"/>
        </w:rPr>
        <w:t vyd:_id="vyd:00000000000acp">лет</w:t>
      </w:r>
      <w:r>
        <w:rPr>
          <w:sz w:val="28"/>
          <w:lang w:val="ru-RU"/>
          <w:bCs w:val="1"/>
          <w:szCs w:val="28"/>
        </w:rPr>
        <w:t vyd:_id="vyd:00000000000aco" xml:space="preserve"> </w:t>
      </w:r>
      <w:r>
        <w:rPr>
          <w:sz w:val="28"/>
          <w:lang w:val="ru-RU"/>
          <w:bCs w:val="1"/>
          <w:szCs w:val="28"/>
        </w:rPr>
        <w:t vyd:_id="vyd:00000000000acn">было</w:t>
      </w:r>
      <w:r>
        <w:rPr>
          <w:sz w:val="28"/>
          <w:lang w:val="ru-RU"/>
          <w:bCs w:val="1"/>
          <w:szCs w:val="28"/>
        </w:rPr>
        <w:t vyd:_id="vyd:00000000000acm" xml:space="preserve"> </w:t>
      </w:r>
      <w:r>
        <w:rPr>
          <w:sz w:val="28"/>
          <w:lang w:val="ru-RU"/>
          <w:bCs w:val="1"/>
          <w:szCs w:val="28"/>
        </w:rPr>
        <w:t vyd:_id="vyd:00000000000acl">заменено</w:t>
      </w:r>
      <w:r>
        <w:rPr>
          <w:sz w:val="28"/>
          <w:lang w:val="ru-RU"/>
          <w:bCs w:val="1"/>
          <w:szCs w:val="28"/>
        </w:rPr>
        <w:t vyd:_id="vyd:00000000000ack" xml:space="preserve"> </w:t>
      </w:r>
      <w:r>
        <w:rPr>
          <w:sz w:val="28"/>
          <w:lang w:val="ru-RU"/>
          <w:bCs w:val="1"/>
          <w:szCs w:val="28"/>
        </w:rPr>
        <w:t vyd:_id="vyd:00000000000acj">около</w:t>
      </w:r>
      <w:r>
        <w:rPr>
          <w:sz w:val="28"/>
          <w:lang w:val="ru-RU"/>
          <w:bCs w:val="1"/>
          <w:szCs w:val="28"/>
        </w:rPr>
        <w:t vyd:_id="vyd:00000000000aci" xml:space="preserve"> </w:t>
      </w:r>
      <w:r>
        <w:rPr>
          <w:sz w:val="28"/>
          <w:lang w:val="ru-RU"/>
          <w:bCs w:val="1"/>
          <w:szCs w:val="28"/>
        </w:rPr>
        <w:t vyd:_id="vyd:00000000000ach">5000</w:t>
      </w:r>
      <w:r>
        <w:rPr>
          <w:sz w:val="28"/>
          <w:lang w:val="ru-RU"/>
          <w:bCs w:val="1"/>
          <w:szCs w:val="28"/>
        </w:rPr>
        <w:t vyd:_id="vyd:00000000000acg" xml:space="preserve"> </w:t>
      </w:r>
      <w:r>
        <w:rPr>
          <w:sz w:val="28"/>
          <w:lang w:val="ru-RU"/>
          <w:bCs w:val="1"/>
          <w:szCs w:val="28"/>
        </w:rPr>
        <w:t vyd:_id="vyd:00000000000acf">километров</w:t>
      </w:r>
      <w:r>
        <w:rPr>
          <w:sz w:val="28"/>
          <w:lang w:val="ru-RU"/>
          <w:bCs w:val="1"/>
          <w:szCs w:val="28"/>
        </w:rPr>
        <w:t vyd:_id="vyd:00000000000ace" xml:space="preserve"> </w:t>
      </w:r>
      <w:r>
        <w:rPr>
          <w:sz w:val="28"/>
          <w:lang w:val="ru-RU"/>
          <w:bCs w:val="1"/>
          <w:szCs w:val="28"/>
        </w:rPr>
        <w:t vyd:_id="vyd:00000000000acd">железнодорожного</w:t>
      </w:r>
      <w:r>
        <w:rPr>
          <w:sz w:val="28"/>
          <w:lang w:val="ru-RU"/>
          <w:bCs w:val="1"/>
          <w:szCs w:val="28"/>
        </w:rPr>
        <w:t vyd:_id="vyd:00000000000acc" xml:space="preserve"> </w:t>
      </w:r>
      <w:r>
        <w:rPr>
          <w:sz w:val="28"/>
          <w:lang w:val="ru-RU"/>
          <w:bCs w:val="1"/>
          <w:szCs w:val="28"/>
        </w:rPr>
        <w:t vyd:_id="vyd:00000000000acb">полотна</w:t>
      </w:r>
      <w:r>
        <w:rPr>
          <w:sz w:val="28"/>
          <w:lang w:val="ru-RU"/>
          <w:bCs w:val="1"/>
          <w:szCs w:val="28"/>
        </w:rPr>
        <w:t vyd:_id="vyd:00000000000aca" xml:space="preserve"> </w:t>
      </w:r>
      <w:r>
        <w:rPr>
          <w:sz w:val="28"/>
          <w:lang w:val="ru-RU"/>
          <w:bCs w:val="1"/>
          <w:szCs w:val="28"/>
        </w:rPr>
        <w:t vyd:_id="vyd:00000000000ac9">и</w:t>
      </w:r>
      <w:r>
        <w:rPr>
          <w:sz w:val="28"/>
          <w:lang w:val="ru-RU"/>
          <w:bCs w:val="1"/>
          <w:szCs w:val="28"/>
        </w:rPr>
        <w:t vyd:_id="vyd:00000000000ac8" xml:space="preserve"> </w:t>
      </w:r>
      <w:r>
        <w:rPr>
          <w:sz w:val="28"/>
          <w:lang w:val="ru-RU"/>
          <w:bCs w:val="1"/>
          <w:szCs w:val="28"/>
        </w:rPr>
        <w:t vyd:_id="vyd:00000000000ac7">построено</w:t>
      </w:r>
      <w:r>
        <w:rPr>
          <w:sz w:val="28"/>
          <w:lang w:val="ru-RU"/>
          <w:bCs w:val="1"/>
          <w:szCs w:val="28"/>
        </w:rPr>
        <w:t vyd:_id="vyd:00000000000ac6" xml:space="preserve"> </w:t>
      </w:r>
      <w:r>
        <w:rPr>
          <w:sz w:val="28"/>
          <w:lang w:val="ru-RU"/>
          <w:bCs w:val="1"/>
          <w:szCs w:val="28"/>
        </w:rPr>
        <w:t vyd:_id="vyd:00000000000ac5">2000</w:t>
      </w:r>
      <w:r>
        <w:rPr>
          <w:sz w:val="28"/>
          <w:lang w:val="ru-RU"/>
          <w:bCs w:val="1"/>
          <w:szCs w:val="28"/>
        </w:rPr>
        <w:t vyd:_id="vyd:00000000000ac4" xml:space="preserve"> </w:t>
      </w:r>
      <w:r>
        <w:rPr>
          <w:sz w:val="28"/>
          <w:lang w:val="ru-RU"/>
          <w:bCs w:val="1"/>
          <w:szCs w:val="28"/>
        </w:rPr>
        <w:t vyd:_id="vyd:00000000000ac3">километров</w:t>
      </w:r>
      <w:r>
        <w:rPr>
          <w:sz w:val="28"/>
          <w:lang w:val="ru-RU"/>
          <w:bCs w:val="1"/>
          <w:szCs w:val="28"/>
        </w:rPr>
        <w:t vyd:_id="vyd:00000000000ac2" xml:space="preserve"> </w:t>
      </w:r>
      <w:r>
        <w:rPr>
          <w:sz w:val="28"/>
          <w:lang w:val="ru-RU"/>
          <w:bCs w:val="1"/>
          <w:szCs w:val="28"/>
        </w:rPr>
        <w:t vyd:_id="vyd:00000000000ac1">нового</w:t>
      </w:r>
      <w:r>
        <w:rPr>
          <w:sz w:val="28"/>
          <w:lang w:val="ru-RU"/>
          <w:bCs w:val="1"/>
          <w:szCs w:val="28"/>
        </w:rPr>
        <w:t vyd:_id="vyd:00000000000ac0" xml:space="preserve"> </w:t>
      </w:r>
      <w:r>
        <w:rPr>
          <w:sz w:val="28"/>
          <w:lang w:val="ru-RU"/>
          <w:bCs w:val="1"/>
          <w:szCs w:val="28"/>
        </w:rPr>
        <w:t vyd:_id="vyd:00000000000abz">в</w:t>
      </w:r>
      <w:r>
        <w:rPr>
          <w:sz w:val="28"/>
          <w:lang w:val="ru-RU"/>
          <w:bCs w:val="1"/>
          <w:szCs w:val="28"/>
        </w:rPr>
        <w:t vyd:_id="vyd:00000000000aby" xml:space="preserve"> </w:t>
      </w:r>
      <w:r>
        <w:rPr>
          <w:sz w:val="28"/>
          <w:lang w:val="ru-RU"/>
          <w:bCs w:val="1"/>
          <w:szCs w:val="28"/>
        </w:rPr>
        <w:t vyd:_id="vyd:00000000000abx">очень</w:t>
      </w:r>
      <w:r>
        <w:rPr>
          <w:sz w:val="28"/>
          <w:lang w:val="ru-RU"/>
          <w:bCs w:val="1"/>
          <w:szCs w:val="28"/>
        </w:rPr>
        <w:t vyd:_id="vyd:00000000000abw" xml:space="preserve"> </w:t>
      </w:r>
      <w:r>
        <w:rPr>
          <w:sz w:val="28"/>
          <w:lang w:val="ru-RU"/>
          <w:bCs w:val="1"/>
          <w:szCs w:val="28"/>
        </w:rPr>
        <w:t vyd:_id="vyd:00000000000abv">сложных</w:t>
      </w:r>
      <w:r>
        <w:rPr>
          <w:sz w:val="28"/>
          <w:lang w:val="ru-RU"/>
          <w:bCs w:val="1"/>
          <w:szCs w:val="28"/>
        </w:rPr>
        <w:t vyd:_id="vyd:00000000000abu" xml:space="preserve"> </w:t>
      </w:r>
      <w:r>
        <w:rPr>
          <w:sz w:val="28"/>
          <w:lang w:val="ru-RU"/>
          <w:bCs w:val="1"/>
          <w:szCs w:val="28"/>
        </w:rPr>
        <w:t vyd:_id="vyd:00000000000abt">климатических</w:t>
      </w:r>
      <w:r>
        <w:rPr>
          <w:sz w:val="28"/>
          <w:lang w:val="ru-RU"/>
          <w:bCs w:val="1"/>
          <w:szCs w:val="28"/>
        </w:rPr>
        <w:t vyd:_id="vyd:00000000000abs" xml:space="preserve"> </w:t>
      </w:r>
      <w:r>
        <w:rPr>
          <w:sz w:val="28"/>
          <w:lang w:val="ru-RU"/>
          <w:bCs w:val="1"/>
          <w:szCs w:val="28"/>
        </w:rPr>
        <w:t vyd:_id="vyd:00000000000abr">и</w:t>
      </w:r>
      <w:r>
        <w:rPr>
          <w:sz w:val="28"/>
          <w:lang w:val="ru-RU"/>
          <w:bCs w:val="1"/>
          <w:szCs w:val="28"/>
        </w:rPr>
        <w:t vyd:_id="vyd:00000000000abq" xml:space="preserve"> </w:t>
      </w:r>
      <w:r>
        <w:rPr>
          <w:sz w:val="28"/>
          <w:lang w:val="ru-RU"/>
          <w:bCs w:val="1"/>
          <w:szCs w:val="28"/>
        </w:rPr>
        <w:t vyd:_id="vyd:00000000000abp">геологических</w:t>
      </w:r>
      <w:r>
        <w:rPr>
          <w:sz w:val="28"/>
          <w:lang w:val="ru-RU"/>
          <w:bCs w:val="1"/>
          <w:szCs w:val="28"/>
        </w:rPr>
        <w:t vyd:_id="vyd:00000000000abo" xml:space="preserve"> </w:t>
      </w:r>
      <w:r>
        <w:rPr>
          <w:sz w:val="28"/>
          <w:lang w:val="ru-RU"/>
          <w:bCs w:val="1"/>
          <w:szCs w:val="28"/>
        </w:rPr>
        <w:t vyd:_id="vyd:00000000000abn">условиях.</w:t>
      </w:r>
      <w:r>
        <w:rPr>
          <w:sz w:val="28"/>
          <w:lang w:val="ru-RU"/>
          <w:bCs w:val="1"/>
          <w:szCs w:val="28"/>
        </w:rPr>
        <w:t vyd:_id="vyd:00000000000abm" xml:space="preserve"> </w:t>
      </w:r>
      <w:r>
        <w:rPr>
          <w:sz w:val="28"/>
          <w:lang w:val="ru-RU"/>
          <w:bCs w:val="1"/>
          <w:szCs w:val="28"/>
        </w:rPr>
        <w:t vyd:_id="vyd:00000000000abl">Вместе</w:t>
      </w:r>
      <w:r>
        <w:rPr>
          <w:sz w:val="28"/>
          <w:lang w:val="ru-RU"/>
          <w:bCs w:val="1"/>
          <w:szCs w:val="28"/>
        </w:rPr>
        <w:t vyd:_id="vyd:00000000000abk" xml:space="preserve"> </w:t>
      </w:r>
      <w:r>
        <w:rPr>
          <w:sz w:val="28"/>
          <w:lang w:val="ru-RU"/>
          <w:bCs w:val="1"/>
          <w:szCs w:val="28"/>
        </w:rPr>
        <w:t vyd:_id="vyd:00000000000abj">с</w:t>
      </w:r>
      <w:r>
        <w:rPr>
          <w:sz w:val="28"/>
          <w:lang w:val="ru-RU"/>
          <w:bCs w:val="1"/>
          <w:szCs w:val="28"/>
        </w:rPr>
        <w:t vyd:_id="vyd:00000000000abi" xml:space="preserve"> </w:t>
      </w:r>
      <w:r>
        <w:rPr>
          <w:sz w:val="28"/>
          <w:lang w:val="ru-RU"/>
          <w:bCs w:val="1"/>
          <w:szCs w:val="28"/>
        </w:rPr>
        <w:t vyd:_id="vyd:00000000000abh">этим</w:t>
      </w:r>
      <w:r>
        <w:rPr>
          <w:sz w:val="28"/>
          <w:lang w:val="ru-RU"/>
          <w:bCs w:val="1"/>
          <w:szCs w:val="28"/>
        </w:rPr>
        <w:t vyd:_id="vyd:00000000000abg" xml:space="preserve"> </w:t>
      </w:r>
      <w:r>
        <w:rPr>
          <w:sz w:val="28"/>
          <w:lang w:val="ru-RU"/>
          <w:bCs w:val="1"/>
          <w:szCs w:val="28"/>
        </w:rPr>
        <w:t vyd:_id="vyd:00000000000abf">был</w:t>
      </w:r>
      <w:r>
        <w:rPr>
          <w:sz w:val="28"/>
          <w:lang w:val="ru-RU"/>
          <w:bCs w:val="1"/>
          <w:szCs w:val="28"/>
        </w:rPr>
        <w:t vyd:_id="vyd:00000000000abe" xml:space="preserve">о </w:t>
      </w:r>
      <w:r>
        <w:rPr>
          <w:sz w:val="28"/>
          <w:lang w:val="ru-RU"/>
          <w:bCs w:val="1"/>
          <w:szCs w:val="28"/>
        </w:rPr>
        <w:t vyd:_id="vyd:00000000000abd">построено</w:t>
      </w:r>
      <w:r>
        <w:rPr>
          <w:sz w:val="28"/>
          <w:lang w:val="ru-RU"/>
          <w:bCs w:val="1"/>
          <w:szCs w:val="28"/>
        </w:rPr>
        <w:t vyd:_id="vyd:00000000000abc" xml:space="preserve"> </w:t>
      </w:r>
      <w:r>
        <w:rPr>
          <w:sz w:val="28"/>
          <w:lang w:val="ru-RU"/>
          <w:bCs w:val="1"/>
          <w:szCs w:val="28"/>
        </w:rPr>
        <w:t vyd:_id="vyd:00000000000abb">огромное</w:t>
      </w:r>
      <w:r>
        <w:rPr>
          <w:sz w:val="28"/>
          <w:lang w:val="ru-RU"/>
          <w:bCs w:val="1"/>
          <w:szCs w:val="28"/>
        </w:rPr>
        <w:t vyd:_id="vyd:00000000000aba" xml:space="preserve"> </w:t>
      </w:r>
      <w:r>
        <w:rPr>
          <w:sz w:val="28"/>
          <w:lang w:val="ru-RU"/>
          <w:bCs w:val="1"/>
          <w:szCs w:val="28"/>
        </w:rPr>
        <w:t vyd:_id="vyd:00000000000ab9">количество</w:t>
      </w:r>
      <w:r>
        <w:rPr>
          <w:sz w:val="28"/>
          <w:lang w:val="ru-RU"/>
          <w:bCs w:val="1"/>
          <w:szCs w:val="28"/>
        </w:rPr>
        <w:t vyd:_id="vyd:00000000000ab8" xml:space="preserve"> </w:t>
      </w:r>
      <w:r>
        <w:rPr>
          <w:sz w:val="28"/>
          <w:lang w:val="ru-RU"/>
          <w:bCs w:val="1"/>
          <w:szCs w:val="28"/>
        </w:rPr>
        <w:t vyd:_id="vyd:00000000000ab7">новых</w:t>
      </w:r>
      <w:r>
        <w:rPr>
          <w:sz w:val="28"/>
          <w:lang w:val="ru-RU"/>
          <w:bCs w:val="1"/>
          <w:szCs w:val="28"/>
        </w:rPr>
        <w:t vyd:_id="vyd:00000000000ab6" xml:space="preserve"> </w:t>
      </w:r>
      <w:r>
        <w:rPr>
          <w:sz w:val="28"/>
          <w:lang w:val="ru-RU"/>
          <w:bCs w:val="1"/>
          <w:szCs w:val="28"/>
        </w:rPr>
        <w:t vyd:_id="vyd:00000000000ab5">объектов</w:t>
      </w:r>
      <w:r>
        <w:rPr>
          <w:sz w:val="28"/>
          <w:lang w:val="ru-RU"/>
          <w:bCs w:val="1"/>
          <w:szCs w:val="28"/>
        </w:rPr>
        <w:t vyd:_id="vyd:00000000000ab4" xml:space="preserve">, </w:t>
      </w:r>
      <w:r>
        <w:rPr>
          <w:sz w:val="28"/>
          <w:lang w:val="ru-RU"/>
          <w:bCs w:val="1"/>
          <w:szCs w:val="28"/>
        </w:rPr>
        <w:t vyd:_id="vyd:00000000000ab3">необходимых</w:t>
      </w:r>
      <w:r>
        <w:rPr>
          <w:sz w:val="28"/>
          <w:lang w:val="ru-RU"/>
          <w:bCs w:val="1"/>
          <w:szCs w:val="28"/>
        </w:rPr>
        <w:t vyd:_id="vyd:00000000000ab2" xml:space="preserve"> </w:t>
      </w:r>
      <w:r>
        <w:rPr>
          <w:sz w:val="28"/>
          <w:lang w:val="ru-RU"/>
          <w:bCs w:val="1"/>
          <w:szCs w:val="28"/>
        </w:rPr>
        <w:t vyd:_id="vyd:00000000000ab1">для</w:t>
      </w:r>
      <w:r>
        <w:rPr>
          <w:sz w:val="28"/>
          <w:lang w:val="ru-RU"/>
          <w:bCs w:val="1"/>
          <w:szCs w:val="28"/>
        </w:rPr>
        <w:t vyd:_id="vyd:00000000000ab0" xml:space="preserve"> </w:t>
      </w:r>
      <w:r>
        <w:rPr>
          <w:sz w:val="28"/>
          <w:lang w:val="ru-RU"/>
          <w:bCs w:val="1"/>
          <w:szCs w:val="28"/>
        </w:rPr>
        <w:t vyd:_id="vyd:00000000000aaz">поддержания</w:t>
      </w:r>
      <w:r>
        <w:rPr>
          <w:sz w:val="28"/>
          <w:lang w:val="ru-RU"/>
          <w:bCs w:val="1"/>
          <w:szCs w:val="28"/>
        </w:rPr>
        <w:t vyd:_id="vyd:00000000000aay" xml:space="preserve"> </w:t>
      </w:r>
      <w:r>
        <w:rPr>
          <w:sz w:val="28"/>
          <w:lang w:val="ru-RU"/>
          <w:bCs w:val="1"/>
          <w:szCs w:val="28"/>
        </w:rPr>
        <w:t vyd:_id="vyd:00000000000aax">и</w:t>
      </w:r>
      <w:r>
        <w:rPr>
          <w:sz w:val="28"/>
          <w:lang w:val="ru-RU"/>
          <w:bCs w:val="1"/>
          <w:szCs w:val="28"/>
        </w:rPr>
        <w:t vyd:_id="vyd:00000000000aaw" xml:space="preserve"> </w:t>
      </w:r>
      <w:r>
        <w:rPr>
          <w:sz w:val="28"/>
          <w:lang w:val="ru-RU"/>
          <w:bCs w:val="1"/>
          <w:szCs w:val="28"/>
        </w:rPr>
        <w:t vyd:_id="vyd:00000000000aav">функционирования</w:t>
      </w:r>
      <w:r>
        <w:rPr>
          <w:sz w:val="28"/>
          <w:lang w:val="ru-RU"/>
          <w:bCs w:val="1"/>
          <w:szCs w:val="28"/>
        </w:rPr>
        <w:t vyd:_id="vyd:00000000000aau" xml:space="preserve"> </w:t>
      </w:r>
      <w:r>
        <w:rPr>
          <w:sz w:val="28"/>
          <w:lang w:val="ru-RU"/>
          <w:bCs w:val="1"/>
          <w:szCs w:val="28"/>
        </w:rPr>
        <w:t vyd:_id="vyd:00000000000aat">железной</w:t>
      </w:r>
      <w:r>
        <w:rPr>
          <w:sz w:val="28"/>
          <w:lang w:val="ru-RU"/>
          <w:bCs w:val="1"/>
          <w:szCs w:val="28"/>
        </w:rPr>
        <w:t vyd:_id="vyd:00000000000aas" xml:space="preserve"> </w:t>
      </w:r>
      <w:r>
        <w:rPr>
          <w:sz w:val="28"/>
          <w:lang w:val="ru-RU"/>
          <w:bCs w:val="1"/>
          <w:szCs w:val="28"/>
        </w:rPr>
        <w:t vyd:_id="vyd:00000000000aar">дороги</w:t>
      </w:r>
      <w:r>
        <w:rPr>
          <w:sz w:val="28"/>
          <w:lang w:val="ru-RU"/>
          <w:bCs w:val="1"/>
          <w:szCs w:val="28"/>
        </w:rPr>
        <w:t vyd:_id="vyd:00000000000aaq" xml:space="preserve"> </w:t>
      </w:r>
      <w:r>
        <w:rPr>
          <w:sz w:val="28"/>
          <w:lang w:val="ru-RU"/>
          <w:bCs w:val="1"/>
          <w:szCs w:val="28"/>
        </w:rPr>
        <w:t vyd:_id="vyd:00000000000aap">подобных</w:t>
      </w:r>
      <w:r>
        <w:rPr>
          <w:sz w:val="28"/>
          <w:lang w:val="ru-RU"/>
          <w:bCs w:val="1"/>
          <w:szCs w:val="28"/>
        </w:rPr>
        <w:t vyd:_id="vyd:00000000000aao" xml:space="preserve"> </w:t>
      </w:r>
      <w:r>
        <w:rPr>
          <w:sz w:val="28"/>
          <w:lang w:val="ru-RU"/>
          <w:bCs w:val="1"/>
          <w:szCs w:val="28"/>
        </w:rPr>
        <w:t vyd:_id="vyd:00000000000aan">масштабов.</w:t>
      </w:r>
      <w:r>
        <w:rPr>
          <w:sz w:val="28"/>
          <w:lang w:val="ru-RU"/>
          <w:bCs w:val="1"/>
          <w:szCs w:val="28"/>
        </w:rPr>
        <w:t vyd:_id="vyd:00000000000aam" xml:space="preserve"> </w:t>
      </w:r>
      <w:r>
        <w:rPr>
          <w:sz w:val="28"/>
          <w:lang w:val="ru-RU"/>
          <w:bCs w:val="1"/>
          <w:szCs w:val="28"/>
        </w:rPr>
        <w:t vyd:_id="vyd:00000000000aal">За</w:t>
      </w:r>
      <w:r>
        <w:rPr>
          <w:sz w:val="28"/>
          <w:lang w:val="ru-RU"/>
          <w:bCs w:val="1"/>
          <w:szCs w:val="28"/>
        </w:rPr>
        <w:t vyd:_id="vyd:00000000000aak" xml:space="preserve"> </w:t>
      </w:r>
      <w:r>
        <w:rPr>
          <w:sz w:val="28"/>
          <w:lang w:val="ru-RU"/>
          <w:bCs w:val="1"/>
          <w:szCs w:val="28"/>
        </w:rPr>
        <w:t vyd:_id="vyd:00000000000aaj">последнюю</w:t>
      </w:r>
      <w:r>
        <w:rPr>
          <w:sz w:val="28"/>
          <w:lang w:val="ru-RU"/>
          <w:bCs w:val="1"/>
          <w:szCs w:val="28"/>
        </w:rPr>
        <w:t vyd:_id="vyd:00000000000aai" xml:space="preserve"> </w:t>
      </w:r>
      <w:r>
        <w:rPr>
          <w:sz w:val="28"/>
          <w:lang w:val="ru-RU"/>
          <w:bCs w:val="1"/>
          <w:szCs w:val="28"/>
        </w:rPr>
        <w:t vyd:_id="vyd:00000000000aah">четверть</w:t>
      </w:r>
      <w:r>
        <w:rPr>
          <w:sz w:val="28"/>
          <w:lang w:val="ru-RU"/>
          <w:bCs w:val="1"/>
          <w:szCs w:val="28"/>
        </w:rPr>
        <w:t vyd:_id="vyd:00000000000aag" xml:space="preserve"> </w:t>
      </w:r>
      <w:r>
        <w:rPr>
          <w:sz w:val="28"/>
          <w:lang w:val="ru-RU"/>
          <w:bCs w:val="1"/>
          <w:szCs w:val="28"/>
        </w:rPr>
        <w:t vyd:_id="vyd:00000000000aaf">века</w:t>
      </w:r>
      <w:r>
        <w:rPr>
          <w:sz w:val="28"/>
          <w:lang w:val="ru-RU"/>
          <w:bCs w:val="1"/>
          <w:szCs w:val="28"/>
        </w:rPr>
        <w:t vyd:_id="vyd:00000000000aae" xml:space="preserve"> </w:t>
      </w:r>
      <w:r>
        <w:rPr>
          <w:sz w:val="28"/>
          <w:lang w:val="ru-RU"/>
          <w:bCs w:val="1"/>
          <w:szCs w:val="28"/>
        </w:rPr>
        <w:t vyd:_id="vyd:00000000000aad">произошло</w:t>
      </w:r>
      <w:r>
        <w:rPr>
          <w:sz w:val="28"/>
          <w:lang w:val="ru-RU"/>
          <w:bCs w:val="1"/>
          <w:szCs w:val="28"/>
        </w:rPr>
        <w:t vyd:_id="vyd:00000000000aac" xml:space="preserve"> </w:t>
      </w:r>
      <w:r>
        <w:rPr>
          <w:sz w:val="28"/>
          <w:lang w:val="ru-RU"/>
          <w:bCs w:val="1"/>
          <w:szCs w:val="28"/>
        </w:rPr>
        <w:t vyd:_id="vyd:00000000000aab">массовое</w:t>
      </w:r>
      <w:r>
        <w:rPr>
          <w:sz w:val="28"/>
          <w:lang w:val="ru-RU"/>
          <w:bCs w:val="1"/>
          <w:szCs w:val="28"/>
        </w:rPr>
        <w:t vyd:_id="vyd:00000000000aaa" xml:space="preserve"> </w:t>
      </w:r>
      <w:r>
        <w:rPr>
          <w:sz w:val="28"/>
          <w:lang w:val="ru-RU"/>
          <w:bCs w:val="1"/>
          <w:szCs w:val="28"/>
        </w:rPr>
        <w:t vyd:_id="vyd:00000000000aa9">развитие</w:t>
      </w:r>
      <w:r>
        <w:rPr>
          <w:sz w:val="28"/>
          <w:lang w:val="ru-RU"/>
          <w:bCs w:val="1"/>
          <w:szCs w:val="28"/>
        </w:rPr>
        <w:t vyd:_id="vyd:00000000000aa8" xml:space="preserve"> </w:t>
      </w:r>
      <w:r>
        <w:rPr>
          <w:sz w:val="28"/>
          <w:lang w:val="ru-RU"/>
          <w:bCs w:val="1"/>
          <w:szCs w:val="28"/>
        </w:rPr>
        <w:t vyd:_id="vyd:00000000000aa7">сети</w:t>
      </w:r>
      <w:r>
        <w:rPr>
          <w:sz w:val="28"/>
          <w:lang w:val="ru-RU"/>
          <w:bCs w:val="1"/>
          <w:szCs w:val="28"/>
        </w:rPr>
        <w:t vyd:_id="vyd:00000000000aa6" xml:space="preserve"> </w:t>
      </w:r>
      <w:r>
        <w:rPr>
          <w:sz w:val="28"/>
          <w:lang w:val="ru-RU"/>
          <w:bCs w:val="1"/>
          <w:szCs w:val="28"/>
        </w:rPr>
        <w:t vyd:_id="vyd:00000000000aa5">транспортных</w:t>
      </w:r>
      <w:r>
        <w:rPr>
          <w:sz w:val="28"/>
          <w:lang w:val="ru-RU"/>
          <w:bCs w:val="1"/>
          <w:szCs w:val="28"/>
        </w:rPr>
        <w:t vyd:_id="vyd:00000000000aa4" xml:space="preserve"> </w:t>
      </w:r>
      <w:r>
        <w:rPr>
          <w:sz w:val="28"/>
          <w:lang w:val="ru-RU"/>
          <w:bCs w:val="1"/>
          <w:szCs w:val="28"/>
        </w:rPr>
        <w:t vyd:_id="vyd:00000000000aa3">коридоров.</w:t>
      </w:r>
      <w:r>
        <w:rPr>
          <w:sz w:val="28"/>
          <w:lang w:val="ru-RU"/>
          <w:bCs w:val="1"/>
          <w:szCs w:val="28"/>
        </w:rPr>
        <w:t vyd:_id="vyd:00000000000aa2" xml:space="preserve"> </w:t>
      </w:r>
      <w:r>
        <w:rPr>
          <w:sz w:val="28"/>
          <w:lang w:val="ru-RU"/>
          <w:bCs w:val="1"/>
          <w:szCs w:val="28"/>
        </w:rPr>
        <w:t vyd:_id="vyd:00000000000aa1">Были</w:t>
      </w:r>
      <w:r>
        <w:rPr>
          <w:sz w:val="28"/>
          <w:lang w:val="ru-RU"/>
          <w:bCs w:val="1"/>
          <w:szCs w:val="28"/>
        </w:rPr>
        <w:t vyd:_id="vyd:00000000000aa0" xml:space="preserve"> </w:t>
      </w:r>
      <w:r>
        <w:rPr>
          <w:sz w:val="28"/>
          <w:lang w:val="ru-RU"/>
          <w:bCs w:val="1"/>
          <w:szCs w:val="28"/>
        </w:rPr>
        <w:t vyd:_id="vyd:00000000000a9z">построены</w:t>
      </w:r>
      <w:r>
        <w:rPr>
          <w:sz w:val="28"/>
          <w:lang w:val="ru-RU"/>
          <w:bCs w:val="1"/>
          <w:szCs w:val="28"/>
        </w:rPr>
        <w:t vyd:_id="vyd:00000000000a9y" xml:space="preserve"> </w:t>
      </w:r>
      <w:r>
        <w:rPr>
          <w:sz w:val="28"/>
          <w:lang w:val="ru-RU"/>
          <w:bCs w:val="1"/>
          <w:szCs w:val="28"/>
        </w:rPr>
        <w:t vyd:_id="vyd:00000000000a9x">и</w:t>
      </w:r>
      <w:r>
        <w:rPr>
          <w:sz w:val="28"/>
          <w:lang w:val="ru-RU"/>
          <w:bCs w:val="1"/>
          <w:szCs w:val="28"/>
        </w:rPr>
        <w:t vyd:_id="vyd:00000000000a9w" xml:space="preserve"> </w:t>
      </w:r>
      <w:r>
        <w:rPr>
          <w:sz w:val="28"/>
          <w:lang w:val="ru-RU"/>
          <w:bCs w:val="1"/>
          <w:szCs w:val="28"/>
        </w:rPr>
        <w:t vyd:_id="vyd:00000000000a9v">отреставрированы</w:t>
      </w:r>
      <w:r>
        <w:rPr>
          <w:sz w:val="28"/>
          <w:lang w:val="ru-RU"/>
          <w:bCs w:val="1"/>
          <w:szCs w:val="28"/>
        </w:rPr>
        <w:t vyd:_id="vyd:00000000000a9u" xml:space="preserve"> </w:t>
      </w:r>
      <w:r>
        <w:rPr>
          <w:sz w:val="28"/>
          <w:lang w:val="ru-RU"/>
          <w:bCs w:val="1"/>
          <w:szCs w:val="28"/>
        </w:rPr>
        <w:t vyd:_id="vyd:00000000000a9t">не</w:t>
      </w:r>
      <w:r>
        <w:rPr>
          <w:sz w:val="28"/>
          <w:lang w:val="ru-RU"/>
          <w:bCs w:val="1"/>
          <w:szCs w:val="28"/>
        </w:rPr>
        <w:t vyd:_id="vyd:00000000000a9s" xml:space="preserve"> </w:t>
      </w:r>
      <w:r>
        <w:rPr>
          <w:sz w:val="28"/>
          <w:lang w:val="ru-RU"/>
          <w:bCs w:val="1"/>
          <w:szCs w:val="28"/>
        </w:rPr>
        <w:t vyd:_id="vyd:00000000000a9r">менее</w:t>
      </w:r>
      <w:r>
        <w:rPr>
          <w:sz w:val="28"/>
          <w:lang w:val="ru-RU"/>
          <w:bCs w:val="1"/>
          <w:szCs w:val="28"/>
        </w:rPr>
        <w:t vyd:_id="vyd:00000000000a9q" xml:space="preserve"> </w:t>
      </w:r>
      <w:r>
        <w:rPr>
          <w:sz w:val="28"/>
          <w:lang w:val="ru-RU"/>
          <w:bCs w:val="1"/>
          <w:szCs w:val="28"/>
        </w:rPr>
        <w:t vyd:_id="vyd:00000000000a9p">10</w:t>
      </w:r>
      <w:r>
        <w:rPr>
          <w:sz w:val="28"/>
          <w:lang w:val="ru-RU"/>
          <w:bCs w:val="1"/>
          <w:szCs w:val="28"/>
        </w:rPr>
        <w:t vyd:_id="vyd:00000000000a9o" xml:space="preserve"> </w:t>
      </w:r>
      <w:r>
        <w:rPr>
          <w:sz w:val="28"/>
          <w:lang w:val="ru-RU"/>
          <w:bCs w:val="1"/>
          <w:szCs w:val="28"/>
        </w:rPr>
        <w:t vyd:_id="vyd:00000000000a9n">дорог</w:t>
      </w:r>
      <w:r>
        <w:rPr>
          <w:sz w:val="28"/>
          <w:lang w:val="ru-RU"/>
          <w:bCs w:val="1"/>
          <w:szCs w:val="28"/>
        </w:rPr>
        <w:t vyd:_id="vyd:00000000000a9m" xml:space="preserve"> </w:t>
      </w:r>
      <w:r>
        <w:rPr>
          <w:sz w:val="28"/>
          <w:lang w:val="ru-RU"/>
          <w:bCs w:val="1"/>
          <w:szCs w:val="28"/>
        </w:rPr>
        <w:t vyd:_id="vyd:00000000000a9l">федерального</w:t>
      </w:r>
      <w:r>
        <w:rPr>
          <w:sz w:val="28"/>
          <w:lang w:val="ru-RU"/>
          <w:bCs w:val="1"/>
          <w:szCs w:val="28"/>
        </w:rPr>
        <w:t vyd:_id="vyd:00000000000a9k" xml:space="preserve"> </w:t>
      </w:r>
      <w:r>
        <w:rPr>
          <w:sz w:val="28"/>
          <w:lang w:val="ru-RU"/>
          <w:bCs w:val="1"/>
          <w:szCs w:val="28"/>
        </w:rPr>
        <w:t vyd:_id="vyd:00000000000a9j">значения</w:t>
      </w:r>
      <w:r>
        <w:rPr>
          <w:sz w:val="28"/>
          <w:lang w:val="ru-RU"/>
          <w:bCs w:val="1"/>
          <w:szCs w:val="28"/>
        </w:rPr>
        <w:t vyd:_id="vyd:00000000000a9i" xml:space="preserve"> </w:t>
      </w:r>
      <w:r>
        <w:rPr>
          <w:sz w:val="28"/>
          <w:lang w:val="ru-RU"/>
          <w:bCs w:val="1"/>
          <w:szCs w:val="28"/>
        </w:rPr>
        <w:t vyd:_id="vyd:00000000000a9h">общей</w:t>
      </w:r>
      <w:r>
        <w:rPr>
          <w:sz w:val="28"/>
          <w:lang w:val="ru-RU"/>
          <w:bCs w:val="1"/>
          <w:szCs w:val="28"/>
        </w:rPr>
        <w:t vyd:_id="vyd:00000000000a9g" xml:space="preserve"> </w:t>
      </w:r>
      <w:r>
        <w:rPr>
          <w:sz w:val="28"/>
          <w:lang w:val="ru-RU"/>
          <w:bCs w:val="1"/>
          <w:szCs w:val="28"/>
        </w:rPr>
        <w:t vyd:_id="vyd:00000000000a9f">длинной</w:t>
      </w:r>
      <w:r>
        <w:rPr>
          <w:sz w:val="28"/>
          <w:lang w:val="ru-RU"/>
          <w:bCs w:val="1"/>
          <w:szCs w:val="28"/>
        </w:rPr>
        <w:t vyd:_id="vyd:00000000000a9e" xml:space="preserve"> </w:t>
      </w:r>
      <w:r>
        <w:rPr>
          <w:sz w:val="28"/>
          <w:lang w:val="ru-RU"/>
          <w:bCs w:val="1"/>
          <w:szCs w:val="28"/>
        </w:rPr>
        <w:t vyd:_id="vyd:00000000000a9d">несколько</w:t>
      </w:r>
      <w:r>
        <w:rPr>
          <w:sz w:val="28"/>
          <w:lang w:val="ru-RU"/>
          <w:bCs w:val="1"/>
          <w:szCs w:val="28"/>
        </w:rPr>
        <w:t vyd:_id="vyd:00000000000a9c" xml:space="preserve"> </w:t>
      </w:r>
      <w:r>
        <w:rPr>
          <w:sz w:val="28"/>
          <w:lang w:val="ru-RU"/>
          <w:bCs w:val="1"/>
          <w:szCs w:val="28"/>
        </w:rPr>
        <w:t vyd:_id="vyd:00000000000a9b">тысяч</w:t>
      </w:r>
      <w:r>
        <w:rPr>
          <w:sz w:val="28"/>
          <w:lang w:val="ru-RU"/>
          <w:bCs w:val="1"/>
          <w:szCs w:val="28"/>
        </w:rPr>
        <w:t vyd:_id="vyd:00000000000a9a" xml:space="preserve"> </w:t>
      </w:r>
      <w:r>
        <w:rPr>
          <w:sz w:val="28"/>
          <w:lang w:val="ru-RU"/>
          <w:bCs w:val="1"/>
          <w:szCs w:val="28"/>
        </w:rPr>
        <w:t vyd:_id="vyd:00000000000a99">километров.</w:t>
      </w:r>
      <w:r>
        <w:rPr>
          <w:sz w:val="28"/>
          <w:lang w:val="ru-RU"/>
          <w:bCs w:val="1"/>
          <w:szCs w:val="28"/>
        </w:rPr>
        <w:t vyd:_id="vyd:00000000000a98" xml:space="preserve"> </w:t>
      </w:r>
      <w:r>
        <w:rPr>
          <w:sz w:val="28"/>
          <w:lang w:val="ru-RU"/>
          <w:bCs w:val="1"/>
          <w:szCs w:val="28"/>
        </w:rPr>
        <w:t vyd:_id="vyd:00000000000a97">Протяжённость</w:t>
      </w:r>
      <w:r>
        <w:rPr>
          <w:sz w:val="28"/>
          <w:lang w:val="ru-RU"/>
          <w:bCs w:val="1"/>
          <w:szCs w:val="28"/>
        </w:rPr>
        <w:t vyd:_id="vyd:00000000000a96" xml:space="preserve"> </w:t>
      </w:r>
      <w:r>
        <w:rPr>
          <w:sz w:val="28"/>
          <w:lang w:val="ru-RU"/>
          <w:bCs w:val="1"/>
          <w:szCs w:val="28"/>
        </w:rPr>
        <w:t vyd:_id="vyd:00000000000a95">всех</w:t>
      </w:r>
      <w:r>
        <w:rPr>
          <w:sz w:val="28"/>
          <w:lang w:val="ru-RU"/>
          <w:bCs w:val="1"/>
          <w:szCs w:val="28"/>
        </w:rPr>
        <w:t vyd:_id="vyd:00000000000a94" xml:space="preserve"> </w:t>
      </w:r>
      <w:r>
        <w:rPr>
          <w:sz w:val="28"/>
          <w:lang w:val="ru-RU"/>
          <w:bCs w:val="1"/>
          <w:szCs w:val="28"/>
        </w:rPr>
        <w:t vyd:_id="vyd:00000000000a93">дорог</w:t>
      </w:r>
      <w:r>
        <w:rPr>
          <w:sz w:val="28"/>
          <w:lang w:val="ru-RU"/>
          <w:bCs w:val="1"/>
          <w:szCs w:val="28"/>
        </w:rPr>
        <w:t vyd:_id="vyd:00000000000a92" xml:space="preserve"> </w:t>
      </w:r>
      <w:r>
        <w:rPr>
          <w:sz w:val="28"/>
          <w:lang w:val="ru-RU"/>
          <w:bCs w:val="1"/>
          <w:szCs w:val="28"/>
        </w:rPr>
        <w:t vyd:_id="vyd:00000000000a91">в</w:t>
      </w:r>
      <w:r>
        <w:rPr>
          <w:sz w:val="28"/>
          <w:lang w:val="ru-RU"/>
          <w:bCs w:val="1"/>
          <w:szCs w:val="28"/>
        </w:rPr>
        <w:t vyd:_id="vyd:00000000000a90" xml:space="preserve"> </w:t>
      </w:r>
      <w:r>
        <w:rPr>
          <w:sz w:val="28"/>
          <w:lang w:val="ru-RU"/>
          <w:bCs w:val="1"/>
          <w:szCs w:val="28"/>
        </w:rPr>
        <w:t vyd:_id="vyd:00000000000a8z">России</w:t>
      </w:r>
      <w:r>
        <w:rPr>
          <w:sz w:val="28"/>
          <w:lang w:val="ru-RU"/>
          <w:bCs w:val="1"/>
          <w:szCs w:val="28"/>
        </w:rPr>
        <w:t vyd:_id="vyd:00000000000a8y" xml:space="preserve"> </w:t>
      </w:r>
      <w:r>
        <w:rPr>
          <w:sz w:val="28"/>
          <w:lang w:val="ru-RU"/>
          <w:bCs w:val="1"/>
          <w:szCs w:val="28"/>
        </w:rPr>
        <w:t vyd:_id="vyd:00000000000a8x">выросла с начала века более чем в 2,5 раза, до 1,58 млн километров</w:t>
      </w:r>
      <w:r>
        <w:rPr>
          <w:rStyle w:val="aff8"/>
          <w:sz w:val="28"/>
          <w:lang w:val="ru-RU"/>
          <w:bCs w:val="1"/>
          <w:szCs w:val="28"/>
        </w:rPr>
        <w:footnoteReference vyd:_id="vyd:00000000000a8w" w:id="82"/>
      </w:r>
      <w:r>
        <w:rPr>
          <w:sz w:val="28"/>
          <w:lang w:val="ru-RU"/>
          <w:bCs w:val="1"/>
          <w:szCs w:val="28"/>
        </w:rPr>
        <w:t vyd:_id="vyd:00000000000a8v">. Помимо</w:t>
      </w:r>
      <w:r>
        <w:rPr>
          <w:sz w:val="28"/>
          <w:lang w:val="ru-RU"/>
          <w:bCs w:val="1"/>
          <w:szCs w:val="28"/>
        </w:rPr>
        <w:t vyd:_id="vyd:00000000000a8u" xml:space="preserve"> </w:t>
      </w:r>
      <w:r>
        <w:rPr>
          <w:sz w:val="28"/>
          <w:lang w:val="ru-RU"/>
          <w:bCs w:val="1"/>
          <w:szCs w:val="28"/>
        </w:rPr>
        <w:t vyd:_id="vyd:00000000000a8t">автомобильных</w:t>
      </w:r>
      <w:r>
        <w:rPr>
          <w:sz w:val="28"/>
          <w:lang w:val="ru-RU"/>
          <w:bCs w:val="1"/>
          <w:szCs w:val="28"/>
        </w:rPr>
        <w:t vyd:_id="vyd:00000000000a8s" xml:space="preserve"> </w:t>
      </w:r>
      <w:r>
        <w:rPr>
          <w:sz w:val="28"/>
          <w:lang w:val="ru-RU"/>
          <w:bCs w:val="1"/>
          <w:szCs w:val="28"/>
        </w:rPr>
        <w:t vyd:_id="vyd:00000000000a8r">дорог</w:t>
      </w:r>
      <w:r>
        <w:rPr>
          <w:sz w:val="28"/>
          <w:lang w:val="ru-RU"/>
          <w:bCs w:val="1"/>
          <w:szCs w:val="28"/>
        </w:rPr>
        <w:t vyd:_id="vyd:00000000000a8q" xml:space="preserve"> </w:t>
      </w:r>
      <w:r>
        <w:rPr>
          <w:sz w:val="28"/>
          <w:lang w:val="ru-RU"/>
          <w:bCs w:val="1"/>
          <w:szCs w:val="28"/>
        </w:rPr>
        <w:t vyd:_id="vyd:00000000000a8p">и</w:t>
      </w:r>
      <w:r>
        <w:rPr>
          <w:sz w:val="28"/>
          <w:lang w:val="ru-RU"/>
          <w:bCs w:val="1"/>
          <w:szCs w:val="28"/>
        </w:rPr>
        <w:t vyd:_id="vyd:00000000000a8o" xml:space="preserve"> </w:t>
      </w:r>
      <w:r>
        <w:rPr>
          <w:sz w:val="28"/>
          <w:lang w:val="ru-RU"/>
          <w:bCs w:val="1"/>
          <w:szCs w:val="28"/>
        </w:rPr>
        <w:t vyd:_id="vyd:00000000000a8n">железных</w:t>
      </w:r>
      <w:r>
        <w:rPr>
          <w:sz w:val="28"/>
          <w:lang w:val="ru-RU"/>
          <w:bCs w:val="1"/>
          <w:szCs w:val="28"/>
        </w:rPr>
        <w:t vyd:_id="vyd:00000000000a8m" xml:space="preserve"> </w:t>
      </w:r>
      <w:r>
        <w:rPr>
          <w:sz w:val="28"/>
          <w:lang w:val="ru-RU"/>
          <w:bCs w:val="1"/>
          <w:szCs w:val="28"/>
        </w:rPr>
        <w:t vyd:_id="vyd:00000000000a8l">дорог</w:t>
      </w:r>
      <w:r>
        <w:rPr>
          <w:sz w:val="28"/>
          <w:lang w:val="ru-RU"/>
          <w:bCs w:val="1"/>
          <w:szCs w:val="28"/>
        </w:rPr>
        <w:t vyd:_id="vyd:00000000000a8k" xml:space="preserve"> </w:t>
      </w:r>
      <w:r>
        <w:rPr>
          <w:sz w:val="28"/>
          <w:lang w:val="ru-RU"/>
          <w:bCs w:val="1"/>
          <w:szCs w:val="28"/>
        </w:rPr>
        <w:t vyd:_id="vyd:00000000000a8j">Россия</w:t>
      </w:r>
      <w:r>
        <w:rPr>
          <w:sz w:val="28"/>
          <w:lang w:val="ru-RU"/>
          <w:bCs w:val="1"/>
          <w:szCs w:val="28"/>
        </w:rPr>
        <w:t vyd:_id="vyd:00000000000a8i" xml:space="preserve"> </w:t>
      </w:r>
      <w:r>
        <w:rPr>
          <w:sz w:val="28"/>
          <w:lang w:val="ru-RU"/>
          <w:bCs w:val="1"/>
          <w:szCs w:val="28"/>
        </w:rPr>
        <w:t vyd:_id="vyd:00000000000a8h">активно</w:t>
      </w:r>
      <w:r>
        <w:rPr>
          <w:sz w:val="28"/>
          <w:lang w:val="ru-RU"/>
          <w:bCs w:val="1"/>
          <w:szCs w:val="28"/>
        </w:rPr>
        <w:t vyd:_id="vyd:00000000000a8g" xml:space="preserve"> </w:t>
      </w:r>
      <w:r>
        <w:rPr>
          <w:sz w:val="28"/>
          <w:lang w:val="ru-RU"/>
          <w:bCs w:val="1"/>
          <w:szCs w:val="28"/>
        </w:rPr>
        <w:t vyd:_id="vyd:00000000000a8f">развивает</w:t>
      </w:r>
      <w:r>
        <w:rPr>
          <w:sz w:val="28"/>
          <w:lang w:val="ru-RU"/>
          <w:bCs w:val="1"/>
          <w:szCs w:val="28"/>
        </w:rPr>
        <w:t vyd:_id="vyd:00000000000a8e" xml:space="preserve"> </w:t>
      </w:r>
      <w:r>
        <w:rPr>
          <w:sz w:val="28"/>
          <w:lang w:val="ru-RU"/>
          <w:bCs w:val="1"/>
          <w:szCs w:val="28"/>
        </w:rPr>
        <w:t vyd:_id="vyd:00000000000a8d">Северный</w:t>
      </w:r>
      <w:r>
        <w:rPr>
          <w:sz w:val="28"/>
          <w:lang w:val="ru-RU"/>
          <w:bCs w:val="1"/>
          <w:szCs w:val="28"/>
        </w:rPr>
        <w:t vyd:_id="vyd:00000000000a8c" xml:space="preserve"> </w:t>
      </w:r>
      <w:r>
        <w:rPr>
          <w:sz w:val="28"/>
          <w:lang w:val="ru-RU"/>
          <w:bCs w:val="1"/>
          <w:szCs w:val="28"/>
        </w:rPr>
        <w:t vyd:_id="vyd:00000000000a8b">морской</w:t>
      </w:r>
      <w:r>
        <w:rPr>
          <w:sz w:val="28"/>
          <w:lang w:val="ru-RU"/>
          <w:bCs w:val="1"/>
          <w:szCs w:val="28"/>
        </w:rPr>
        <w:t vyd:_id="vyd:00000000000a8a" xml:space="preserve"> </w:t>
      </w:r>
      <w:r>
        <w:rPr>
          <w:sz w:val="28"/>
          <w:lang w:val="ru-RU"/>
          <w:bCs w:val="1"/>
          <w:szCs w:val="28"/>
        </w:rPr>
        <w:t vyd:_id="vyd:00000000000a89">путь,</w:t>
      </w:r>
      <w:r>
        <w:rPr>
          <w:sz w:val="28"/>
          <w:lang w:val="ru-RU"/>
          <w:bCs w:val="1"/>
          <w:szCs w:val="28"/>
        </w:rPr>
        <w:t vyd:_id="vyd:00000000000a88" xml:space="preserve"> </w:t>
      </w:r>
      <w:r>
        <w:rPr>
          <w:sz w:val="28"/>
          <w:lang w:val="ru-RU"/>
          <w:bCs w:val="1"/>
          <w:szCs w:val="28"/>
        </w:rPr>
        <w:t vyd:_id="vyd:00000000000a87">как</w:t>
      </w:r>
      <w:r>
        <w:rPr>
          <w:sz w:val="28"/>
          <w:lang w:val="ru-RU"/>
          <w:bCs w:val="1"/>
          <w:szCs w:val="28"/>
        </w:rPr>
        <w:t vyd:_id="vyd:00000000000a86" xml:space="preserve"> </w:t>
      </w:r>
      <w:r>
        <w:rPr>
          <w:sz w:val="28"/>
          <w:lang w:val="ru-RU"/>
          <w:bCs w:val="1"/>
          <w:szCs w:val="28"/>
        </w:rPr>
        <w:t vyd:_id="vyd:00000000000a85">альтернативу</w:t>
      </w:r>
      <w:r>
        <w:rPr>
          <w:sz w:val="28"/>
          <w:lang w:val="ru-RU"/>
          <w:bCs w:val="1"/>
          <w:szCs w:val="28"/>
        </w:rPr>
        <w:t vyd:_id="vyd:00000000000a84" xml:space="preserve"> </w:t>
      </w:r>
      <w:r>
        <w:rPr>
          <w:sz w:val="28"/>
          <w:lang w:val="ru-RU"/>
          <w:bCs w:val="1"/>
          <w:szCs w:val="28"/>
        </w:rPr>
        <w:t vyd:_id="vyd:00000000000a83">маршрута</w:t>
      </w:r>
      <w:r>
        <w:rPr>
          <w:sz w:val="28"/>
          <w:lang w:val="ru-RU"/>
          <w:bCs w:val="1"/>
          <w:szCs w:val="28"/>
        </w:rPr>
        <w:t vyd:_id="vyd:00000000000a82" xml:space="preserve"> </w:t>
      </w:r>
      <w:r>
        <w:rPr>
          <w:sz w:val="28"/>
          <w:lang w:val="ru-RU"/>
          <w:bCs w:val="1"/>
          <w:szCs w:val="28"/>
        </w:rPr>
        <w:t vyd:_id="vyd:00000000000a81">из</w:t>
      </w:r>
      <w:r>
        <w:rPr>
          <w:sz w:val="28"/>
          <w:lang w:val="ru-RU"/>
          <w:bCs w:val="1"/>
          <w:szCs w:val="28"/>
        </w:rPr>
        <w:t vyd:_id="vyd:00000000000a80" xml:space="preserve"> </w:t>
      </w:r>
      <w:r>
        <w:rPr>
          <w:sz w:val="28"/>
          <w:lang w:val="ru-RU"/>
          <w:bCs w:val="1"/>
          <w:szCs w:val="28"/>
        </w:rPr>
        <w:t vyd:_id="vyd:00000000000a7z">Азии</w:t>
      </w:r>
      <w:r>
        <w:rPr>
          <w:sz w:val="28"/>
          <w:lang w:val="ru-RU"/>
          <w:bCs w:val="1"/>
          <w:szCs w:val="28"/>
        </w:rPr>
        <w:t vyd:_id="vyd:00000000000a7y" xml:space="preserve"> </w:t>
      </w:r>
      <w:r>
        <w:rPr>
          <w:sz w:val="28"/>
          <w:lang w:val="ru-RU"/>
          <w:bCs w:val="1"/>
          <w:szCs w:val="28"/>
        </w:rPr>
        <w:t vyd:_id="vyd:00000000000a7x">в</w:t>
      </w:r>
      <w:r>
        <w:rPr>
          <w:sz w:val="28"/>
          <w:lang w:val="ru-RU"/>
          <w:bCs w:val="1"/>
          <w:szCs w:val="28"/>
        </w:rPr>
        <w:t vyd:_id="vyd:00000000000a7w" xml:space="preserve"> </w:t>
      </w:r>
      <w:r>
        <w:rPr>
          <w:sz w:val="28"/>
          <w:lang w:val="ru-RU"/>
          <w:bCs w:val="1"/>
          <w:szCs w:val="28"/>
        </w:rPr>
        <w:t vyd:_id="vyd:00000000000a7v">Россию</w:t>
      </w:r>
      <w:r>
        <w:rPr>
          <w:sz w:val="28"/>
          <w:lang w:val="ru-RU"/>
          <w:bCs w:val="1"/>
          <w:szCs w:val="28"/>
        </w:rPr>
        <w:t vyd:_id="vyd:00000000000a7u" xml:space="preserve"> </w:t>
      </w:r>
      <w:r>
        <w:rPr>
          <w:sz w:val="28"/>
          <w:lang w:val="ru-RU"/>
          <w:bCs w:val="1"/>
          <w:szCs w:val="28"/>
        </w:rPr>
        <w:t vyd:_id="vyd:00000000000a7t">через</w:t>
      </w:r>
      <w:r>
        <w:rPr>
          <w:sz w:val="28"/>
          <w:lang w:val="ru-RU"/>
          <w:bCs w:val="1"/>
          <w:szCs w:val="28"/>
        </w:rPr>
        <w:t vyd:_id="vyd:00000000000a7s" xml:space="preserve"> </w:t>
      </w:r>
      <w:r>
        <w:rPr>
          <w:sz w:val="28"/>
          <w:lang w:val="ru-RU"/>
          <w:bCs w:val="1"/>
          <w:szCs w:val="28"/>
        </w:rPr>
        <w:t vyd:_id="vyd:00000000000a7r">Суэцкий</w:t>
      </w:r>
      <w:r>
        <w:rPr>
          <w:sz w:val="28"/>
          <w:lang w:val="ru-RU"/>
          <w:bCs w:val="1"/>
          <w:szCs w:val="28"/>
        </w:rPr>
        <w:t vyd:_id="vyd:00000000000a7q" xml:space="preserve"> </w:t>
      </w:r>
      <w:r>
        <w:rPr>
          <w:sz w:val="28"/>
          <w:lang w:val="ru-RU"/>
          <w:bCs w:val="1"/>
          <w:szCs w:val="28"/>
        </w:rPr>
        <w:t vyd:_id="vyd:00000000000a7p">канал.</w:t>
      </w:r>
      <w:r>
        <w:rPr>
          <w:sz w:val="28"/>
          <w:lang w:val="ru-RU"/>
          <w:bCs w:val="1"/>
          <w:szCs w:val="28"/>
        </w:rPr>
        <w:t vyd:_id="vyd:00000000000a7o" xml:space="preserve"> </w:t>
      </w:r>
    </w:p>
    <w:p w14:paraId="4A5B7F7C" w14:textId="77777777" w:rsidR="00401D4A" w:rsidRPr="003850CC" w:rsidRDefault="00401D4A" w:rsidP="00401D4A" vyd:_id="vyd:00000000000a3v">
      <w:pPr>
        <w:pStyle w:val="LectureBody"/>
        <w:spacing w:after="0" w:line="360" w:lineRule="auto"/>
        <w:rPr>
          <w:sz w:val="28"/>
          <w:lang w:val="ru-RU"/>
          <w:bCs w:val="1"/>
          <w:szCs w:val="28"/>
        </w:rPr>
      </w:pPr>
      <w:r>
        <w:rPr>
          <w:sz w:val="28"/>
          <w:lang w:val="ru-RU"/>
          <w:bCs w:val="1"/>
          <w:szCs w:val="28"/>
        </w:rPr>
        <w:t vyd:_id="vyd:00000000000a7m">В</w:t>
      </w:r>
      <w:r>
        <w:rPr>
          <w:sz w:val="28"/>
          <w:lang w:val="ru-RU"/>
          <w:bCs w:val="1"/>
          <w:szCs w:val="28"/>
        </w:rPr>
        <w:t vyd:_id="vyd:00000000000a7l" xml:space="preserve"> </w:t>
      </w:r>
      <w:r>
        <w:rPr>
          <w:sz w:val="28"/>
          <w:lang w:val="ru-RU"/>
          <w:bCs w:val="1"/>
          <w:szCs w:val="28"/>
        </w:rPr>
        <w:t vyd:_id="vyd:00000000000a7k">рамках</w:t>
      </w:r>
      <w:r>
        <w:rPr>
          <w:sz w:val="28"/>
          <w:lang w:val="ru-RU"/>
          <w:bCs w:val="1"/>
          <w:szCs w:val="28"/>
        </w:rPr>
        <w:t vyd:_id="vyd:00000000000a7j" xml:space="preserve"> </w:t>
      </w:r>
      <w:r>
        <w:rPr>
          <w:sz w:val="28"/>
          <w:lang w:val="ru-RU"/>
          <w:bCs w:val="1"/>
          <w:szCs w:val="28"/>
        </w:rPr>
        <w:t vyd:_id="vyd:00000000000a7i">освоения</w:t>
      </w:r>
      <w:r>
        <w:rPr>
          <w:sz w:val="28"/>
          <w:lang w:val="ru-RU"/>
          <w:bCs w:val="1"/>
          <w:szCs w:val="28"/>
        </w:rPr>
        <w:t vyd:_id="vyd:00000000000a7h" xml:space="preserve"> </w:t>
      </w:r>
      <w:r>
        <w:rPr>
          <w:sz w:val="28"/>
          <w:lang w:val="ru-RU"/>
          <w:bCs w:val="1"/>
          <w:szCs w:val="28"/>
        </w:rPr>
        <w:t vyd:_id="vyd:00000000000a7g">ресурсов</w:t>
      </w:r>
      <w:r>
        <w:rPr>
          <w:sz w:val="28"/>
          <w:lang w:val="ru-RU"/>
          <w:bCs w:val="1"/>
          <w:szCs w:val="28"/>
        </w:rPr>
        <w:t vyd:_id="vyd:00000000000a7f" xml:space="preserve"> </w:t>
      </w:r>
      <w:r>
        <w:rPr>
          <w:sz w:val="28"/>
          <w:lang w:val="ru-RU"/>
          <w:bCs w:val="1"/>
          <w:szCs w:val="28"/>
        </w:rPr>
        <w:t vyd:_id="vyd:00000000000a7e">и</w:t>
      </w:r>
      <w:r>
        <w:rPr>
          <w:sz w:val="28"/>
          <w:lang w:val="ru-RU"/>
          <w:bCs w:val="1"/>
          <w:szCs w:val="28"/>
        </w:rPr>
        <w:t vyd:_id="vyd:00000000000a7d" xml:space="preserve"> </w:t>
      </w:r>
      <w:r>
        <w:rPr>
          <w:sz w:val="28"/>
          <w:lang w:val="ru-RU"/>
          <w:bCs w:val="1"/>
          <w:szCs w:val="28"/>
        </w:rPr>
        <w:t vyd:_id="vyd:00000000000a7c">пространств,</w:t>
      </w:r>
      <w:r>
        <w:rPr>
          <w:sz w:val="28"/>
          <w:lang w:val="ru-RU"/>
          <w:bCs w:val="1"/>
          <w:szCs w:val="28"/>
        </w:rPr>
        <w:t vyd:_id="vyd:00000000000a7b" xml:space="preserve"> </w:t>
      </w:r>
      <w:r>
        <w:rPr>
          <w:sz w:val="28"/>
          <w:lang w:val="ru-RU"/>
          <w:bCs w:val="1"/>
          <w:szCs w:val="28"/>
        </w:rPr>
        <w:t vyd:_id="vyd:00000000000a7a">в</w:t>
      </w:r>
      <w:r>
        <w:rPr>
          <w:sz w:val="28"/>
          <w:lang w:val="ru-RU"/>
          <w:bCs w:val="1"/>
          <w:szCs w:val="28"/>
        </w:rPr>
        <w:t vyd:_id="vyd:00000000000a79" xml:space="preserve"> </w:t>
      </w:r>
      <w:r>
        <w:rPr>
          <w:sz w:val="28"/>
          <w:lang w:val="ru-RU"/>
          <w:bCs w:val="1"/>
          <w:szCs w:val="28"/>
        </w:rPr>
        <w:t vyd:_id="vyd:00000000000a78">дополнени</w:t>
      </w:r>
      <w:r>
        <w:rPr>
          <w:sz w:val="28"/>
          <w:lang w:val="ru-RU"/>
          <w:bCs w:val="1"/>
          <w:szCs w:val="28"/>
        </w:rPr>
        <w:t vyd:_id="vyd:00000000000a77" xml:space="preserve">е </w:t>
      </w:r>
      <w:r>
        <w:rPr>
          <w:sz w:val="28"/>
          <w:lang w:val="ru-RU"/>
          <w:bCs w:val="1"/>
          <w:szCs w:val="28"/>
        </w:rPr>
        <w:t vyd:_id="vyd:00000000000a76">к</w:t>
      </w:r>
      <w:r>
        <w:rPr>
          <w:sz w:val="28"/>
          <w:lang w:val="ru-RU"/>
          <w:bCs w:val="1"/>
          <w:szCs w:val="28"/>
        </w:rPr>
        <w:t vyd:_id="vyd:00000000000a75" xml:space="preserve"> </w:t>
      </w:r>
      <w:r>
        <w:rPr>
          <w:sz w:val="28"/>
          <w:lang w:val="ru-RU"/>
          <w:bCs w:val="1"/>
          <w:szCs w:val="28"/>
        </w:rPr>
        <w:t vyd:_id="vyd:00000000000a74">развитию</w:t>
      </w:r>
      <w:r>
        <w:rPr>
          <w:sz w:val="28"/>
          <w:lang w:val="ru-RU"/>
          <w:bCs w:val="1"/>
          <w:szCs w:val="28"/>
        </w:rPr>
        <w:t vyd:_id="vyd:00000000000a73" xml:space="preserve"> </w:t>
      </w:r>
      <w:r>
        <w:rPr>
          <w:sz w:val="28"/>
          <w:lang w:val="ru-RU"/>
          <w:bCs w:val="1"/>
          <w:szCs w:val="28"/>
        </w:rPr>
        <w:t vyd:_id="vyd:00000000000a72">Северно</w:t>
      </w:r>
      <w:r>
        <w:rPr>
          <w:sz w:val="28"/>
          <w:lang w:val="ru-RU"/>
          <w:bCs w:val="1"/>
          <w:szCs w:val="28"/>
        </w:rPr>
        <w:t vyd:_id="vyd:00000000000a71" xml:space="preserve">го </w:t>
      </w:r>
      <w:r>
        <w:rPr>
          <w:sz w:val="28"/>
          <w:lang w:val="ru-RU"/>
          <w:bCs w:val="1"/>
          <w:szCs w:val="28"/>
        </w:rPr>
        <w:t vyd:_id="vyd:00000000000a70">морско</w:t>
      </w:r>
      <w:r>
        <w:rPr>
          <w:sz w:val="28"/>
          <w:lang w:val="ru-RU"/>
          <w:bCs w:val="1"/>
          <w:szCs w:val="28"/>
        </w:rPr>
        <w:t vyd:_id="vyd:00000000000a6z" xml:space="preserve">го </w:t>
      </w:r>
      <w:r>
        <w:rPr>
          <w:sz w:val="28"/>
          <w:lang w:val="ru-RU"/>
          <w:bCs w:val="1"/>
          <w:szCs w:val="28"/>
        </w:rPr>
        <w:t vyd:_id="vyd:00000000000a6y">пути</w:t>
      </w:r>
      <w:r>
        <w:rPr>
          <w:sz w:val="28"/>
          <w:lang w:val="ru-RU"/>
          <w:bCs w:val="1"/>
          <w:szCs w:val="28"/>
        </w:rPr>
        <w:t vyd:_id="vyd:00000000000a6x" xml:space="preserve"> </w:t>
      </w:r>
      <w:r>
        <w:rPr>
          <w:sz w:val="28"/>
          <w:lang w:val="ru-RU"/>
          <w:bCs w:val="1"/>
          <w:szCs w:val="28"/>
        </w:rPr>
        <w:t vyd:_id="vyd:00000000000a6w">Россия</w:t>
      </w:r>
      <w:r>
        <w:rPr>
          <w:sz w:val="28"/>
          <w:lang w:val="ru-RU"/>
          <w:bCs w:val="1"/>
          <w:szCs w:val="28"/>
        </w:rPr>
        <w:t vyd:_id="vyd:00000000000a6v" xml:space="preserve"> </w:t>
      </w:r>
      <w:r>
        <w:rPr>
          <w:sz w:val="28"/>
          <w:lang w:val="ru-RU"/>
          <w:bCs w:val="1"/>
          <w:szCs w:val="28"/>
        </w:rPr>
        <w:t vyd:_id="vyd:00000000000a6u">в</w:t>
      </w:r>
      <w:r>
        <w:rPr>
          <w:sz w:val="28"/>
          <w:lang w:val="ru-RU"/>
          <w:bCs w:val="1"/>
          <w:szCs w:val="28"/>
        </w:rPr>
        <w:t vyd:_id="vyd:00000000000a6t" xml:space="preserve"> </w:t>
      </w:r>
      <w:r>
        <w:rPr>
          <w:sz w:val="28"/>
          <w:lang w:val="ru-RU"/>
          <w:bCs w:val="1"/>
          <w:szCs w:val="28"/>
        </w:rPr>
        <w:t vyd:_id="vyd:00000000000a6s">целом</w:t>
      </w:r>
      <w:r>
        <w:rPr>
          <w:sz w:val="28"/>
          <w:lang w:val="ru-RU"/>
          <w:bCs w:val="1"/>
          <w:szCs w:val="28"/>
        </w:rPr>
        <w:t vyd:_id="vyd:00000000000a6r" xml:space="preserve"> </w:t>
      </w:r>
      <w:r>
        <w:rPr>
          <w:sz w:val="28"/>
          <w:lang w:val="ru-RU"/>
          <w:bCs w:val="1"/>
          <w:szCs w:val="28"/>
        </w:rPr>
        <w:t vyd:_id="vyd:00000000000a6q">повышает</w:t>
      </w:r>
      <w:r>
        <w:rPr>
          <w:sz w:val="28"/>
          <w:lang w:val="ru-RU"/>
          <w:bCs w:val="1"/>
          <w:szCs w:val="28"/>
        </w:rPr>
        <w:t vyd:_id="vyd:00000000000a6p" xml:space="preserve"> </w:t>
      </w:r>
      <w:r>
        <w:rPr>
          <w:sz w:val="28"/>
          <w:lang w:val="ru-RU"/>
          <w:bCs w:val="1"/>
          <w:szCs w:val="28"/>
        </w:rPr>
        <w:t vyd:_id="vyd:00000000000a6o">уровень</w:t>
      </w:r>
      <w:r>
        <w:rPr>
          <w:sz w:val="28"/>
          <w:lang w:val="ru-RU"/>
          <w:bCs w:val="1"/>
          <w:szCs w:val="28"/>
        </w:rPr>
        <w:t vyd:_id="vyd:00000000000a6n" xml:space="preserve"> </w:t>
      </w:r>
      <w:r>
        <w:rPr>
          <w:sz w:val="28"/>
          <w:lang w:val="ru-RU"/>
          <w:bCs w:val="1"/>
          <w:szCs w:val="28"/>
        </w:rPr>
        <w:t vyd:_id="vyd:00000000000a6m">освоения</w:t>
      </w:r>
      <w:r>
        <w:rPr>
          <w:sz w:val="28"/>
          <w:lang w:val="ru-RU"/>
          <w:bCs w:val="1"/>
          <w:szCs w:val="28"/>
        </w:rPr>
        <w:t vyd:_id="vyd:00000000000a6l" xml:space="preserve"> </w:t>
      </w:r>
      <w:r>
        <w:rPr>
          <w:sz w:val="28"/>
          <w:lang w:val="ru-RU"/>
          <w:bCs w:val="1"/>
          <w:szCs w:val="28"/>
        </w:rPr>
        <w:t vyd:_id="vyd:00000000000a6k">своих</w:t>
      </w:r>
      <w:r>
        <w:rPr>
          <w:sz w:val="28"/>
          <w:lang w:val="ru-RU"/>
          <w:bCs w:val="1"/>
          <w:szCs w:val="28"/>
        </w:rPr>
        <w:t vyd:_id="vyd:00000000000a6j" xml:space="preserve"> </w:t>
      </w:r>
      <w:r>
        <w:rPr>
          <w:sz w:val="28"/>
          <w:lang w:val="ru-RU"/>
          <w:bCs w:val="1"/>
          <w:szCs w:val="28"/>
        </w:rPr>
        <w:t vyd:_id="vyd:00000000000a6i">арктических</w:t>
      </w:r>
      <w:r>
        <w:rPr>
          <w:sz w:val="28"/>
          <w:lang w:val="ru-RU"/>
          <w:bCs w:val="1"/>
          <w:szCs w:val="28"/>
        </w:rPr>
        <w:t vyd:_id="vyd:00000000000a6h" xml:space="preserve"> </w:t>
      </w:r>
      <w:r>
        <w:rPr>
          <w:sz w:val="28"/>
          <w:lang w:val="ru-RU"/>
          <w:bCs w:val="1"/>
          <w:szCs w:val="28"/>
        </w:rPr>
        <w:t vyd:_id="vyd:00000000000a6g">территорий.</w:t>
      </w:r>
      <w:r>
        <w:rPr>
          <w:sz w:val="28"/>
          <w:lang w:val="ru-RU"/>
          <w:bCs w:val="1"/>
          <w:szCs w:val="28"/>
        </w:rPr>
        <w:t vyd:_id="vyd:00000000000a6f" xml:space="preserve"> </w:t>
      </w:r>
      <w:r>
        <w:rPr>
          <w:sz w:val="28"/>
          <w:lang w:val="ru-RU"/>
          <w:bCs w:val="1"/>
          <w:szCs w:val="28"/>
        </w:rPr>
        <w:t vyd:_id="vyd:00000000000a6e">В</w:t>
      </w:r>
      <w:r>
        <w:rPr>
          <w:sz w:val="28"/>
          <w:lang w:val="ru-RU"/>
          <w:bCs w:val="1"/>
          <w:szCs w:val="28"/>
        </w:rPr>
        <w:t vyd:_id="vyd:00000000000a6d" xml:space="preserve"> </w:t>
      </w:r>
      <w:r>
        <w:rPr>
          <w:sz w:val="28"/>
          <w:bCs w:val="1"/>
          <w:szCs w:val="28"/>
        </w:rPr>
        <w:t vyd:_id="vyd:00000000000a6c">XXI</w:t>
      </w:r>
      <w:r>
        <w:rPr>
          <w:sz w:val="28"/>
          <w:lang w:val="ru-RU"/>
          <w:bCs w:val="1"/>
          <w:szCs w:val="28"/>
        </w:rPr>
        <w:t vyd:_id="vyd:00000000000a6b" xml:space="preserve"> </w:t>
      </w:r>
      <w:r>
        <w:rPr>
          <w:sz w:val="28"/>
          <w:lang w:val="ru-RU"/>
          <w:bCs w:val="1"/>
          <w:szCs w:val="28"/>
        </w:rPr>
        <w:t vyd:_id="vyd:00000000000a6a">веке</w:t>
      </w:r>
      <w:r>
        <w:rPr>
          <w:sz w:val="28"/>
          <w:lang w:val="ru-RU"/>
          <w:bCs w:val="1"/>
          <w:szCs w:val="28"/>
        </w:rPr>
        <w:t vyd:_id="vyd:00000000000a69" xml:space="preserve"> </w:t>
      </w:r>
      <w:r>
        <w:rPr>
          <w:sz w:val="28"/>
          <w:lang w:val="ru-RU"/>
          <w:bCs w:val="1"/>
          <w:szCs w:val="28"/>
        </w:rPr>
        <w:t vyd:_id="vyd:00000000000a68">действует</w:t>
      </w:r>
      <w:r>
        <w:rPr>
          <w:sz w:val="28"/>
          <w:lang w:val="ru-RU"/>
          <w:bCs w:val="1"/>
          <w:szCs w:val="28"/>
        </w:rPr>
        <w:t vyd:_id="vyd:00000000000a67" xml:space="preserve"> </w:t>
      </w:r>
      <w:r>
        <w:rPr>
          <w:sz w:val="28"/>
          <w:lang w:val="ru-RU"/>
          <w:bCs w:val="1"/>
          <w:szCs w:val="28"/>
        </w:rPr>
        <w:t vyd:_id="vyd:00000000000a66">проект</w:t>
      </w:r>
      <w:r>
        <w:rPr>
          <w:sz w:val="28"/>
          <w:lang w:val="ru-RU"/>
          <w:bCs w:val="1"/>
          <w:szCs w:val="28"/>
        </w:rPr>
        <w:t vyd:_id="vyd:00000000000a65" xml:space="preserve"> «</w:t>
      </w:r>
      <w:r>
        <w:rPr>
          <w:sz w:val="28"/>
          <w:lang w:val="ru-RU"/>
          <w:bCs w:val="1"/>
          <w:szCs w:val="28"/>
        </w:rPr>
        <w:t vyd:_id="vyd:00000000000a64">Ямал</w:t>
      </w:r>
      <w:r>
        <w:rPr>
          <w:sz w:val="28"/>
          <w:lang w:val="ru-RU"/>
          <w:bCs w:val="1"/>
          <w:szCs w:val="28"/>
        </w:rPr>
        <w:t vyd:_id="vyd:00000000000a63" xml:space="preserve"> </w:t>
      </w:r>
      <w:r>
        <w:rPr>
          <w:sz w:val="28"/>
          <w:lang w:val="ru-RU"/>
          <w:bCs w:val="1"/>
          <w:szCs w:val="28"/>
        </w:rPr>
        <w:t vyd:_id="vyd:00000000000a62">СПГ</w:t>
      </w:r>
      <w:r>
        <w:rPr>
          <w:sz w:val="28"/>
          <w:lang w:val="ru-RU"/>
          <w:bCs w:val="1"/>
          <w:szCs w:val="28"/>
        </w:rPr>
        <w:t vyd:_id="vyd:00000000000a61" xml:space="preserve">» — </w:t>
      </w:r>
      <w:r>
        <w:rPr>
          <w:sz w:val="28"/>
          <w:lang w:val="ru-RU"/>
          <w:bCs w:val="1"/>
          <w:szCs w:val="28"/>
        </w:rPr>
        <w:t vyd:_id="vyd:00000000000a60">добыча</w:t>
      </w:r>
      <w:r>
        <w:rPr>
          <w:sz w:val="28"/>
          <w:lang w:val="ru-RU"/>
          <w:bCs w:val="1"/>
          <w:szCs w:val="28"/>
        </w:rPr>
        <w:t vyd:_id="vyd:00000000000a5z" xml:space="preserve"> </w:t>
      </w:r>
      <w:r>
        <w:rPr>
          <w:sz w:val="28"/>
          <w:lang w:val="ru-RU"/>
          <w:bCs w:val="1"/>
          <w:szCs w:val="28"/>
        </w:rPr>
        <w:t vyd:_id="vyd:00000000000a5y">и</w:t>
      </w:r>
      <w:r>
        <w:rPr>
          <w:sz w:val="28"/>
          <w:lang w:val="ru-RU"/>
          <w:bCs w:val="1"/>
          <w:szCs w:val="28"/>
        </w:rPr>
        <w:t vyd:_id="vyd:00000000000a5x" xml:space="preserve"> </w:t>
      </w:r>
      <w:r>
        <w:rPr>
          <w:sz w:val="28"/>
          <w:lang w:val="ru-RU"/>
          <w:bCs w:val="1"/>
          <w:szCs w:val="28"/>
        </w:rPr>
        <w:t vyd:_id="vyd:00000000000a5w">производство</w:t>
      </w:r>
      <w:r>
        <w:rPr>
          <w:sz w:val="28"/>
          <w:lang w:val="ru-RU"/>
          <w:bCs w:val="1"/>
          <w:szCs w:val="28"/>
        </w:rPr>
        <w:t vyd:_id="vyd:00000000000a5v" xml:space="preserve"> </w:t>
      </w:r>
      <w:r>
        <w:rPr>
          <w:sz w:val="28"/>
          <w:lang w:val="ru-RU"/>
          <w:bCs w:val="1"/>
          <w:szCs w:val="28"/>
        </w:rPr>
        <w:t vyd:_id="vyd:00000000000a5u">сжиженного</w:t>
      </w:r>
      <w:r>
        <w:rPr>
          <w:sz w:val="28"/>
          <w:lang w:val="ru-RU"/>
          <w:bCs w:val="1"/>
          <w:szCs w:val="28"/>
        </w:rPr>
        <w:t vyd:_id="vyd:00000000000a5t" xml:space="preserve"> </w:t>
      </w:r>
      <w:r>
        <w:rPr>
          <w:sz w:val="28"/>
          <w:lang w:val="ru-RU"/>
          <w:bCs w:val="1"/>
          <w:szCs w:val="28"/>
        </w:rPr>
        <w:t vyd:_id="vyd:00000000000a5s">газа</w:t>
      </w:r>
      <w:r>
        <w:rPr>
          <w:sz w:val="28"/>
          <w:lang w:val="ru-RU"/>
          <w:bCs w:val="1"/>
          <w:szCs w:val="28"/>
        </w:rPr>
        <w:t vyd:_id="vyd:00000000000a5r" xml:space="preserve"> </w:t>
      </w:r>
      <w:r>
        <w:rPr>
          <w:sz w:val="28"/>
          <w:lang w:val="ru-RU"/>
          <w:bCs w:val="1"/>
          <w:szCs w:val="28"/>
        </w:rPr>
        <w:t vyd:_id="vyd:00000000000a5q">на</w:t>
      </w:r>
      <w:r>
        <w:rPr>
          <w:sz w:val="28"/>
          <w:lang w:val="ru-RU"/>
          <w:bCs w:val="1"/>
          <w:szCs w:val="28"/>
        </w:rPr>
        <w:t vyd:_id="vyd:00000000000a5p" xml:space="preserve"> </w:t>
      </w:r>
      <w:r>
        <w:rPr>
          <w:sz w:val="28"/>
          <w:lang w:val="ru-RU"/>
          <w:bCs w:val="1"/>
          <w:szCs w:val="28"/>
        </w:rPr>
        <w:t vyd:_id="vyd:00000000000a5o">полуострове</w:t>
      </w:r>
      <w:r>
        <w:rPr>
          <w:sz w:val="28"/>
          <w:lang w:val="ru-RU"/>
          <w:bCs w:val="1"/>
          <w:szCs w:val="28"/>
        </w:rPr>
        <w:t vyd:_id="vyd:00000000000a5n" xml:space="preserve"> </w:t>
      </w:r>
      <w:r>
        <w:rPr>
          <w:sz w:val="28"/>
          <w:lang w:val="ru-RU"/>
          <w:bCs w:val="1"/>
          <w:szCs w:val="28"/>
        </w:rPr>
        <w:t vyd:_id="vyd:00000000000a5m">Ямал</w:t>
      </w:r>
      <w:r>
        <w:rPr>
          <w:sz w:val="28"/>
          <w:lang w:val="ru-RU"/>
          <w:bCs w:val="1"/>
          <w:szCs w:val="28"/>
        </w:rPr>
        <w:t vyd:_id="vyd:00000000000a5l" xml:space="preserve"> </w:t>
      </w:r>
      <w:r>
        <w:rPr>
          <w:sz w:val="28"/>
          <w:lang w:val="ru-RU"/>
          <w:bCs w:val="1"/>
          <w:szCs w:val="28"/>
        </w:rPr>
        <w:t vyd:_id="vyd:00000000000a5k">с</w:t>
      </w:r>
      <w:r>
        <w:rPr>
          <w:sz w:val="28"/>
          <w:lang w:val="ru-RU"/>
          <w:bCs w:val="1"/>
          <w:szCs w:val="28"/>
        </w:rPr>
        <w:t vyd:_id="vyd:00000000000a5j" xml:space="preserve"> </w:t>
      </w:r>
      <w:r>
        <w:rPr>
          <w:sz w:val="28"/>
          <w:lang w:val="ru-RU"/>
          <w:bCs w:val="1"/>
          <w:szCs w:val="28"/>
        </w:rPr>
        <w:t vyd:_id="vyd:00000000000a5i">последующей</w:t>
      </w:r>
      <w:r>
        <w:rPr>
          <w:sz w:val="28"/>
          <w:lang w:val="ru-RU"/>
          <w:bCs w:val="1"/>
          <w:szCs w:val="28"/>
        </w:rPr>
        <w:t vyd:_id="vyd:00000000000a5h" xml:space="preserve"> </w:t>
      </w:r>
      <w:r>
        <w:rPr>
          <w:sz w:val="28"/>
          <w:lang w:val="ru-RU"/>
          <w:bCs w:val="1"/>
          <w:szCs w:val="28"/>
        </w:rPr>
        <w:t vyd:_id="vyd:00000000000a5g">транспортировкой.</w:t>
      </w:r>
      <w:r>
        <w:rPr>
          <w:sz w:val="28"/>
          <w:lang w:val="ru-RU"/>
          <w:bCs w:val="1"/>
          <w:szCs w:val="28"/>
        </w:rPr>
        <w:t vyd:_id="vyd:00000000000a5f" xml:space="preserve"> </w:t>
      </w:r>
      <w:r>
        <w:rPr>
          <w:sz w:val="28"/>
          <w:lang w:val="ru-RU"/>
          <w:bCs w:val="1"/>
          <w:szCs w:val="28"/>
        </w:rPr>
        <w:t vyd:_id="vyd:00000000000a5e">Проект</w:t>
      </w:r>
      <w:r>
        <w:rPr>
          <w:sz w:val="28"/>
          <w:lang w:val="ru-RU"/>
          <w:bCs w:val="1"/>
          <w:szCs w:val="28"/>
        </w:rPr>
        <w:t vyd:_id="vyd:00000000000a5d" xml:space="preserve"> </w:t>
      </w:r>
      <w:r>
        <w:rPr>
          <w:sz w:val="28"/>
          <w:lang w:val="ru-RU"/>
          <w:bCs w:val="1"/>
          <w:szCs w:val="28"/>
        </w:rPr>
        <w:t vyd:_id="vyd:00000000000a5c">стартовал</w:t>
      </w:r>
      <w:r>
        <w:rPr>
          <w:sz w:val="28"/>
          <w:lang w:val="ru-RU"/>
          <w:bCs w:val="1"/>
          <w:szCs w:val="28"/>
        </w:rPr>
        <w:t vyd:_id="vyd:00000000000a5b" xml:space="preserve"> </w:t>
      </w:r>
      <w:r>
        <w:rPr>
          <w:sz w:val="28"/>
          <w:lang w:val="ru-RU"/>
          <w:bCs w:val="1"/>
          <w:szCs w:val="28"/>
        </w:rPr>
        <w:t vyd:_id="vyd:00000000000a5a">в</w:t>
      </w:r>
      <w:r>
        <w:rPr>
          <w:sz w:val="28"/>
          <w:lang w:val="ru-RU"/>
          <w:bCs w:val="1"/>
          <w:szCs w:val="28"/>
        </w:rPr>
        <w:t vyd:_id="vyd:00000000000a59" xml:space="preserve"> </w:t>
      </w:r>
      <w:r>
        <w:rPr>
          <w:sz w:val="28"/>
          <w:lang w:val="ru-RU"/>
          <w:bCs w:val="1"/>
          <w:szCs w:val="28"/>
        </w:rPr>
        <w:t vyd:_id="vyd:00000000000a58">2010</w:t>
      </w:r>
      <w:r>
        <w:rPr>
          <w:sz w:val="28"/>
          <w:lang w:val="ru-RU"/>
          <w:bCs w:val="1"/>
          <w:szCs w:val="28"/>
        </w:rPr>
        <w:t vyd:_id="vyd:00000000000a57">-</w:t>
      </w:r>
      <w:r>
        <w:rPr>
          <w:sz w:val="28"/>
          <w:lang w:val="ru-RU"/>
          <w:bCs w:val="1"/>
          <w:szCs w:val="28"/>
        </w:rPr>
        <w:t vyd:_id="vyd:00000000000a56">е</w:t>
      </w:r>
      <w:r>
        <w:rPr>
          <w:sz w:val="28"/>
          <w:lang w:val="ru-RU"/>
          <w:bCs w:val="1"/>
          <w:szCs w:val="28"/>
        </w:rPr>
        <w:t vyd:_id="vyd:00000000000a55" xml:space="preserve"> </w:t>
      </w:r>
      <w:r>
        <w:rPr>
          <w:sz w:val="28"/>
          <w:lang w:val="ru-RU"/>
          <w:bCs w:val="1"/>
          <w:szCs w:val="28"/>
        </w:rPr>
        <w:t vyd:_id="vyd:00000000000a54">и</w:t>
      </w:r>
      <w:r>
        <w:rPr>
          <w:sz w:val="28"/>
          <w:lang w:val="ru-RU"/>
          <w:bCs w:val="1"/>
          <w:szCs w:val="28"/>
        </w:rPr>
        <w:t vyd:_id="vyd:00000000000a53" xml:space="preserve"> </w:t>
      </w:r>
      <w:r>
        <w:rPr>
          <w:sz w:val="28"/>
          <w:lang w:val="ru-RU"/>
          <w:bCs w:val="1"/>
          <w:szCs w:val="28"/>
        </w:rPr>
        <w:t vyd:_id="vyd:00000000000a52">представляет</w:t>
      </w:r>
      <w:r>
        <w:rPr>
          <w:sz w:val="28"/>
          <w:lang w:val="ru-RU"/>
          <w:bCs w:val="1"/>
          <w:szCs w:val="28"/>
        </w:rPr>
        <w:t vyd:_id="vyd:00000000000a51" xml:space="preserve"> </w:t>
      </w:r>
      <w:r>
        <w:rPr>
          <w:sz w:val="28"/>
          <w:lang w:val="ru-RU"/>
          <w:bCs w:val="1"/>
          <w:szCs w:val="28"/>
        </w:rPr>
        <w:t vyd:_id="vyd:00000000000a50">из</w:t>
      </w:r>
      <w:r>
        <w:rPr>
          <w:sz w:val="28"/>
          <w:lang w:val="ru-RU"/>
          <w:bCs w:val="1"/>
          <w:szCs w:val="28"/>
        </w:rPr>
        <w:t vyd:_id="vyd:00000000000a4z" xml:space="preserve"> </w:t>
      </w:r>
      <w:r>
        <w:rPr>
          <w:sz w:val="28"/>
          <w:lang w:val="ru-RU"/>
          <w:bCs w:val="1"/>
          <w:szCs w:val="28"/>
        </w:rPr>
        <w:t vyd:_id="vyd:00000000000a4y">себя</w:t>
      </w:r>
      <w:r>
        <w:rPr>
          <w:sz w:val="28"/>
          <w:lang w:val="ru-RU"/>
          <w:bCs w:val="1"/>
          <w:szCs w:val="28"/>
        </w:rPr>
        <w:t vyd:_id="vyd:00000000000a4x" xml:space="preserve"> </w:t>
      </w:r>
      <w:r>
        <w:rPr>
          <w:sz w:val="28"/>
          <w:lang w:val="ru-RU"/>
          <w:bCs w:val="1"/>
          <w:szCs w:val="28"/>
        </w:rPr>
        <w:t vyd:_id="vyd:00000000000a4w">завод</w:t>
      </w:r>
      <w:r>
        <w:rPr>
          <w:sz w:val="28"/>
          <w:lang w:val="ru-RU"/>
          <w:bCs w:val="1"/>
          <w:szCs w:val="28"/>
        </w:rPr>
        <w:t vyd:_id="vyd:00000000000a4v" xml:space="preserve"> </w:t>
      </w:r>
      <w:r>
        <w:rPr>
          <w:sz w:val="28"/>
          <w:lang w:val="ru-RU"/>
          <w:bCs w:val="1"/>
          <w:szCs w:val="28"/>
        </w:rPr>
        <w:t vyd:_id="vyd:00000000000a4u">по</w:t>
      </w:r>
      <w:r>
        <w:rPr>
          <w:sz w:val="28"/>
          <w:lang w:val="ru-RU"/>
          <w:bCs w:val="1"/>
          <w:szCs w:val="28"/>
        </w:rPr>
        <w:t vyd:_id="vyd:00000000000a4t" xml:space="preserve"> </w:t>
      </w:r>
      <w:r>
        <w:rPr>
          <w:sz w:val="28"/>
          <w:lang w:val="ru-RU"/>
          <w:bCs w:val="1"/>
          <w:szCs w:val="28"/>
        </w:rPr>
        <w:t vyd:_id="vyd:00000000000a4s">переработке</w:t>
      </w:r>
      <w:r>
        <w:rPr>
          <w:sz w:val="28"/>
          <w:lang w:val="ru-RU"/>
          <w:bCs w:val="1"/>
          <w:szCs w:val="28"/>
        </w:rPr>
        <w:t vyd:_id="vyd:00000000000a4r" xml:space="preserve"> </w:t>
      </w:r>
      <w:r>
        <w:rPr>
          <w:sz w:val="28"/>
          <w:lang w:val="ru-RU"/>
          <w:bCs w:val="1"/>
          <w:szCs w:val="28"/>
        </w:rPr>
        <w:t vyd:_id="vyd:00000000000a4q">природного</w:t>
      </w:r>
      <w:r>
        <w:rPr>
          <w:sz w:val="28"/>
          <w:lang w:val="ru-RU"/>
          <w:bCs w:val="1"/>
          <w:szCs w:val="28"/>
        </w:rPr>
        <w:t vyd:_id="vyd:00000000000a4p" xml:space="preserve"> </w:t>
      </w:r>
      <w:r>
        <w:rPr>
          <w:sz w:val="28"/>
          <w:lang w:val="ru-RU"/>
          <w:bCs w:val="1"/>
          <w:szCs w:val="28"/>
        </w:rPr>
        <w:t vyd:_id="vyd:00000000000a4o">газа,</w:t>
      </w:r>
      <w:r>
        <w:rPr>
          <w:sz w:val="28"/>
          <w:lang w:val="ru-RU"/>
          <w:bCs w:val="1"/>
          <w:szCs w:val="28"/>
        </w:rPr>
        <w:t vyd:_id="vyd:00000000000a4n" xml:space="preserve"> </w:t>
      </w:r>
      <w:r>
        <w:rPr>
          <w:sz w:val="28"/>
          <w:lang w:val="ru-RU"/>
          <w:bCs w:val="1"/>
          <w:szCs w:val="28"/>
        </w:rPr>
        <w:t vyd:_id="vyd:00000000000a4m">газовой</w:t>
      </w:r>
      <w:r>
        <w:rPr>
          <w:sz w:val="28"/>
          <w:lang w:val="ru-RU"/>
          <w:bCs w:val="1"/>
          <w:szCs w:val="28"/>
        </w:rPr>
        <w:t vyd:_id="vyd:00000000000a4l" xml:space="preserve"> </w:t>
      </w:r>
      <w:r>
        <w:rPr>
          <w:sz w:val="28"/>
          <w:lang w:val="ru-RU"/>
          <w:bCs w:val="1"/>
          <w:szCs w:val="28"/>
        </w:rPr>
        <w:t vyd:_id="vyd:00000000000a4k">инфраструктуры,</w:t>
      </w:r>
      <w:r>
        <w:rPr>
          <w:sz w:val="28"/>
          <w:lang w:val="ru-RU"/>
          <w:bCs w:val="1"/>
          <w:szCs w:val="28"/>
        </w:rPr>
        <w:t vyd:_id="vyd:00000000000a4j" xml:space="preserve"> </w:t>
      </w:r>
      <w:r>
        <w:rPr>
          <w:sz w:val="28"/>
          <w:lang w:val="ru-RU"/>
          <w:bCs w:val="1"/>
          <w:szCs w:val="28"/>
        </w:rPr>
        <w:t vyd:_id="vyd:00000000000a4i">морского</w:t>
      </w:r>
      <w:r>
        <w:rPr>
          <w:sz w:val="28"/>
          <w:lang w:val="ru-RU"/>
          <w:bCs w:val="1"/>
          <w:szCs w:val="28"/>
        </w:rPr>
        <w:t vyd:_id="vyd:00000000000a4h" xml:space="preserve"> </w:t>
      </w:r>
      <w:r>
        <w:rPr>
          <w:sz w:val="28"/>
          <w:lang w:val="ru-RU"/>
          <w:bCs w:val="1"/>
          <w:szCs w:val="28"/>
        </w:rPr>
        <w:t vyd:_id="vyd:00000000000a4g">порта</w:t>
      </w:r>
      <w:r>
        <w:rPr>
          <w:sz w:val="28"/>
          <w:lang w:val="ru-RU"/>
          <w:bCs w:val="1"/>
          <w:szCs w:val="28"/>
        </w:rPr>
        <w:t vyd:_id="vyd:00000000000a4f" xml:space="preserve"> </w:t>
      </w:r>
      <w:r>
        <w:rPr>
          <w:sz w:val="28"/>
          <w:lang w:val="ru-RU"/>
          <w:bCs w:val="1"/>
          <w:szCs w:val="28"/>
        </w:rPr>
        <w:t vyd:_id="vyd:00000000000a4e">Сабетта</w:t>
      </w:r>
      <w:r>
        <w:rPr>
          <w:sz w:val="28"/>
          <w:lang w:val="ru-RU"/>
          <w:bCs w:val="1"/>
          <w:szCs w:val="28"/>
        </w:rPr>
        <w:t vyd:_id="vyd:00000000000a4d">.</w:t>
      </w:r>
      <w:r>
        <w:rPr>
          <w:sz w:val="28"/>
          <w:lang w:val="ru-RU"/>
          <w:bCs w:val="1"/>
          <w:szCs w:val="28"/>
        </w:rPr>
        <w:t vyd:_id="vyd:00000000000a4c" xml:space="preserve"> </w:t>
      </w:r>
      <w:r>
        <w:rPr>
          <w:sz w:val="28"/>
          <w:lang w:val="ru-RU"/>
          <w:bCs w:val="1"/>
          <w:szCs w:val="28"/>
        </w:rPr>
        <w:t vyd:_id="vyd:00000000000a4b">В его создании участвовало более 60 тысяч человек</w:t>
      </w:r>
      <w:r>
        <w:rPr>
          <w:rStyle w:val="aff8"/>
          <w:sz w:val="28"/>
          <w:lang w:val="ru-RU"/>
          <w:bCs w:val="1"/>
          <w:szCs w:val="28"/>
        </w:rPr>
        <w:footnoteReference vyd:_id="vyd:00000000000a4a" w:id="83"/>
      </w:r>
      <w:r>
        <w:rPr>
          <w:sz w:val="28"/>
          <w:lang w:val="ru-RU"/>
          <w:bCs w:val="1"/>
          <w:szCs w:val="28"/>
        </w:rPr>
        <w:t vyd:_id="vyd:00000000000a49">. Сам проект продуктивно</w:t>
      </w:r>
      <w:r>
        <w:rPr>
          <w:sz w:val="28"/>
          <w:lang w:val="ru-RU"/>
          <w:bCs w:val="1"/>
          <w:szCs w:val="28"/>
        </w:rPr>
        <w:t vyd:_id="vyd:00000000000a48" xml:space="preserve"> </w:t>
      </w:r>
      <w:r>
        <w:rPr>
          <w:sz w:val="28"/>
          <w:lang w:val="ru-RU"/>
          <w:bCs w:val="1"/>
          <w:szCs w:val="28"/>
        </w:rPr>
        <w:t vyd:_id="vyd:00000000000a47">функционирует</w:t>
      </w:r>
      <w:r>
        <w:rPr>
          <w:sz w:val="28"/>
          <w:lang w:val="ru-RU"/>
          <w:bCs w:val="1"/>
          <w:szCs w:val="28"/>
        </w:rPr>
        <w:t vyd:_id="vyd:00000000000a46" xml:space="preserve"> </w:t>
      </w:r>
      <w:r>
        <w:rPr>
          <w:sz w:val="28"/>
          <w:lang w:val="ru-RU"/>
          <w:bCs w:val="1"/>
          <w:szCs w:val="28"/>
        </w:rPr>
        <w:t vyd:_id="vyd:00000000000a45">благодаря</w:t>
      </w:r>
      <w:r>
        <w:rPr>
          <w:sz w:val="28"/>
          <w:lang w:val="ru-RU"/>
          <w:bCs w:val="1"/>
          <w:szCs w:val="28"/>
        </w:rPr>
        <w:t vyd:_id="vyd:00000000000a44" xml:space="preserve"> </w:t>
      </w:r>
      <w:r>
        <w:rPr>
          <w:sz w:val="28"/>
          <w:lang w:val="ru-RU"/>
          <w:bCs w:val="1"/>
          <w:szCs w:val="28"/>
        </w:rPr>
        <w:t vyd:_id="vyd:00000000000a43">открытию</w:t>
      </w:r>
      <w:r>
        <w:rPr>
          <w:sz w:val="28"/>
          <w:lang w:val="ru-RU"/>
          <w:bCs w:val="1"/>
          <w:szCs w:val="28"/>
        </w:rPr>
        <w:t vyd:_id="vyd:00000000000a42" xml:space="preserve"> </w:t>
      </w:r>
      <w:r>
        <w:rPr>
          <w:sz w:val="28"/>
          <w:lang w:val="ru-RU"/>
          <w:bCs w:val="1"/>
          <w:szCs w:val="28"/>
        </w:rPr>
        <w:t vyd:_id="vyd:00000000000a41">Северного</w:t>
      </w:r>
      <w:r>
        <w:rPr>
          <w:sz w:val="28"/>
          <w:lang w:val="ru-RU"/>
          <w:bCs w:val="1"/>
          <w:szCs w:val="28"/>
        </w:rPr>
        <w:t vyd:_id="vyd:00000000000a40" xml:space="preserve"> </w:t>
      </w:r>
      <w:r>
        <w:rPr>
          <w:sz w:val="28"/>
          <w:lang w:val="ru-RU"/>
          <w:bCs w:val="1"/>
          <w:szCs w:val="28"/>
        </w:rPr>
        <w:t vyd:_id="vyd:00000000000a3z">морского</w:t>
      </w:r>
      <w:r>
        <w:rPr>
          <w:sz w:val="28"/>
          <w:lang w:val="ru-RU"/>
          <w:bCs w:val="1"/>
          <w:szCs w:val="28"/>
        </w:rPr>
        <w:t vyd:_id="vyd:00000000000a3y" xml:space="preserve"> </w:t>
      </w:r>
      <w:r>
        <w:rPr>
          <w:sz w:val="28"/>
          <w:lang w:val="ru-RU"/>
          <w:bCs w:val="1"/>
          <w:szCs w:val="28"/>
        </w:rPr>
        <w:t vyd:_id="vyd:00000000000a3x">пути</w:t>
      </w:r>
      <w:r>
        <w:rPr>
          <w:sz w:val="28"/>
          <w:lang w:val="ru-RU"/>
          <w:bCs w:val="1"/>
          <w:szCs w:val="28"/>
        </w:rPr>
        <w:t vyd:_id="vyd:00000000000a3w">.</w:t>
      </w:r>
    </w:p>
    <w:p w14:paraId="3336A12C" w14:textId="77777777" w:rsidR="00401D4A" w:rsidRPr="003850CC" w:rsidRDefault="00401D4A" w:rsidP="00401D4A" vyd:_id="vyd:00000000000a25">
      <w:pPr>
        <w:pStyle w:val="LectureBody"/>
        <w:spacing w:after="0" w:line="360" w:lineRule="auto"/>
        <w:rPr>
          <w:sz w:val="28"/>
          <w:lang w:val="ru-RU"/>
          <w:bCs w:val="1"/>
          <w:szCs w:val="28"/>
        </w:rPr>
      </w:pPr>
      <w:r>
        <w:rPr>
          <w:sz w:val="28"/>
          <w:lang w:val="ru-RU"/>
          <w:bCs w:val="1"/>
          <w:szCs w:val="28"/>
        </w:rPr>
        <w:t vyd:_id="vyd:00000000000a3u" xml:space="preserve"> </w:t>
      </w:r>
      <w:r>
        <w:rPr>
          <w:sz w:val="28"/>
          <w:lang w:val="ru-RU"/>
          <w:bCs w:val="1"/>
          <w:szCs w:val="28"/>
        </w:rPr>
        <w:t vyd:_id="vyd:00000000000a3t">В</w:t>
      </w:r>
      <w:r>
        <w:rPr>
          <w:sz w:val="28"/>
          <w:lang w:val="ru-RU"/>
          <w:bCs w:val="1"/>
          <w:szCs w:val="28"/>
        </w:rPr>
        <w:t vyd:_id="vyd:00000000000a3s" xml:space="preserve"> </w:t>
      </w:r>
      <w:r>
        <w:rPr>
          <w:sz w:val="28"/>
          <w:lang w:val="ru-RU"/>
          <w:bCs w:val="1"/>
          <w:szCs w:val="28"/>
        </w:rPr>
        <w:t vyd:_id="vyd:00000000000a3r">2023</w:t>
      </w:r>
      <w:r>
        <w:rPr>
          <w:sz w:val="28"/>
          <w:lang w:val="ru-RU"/>
          <w:bCs w:val="1"/>
          <w:szCs w:val="28"/>
        </w:rPr>
        <w:t vyd:_id="vyd:00000000000a3q" xml:space="preserve"> </w:t>
      </w:r>
      <w:r>
        <w:rPr>
          <w:sz w:val="28"/>
          <w:lang w:val="ru-RU"/>
          <w:bCs w:val="1"/>
          <w:szCs w:val="28"/>
        </w:rPr>
        <w:t vyd:_id="vyd:00000000000a3p">запущен</w:t>
      </w:r>
      <w:r>
        <w:rPr>
          <w:sz w:val="28"/>
          <w:lang w:val="ru-RU"/>
          <w:bCs w:val="1"/>
          <w:szCs w:val="28"/>
        </w:rPr>
        <w:t vyd:_id="vyd:00000000000a3o" xml:space="preserve"> </w:t>
      </w:r>
      <w:r>
        <w:rPr>
          <w:sz w:val="28"/>
          <w:lang w:val="ru-RU"/>
          <w:bCs w:val="1"/>
          <w:szCs w:val="28"/>
        </w:rPr>
        <w:t vyd:_id="vyd:00000000000a3n">Удоканский</w:t>
      </w:r>
      <w:r>
        <w:rPr>
          <w:sz w:val="28"/>
          <w:lang w:val="ru-RU"/>
          <w:bCs w:val="1"/>
          <w:szCs w:val="28"/>
        </w:rPr>
        <w:t vyd:_id="vyd:00000000000a3m" xml:space="preserve"> </w:t>
      </w:r>
      <w:r>
        <w:rPr>
          <w:sz w:val="28"/>
          <w:lang w:val="ru-RU"/>
          <w:bCs w:val="1"/>
          <w:szCs w:val="28"/>
        </w:rPr>
        <w:t vyd:_id="vyd:00000000000a3l">горно-металлургический</w:t>
      </w:r>
      <w:r>
        <w:rPr>
          <w:sz w:val="28"/>
          <w:lang w:val="ru-RU"/>
          <w:bCs w:val="1"/>
          <w:szCs w:val="28"/>
        </w:rPr>
        <w:t vyd:_id="vyd:00000000000a3k" xml:space="preserve"> </w:t>
      </w:r>
      <w:r>
        <w:rPr>
          <w:sz w:val="28"/>
          <w:lang w:val="ru-RU"/>
          <w:bCs w:val="1"/>
          <w:szCs w:val="28"/>
        </w:rPr>
        <w:t vyd:_id="vyd:00000000000a3j">комбинат,</w:t>
      </w:r>
      <w:r>
        <w:rPr>
          <w:sz w:val="28"/>
          <w:lang w:val="ru-RU"/>
          <w:bCs w:val="1"/>
          <w:szCs w:val="28"/>
        </w:rPr>
        <w:t vyd:_id="vyd:00000000000a3i" xml:space="preserve"> </w:t>
      </w:r>
      <w:r>
        <w:rPr>
          <w:sz w:val="28"/>
          <w:lang w:val="ru-RU"/>
          <w:bCs w:val="1"/>
          <w:szCs w:val="28"/>
        </w:rPr>
        <w:t vyd:_id="vyd:00000000000a3h">занимающийся</w:t>
      </w:r>
      <w:r>
        <w:rPr>
          <w:sz w:val="28"/>
          <w:lang w:val="ru-RU"/>
          <w:bCs w:val="1"/>
          <w:szCs w:val="28"/>
        </w:rPr>
        <w:t vyd:_id="vyd:00000000000a3g" xml:space="preserve"> </w:t>
      </w:r>
      <w:r>
        <w:rPr>
          <w:sz w:val="28"/>
          <w:lang w:val="ru-RU"/>
          <w:bCs w:val="1"/>
          <w:szCs w:val="28"/>
        </w:rPr>
        <w:t vyd:_id="vyd:00000000000a3f">производством</w:t>
      </w:r>
      <w:r>
        <w:rPr>
          <w:sz w:val="28"/>
          <w:lang w:val="ru-RU"/>
          <w:bCs w:val="1"/>
          <w:szCs w:val="28"/>
        </w:rPr>
        <w:t vyd:_id="vyd:00000000000a3e" xml:space="preserve"> </w:t>
      </w:r>
      <w:r>
        <w:rPr>
          <w:sz w:val="28"/>
          <w:lang w:val="ru-RU"/>
          <w:bCs w:val="1"/>
          <w:szCs w:val="28"/>
        </w:rPr>
        <w:t vyd:_id="vyd:00000000000a3d">меди.</w:t>
      </w:r>
      <w:r>
        <w:rPr>
          <w:sz w:val="28"/>
          <w:lang w:val="ru-RU"/>
          <w:bCs w:val="1"/>
          <w:szCs w:val="28"/>
        </w:rPr>
        <w:t vyd:_id="vyd:00000000000a3c" xml:space="preserve"> </w:t>
      </w:r>
      <w:r>
        <w:rPr>
          <w:sz w:val="28"/>
          <w:lang w:val="ru-RU"/>
          <w:bCs w:val="1"/>
          <w:szCs w:val="28"/>
        </w:rPr>
        <w:t vyd:_id="vyd:00000000000a3b">Он</w:t>
      </w:r>
      <w:r>
        <w:rPr>
          <w:sz w:val="28"/>
          <w:lang w:val="ru-RU"/>
          <w:bCs w:val="1"/>
          <w:szCs w:val="28"/>
        </w:rPr>
        <w:t vyd:_id="vyd:00000000000a3a" xml:space="preserve"> </w:t>
      </w:r>
      <w:r>
        <w:rPr>
          <w:sz w:val="28"/>
          <w:lang w:val="ru-RU"/>
          <w:bCs w:val="1"/>
          <w:szCs w:val="28"/>
        </w:rPr>
        <w:t vyd:_id="vyd:00000000000a39">располагается</w:t>
      </w:r>
      <w:r>
        <w:rPr>
          <w:sz w:val="28"/>
          <w:lang w:val="ru-RU"/>
          <w:bCs w:val="1"/>
          <w:szCs w:val="28"/>
        </w:rPr>
        <w:t vyd:_id="vyd:00000000000a38" xml:space="preserve"> </w:t>
      </w:r>
      <w:r>
        <w:rPr>
          <w:sz w:val="28"/>
          <w:lang w:val="ru-RU"/>
          <w:bCs w:val="1"/>
          <w:szCs w:val="28"/>
        </w:rPr>
        <w:t vyd:_id="vyd:00000000000a37">на</w:t>
      </w:r>
      <w:r>
        <w:rPr>
          <w:sz w:val="28"/>
          <w:lang w:val="ru-RU"/>
          <w:bCs w:val="1"/>
          <w:szCs w:val="28"/>
        </w:rPr>
        <w:t vyd:_id="vyd:00000000000a36" xml:space="preserve"> </w:t>
      </w:r>
      <w:r>
        <w:rPr>
          <w:sz w:val="28"/>
          <w:lang w:val="ru-RU"/>
          <w:bCs w:val="1"/>
          <w:szCs w:val="28"/>
        </w:rPr>
        <w:t vyd:_id="vyd:00000000000a35">одноим</w:t>
      </w:r>
      <w:r>
        <w:rPr>
          <w:sz w:val="28"/>
          <w:lang w:val="ru-RU"/>
          <w:bCs w:val="1"/>
          <w:szCs w:val="28"/>
        </w:rPr>
        <w:t vyd:_id="vyd:00000000000a34">ё</w:t>
      </w:r>
      <w:r>
        <w:rPr>
          <w:sz w:val="28"/>
          <w:lang w:val="ru-RU"/>
          <w:bCs w:val="1"/>
          <w:szCs w:val="28"/>
        </w:rPr>
        <w:t vyd:_id="vyd:00000000000a33">нном</w:t>
      </w:r>
      <w:r>
        <w:rPr>
          <w:sz w:val="28"/>
          <w:lang w:val="ru-RU"/>
          <w:bCs w:val="1"/>
          <w:szCs w:val="28"/>
        </w:rPr>
        <w:t vyd:_id="vyd:00000000000a32" xml:space="preserve"> </w:t>
      </w:r>
      <w:r>
        <w:rPr>
          <w:sz w:val="28"/>
          <w:lang w:val="ru-RU"/>
          <w:bCs w:val="1"/>
          <w:szCs w:val="28"/>
        </w:rPr>
        <w:t vyd:_id="vyd:00000000000a31">месторождении,</w:t>
      </w:r>
      <w:r>
        <w:rPr>
          <w:sz w:val="28"/>
          <w:lang w:val="ru-RU"/>
          <w:bCs w:val="1"/>
          <w:szCs w:val="28"/>
        </w:rPr>
        <w:t vyd:_id="vyd:00000000000a30" xml:space="preserve"> </w:t>
      </w:r>
      <w:r>
        <w:rPr>
          <w:sz w:val="28"/>
          <w:lang w:val="ru-RU"/>
          <w:bCs w:val="1"/>
          <w:szCs w:val="28"/>
        </w:rPr>
        <w:t vyd:_id="vyd:00000000000a2z">третьем</w:t>
      </w:r>
      <w:r>
        <w:rPr>
          <w:sz w:val="28"/>
          <w:lang w:val="ru-RU"/>
          <w:bCs w:val="1"/>
          <w:szCs w:val="28"/>
        </w:rPr>
        <w:t vyd:_id="vyd:00000000000a2y" xml:space="preserve"> </w:t>
      </w:r>
      <w:r>
        <w:rPr>
          <w:sz w:val="28"/>
          <w:lang w:val="ru-RU"/>
          <w:bCs w:val="1"/>
          <w:szCs w:val="28"/>
        </w:rPr>
        <w:t vyd:_id="vyd:00000000000a2x">в</w:t>
      </w:r>
      <w:r>
        <w:rPr>
          <w:sz w:val="28"/>
          <w:lang w:val="ru-RU"/>
          <w:bCs w:val="1"/>
          <w:szCs w:val="28"/>
        </w:rPr>
        <w:t vyd:_id="vyd:00000000000a2w" xml:space="preserve"> </w:t>
      </w:r>
      <w:r>
        <w:rPr>
          <w:sz w:val="28"/>
          <w:lang w:val="ru-RU"/>
          <w:bCs w:val="1"/>
          <w:szCs w:val="28"/>
        </w:rPr>
        <w:t vyd:_id="vyd:00000000000a2v">мире</w:t>
      </w:r>
      <w:r>
        <w:rPr>
          <w:sz w:val="28"/>
          <w:lang w:val="ru-RU"/>
          <w:bCs w:val="1"/>
          <w:szCs w:val="28"/>
        </w:rPr>
        <w:t vyd:_id="vyd:00000000000a2u" xml:space="preserve"> </w:t>
      </w:r>
      <w:r>
        <w:rPr>
          <w:sz w:val="28"/>
          <w:lang w:val="ru-RU"/>
          <w:bCs w:val="1"/>
          <w:szCs w:val="28"/>
        </w:rPr>
        <w:t vyd:_id="vyd:00000000000a2t">по</w:t>
      </w:r>
      <w:r>
        <w:rPr>
          <w:sz w:val="28"/>
          <w:lang w:val="ru-RU"/>
          <w:bCs w:val="1"/>
          <w:szCs w:val="28"/>
        </w:rPr>
        <w:t vyd:_id="vyd:00000000000a2s" xml:space="preserve"> </w:t>
      </w:r>
      <w:r>
        <w:rPr>
          <w:sz w:val="28"/>
          <w:lang w:val="ru-RU"/>
          <w:bCs w:val="1"/>
          <w:szCs w:val="28"/>
        </w:rPr>
        <w:t vyd:_id="vyd:00000000000a2r">объ</w:t>
      </w:r>
      <w:r>
        <w:rPr>
          <w:sz w:val="28"/>
          <w:lang w:val="ru-RU"/>
          <w:bCs w:val="1"/>
          <w:szCs w:val="28"/>
        </w:rPr>
        <w:t vyd:_id="vyd:00000000000a2q">ё</w:t>
      </w:r>
      <w:r>
        <w:rPr>
          <w:sz w:val="28"/>
          <w:lang w:val="ru-RU"/>
          <w:bCs w:val="1"/>
          <w:szCs w:val="28"/>
        </w:rPr>
        <w:t vyd:_id="vyd:00000000000a2p">мам</w:t>
      </w:r>
      <w:r>
        <w:rPr>
          <w:sz w:val="28"/>
          <w:lang w:val="ru-RU"/>
          <w:bCs w:val="1"/>
          <w:szCs w:val="28"/>
        </w:rPr>
        <w:t vyd:_id="vyd:00000000000a2o" xml:space="preserve"> </w:t>
      </w:r>
      <w:r>
        <w:rPr>
          <w:sz w:val="28"/>
          <w:lang w:val="ru-RU"/>
          <w:bCs w:val="1"/>
          <w:szCs w:val="28"/>
        </w:rPr>
        <w:t vyd:_id="vyd:00000000000a2n">медной</w:t>
      </w:r>
      <w:r>
        <w:rPr>
          <w:sz w:val="28"/>
          <w:lang w:val="ru-RU"/>
          <w:bCs w:val="1"/>
          <w:szCs w:val="28"/>
        </w:rPr>
        <w:t vyd:_id="vyd:00000000000a2m" xml:space="preserve"> </w:t>
      </w:r>
      <w:r>
        <w:rPr>
          <w:sz w:val="28"/>
          <w:lang w:val="ru-RU"/>
          <w:bCs w:val="1"/>
          <w:szCs w:val="28"/>
        </w:rPr>
        <w:t vyd:_id="vyd:00000000000a2l">руды.</w:t>
      </w:r>
      <w:r>
        <w:rPr>
          <w:sz w:val="28"/>
          <w:lang w:val="ru-RU"/>
          <w:bCs w:val="1"/>
          <w:szCs w:val="28"/>
        </w:rPr>
        <w:t vyd:_id="vyd:00000000000a2k" xml:space="preserve"> </w:t>
      </w:r>
      <w:r>
        <w:rPr>
          <w:sz w:val="28"/>
          <w:lang w:val="ru-RU"/>
          <w:bCs w:val="1"/>
          <w:szCs w:val="28"/>
        </w:rPr>
        <w:t vyd:_id="vyd:00000000000a2j">Ежегодный</w:t>
      </w:r>
      <w:r>
        <w:rPr>
          <w:sz w:val="28"/>
          <w:lang w:val="ru-RU"/>
          <w:bCs w:val="1"/>
          <w:szCs w:val="28"/>
        </w:rPr>
        <w:t vyd:_id="vyd:00000000000a2i" xml:space="preserve"> </w:t>
      </w:r>
      <w:r>
        <w:rPr>
          <w:sz w:val="28"/>
          <w:lang w:val="ru-RU"/>
          <w:bCs w:val="1"/>
          <w:szCs w:val="28"/>
        </w:rPr>
        <w:t vyd:_id="vyd:00000000000a2h">объём</w:t>
      </w:r>
      <w:r>
        <w:rPr>
          <w:sz w:val="28"/>
          <w:lang w:val="ru-RU"/>
          <w:bCs w:val="1"/>
          <w:szCs w:val="28"/>
        </w:rPr>
        <w:t vyd:_id="vyd:00000000000a2g" xml:space="preserve"> </w:t>
      </w:r>
      <w:r>
        <w:rPr>
          <w:sz w:val="28"/>
          <w:lang w:val="ru-RU"/>
          <w:bCs w:val="1"/>
          <w:szCs w:val="28"/>
        </w:rPr>
        <w:t vyd:_id="vyd:00000000000a2f">достигает</w:t>
      </w:r>
      <w:r>
        <w:rPr>
          <w:sz w:val="28"/>
          <w:lang w:val="ru-RU"/>
          <w:bCs w:val="1"/>
          <w:szCs w:val="28"/>
        </w:rPr>
        <w:t vyd:_id="vyd:00000000000a2e" xml:space="preserve"> </w:t>
      </w:r>
      <w:r>
        <w:rPr>
          <w:sz w:val="28"/>
          <w:lang w:val="ru-RU"/>
          <w:bCs w:val="1"/>
          <w:szCs w:val="28"/>
        </w:rPr>
        <w:t vyd:_id="vyd:00000000000a2d">150</w:t>
      </w:r>
      <w:r>
        <w:rPr>
          <w:sz w:val="28"/>
          <w:lang w:val="ru-RU"/>
          <w:bCs w:val="1"/>
          <w:szCs w:val="28"/>
        </w:rPr>
        <w:t vyd:_id="vyd:00000000000a2c" xml:space="preserve"> </w:t>
      </w:r>
      <w:r>
        <w:rPr>
          <w:sz w:val="28"/>
          <w:lang w:val="ru-RU"/>
          <w:bCs w:val="1"/>
          <w:szCs w:val="28"/>
        </w:rPr>
        <w:t vyd:_id="vyd:00000000000a2b">000</w:t>
      </w:r>
      <w:r>
        <w:rPr>
          <w:sz w:val="28"/>
          <w:lang w:val="ru-RU"/>
          <w:bCs w:val="1"/>
          <w:szCs w:val="28"/>
        </w:rPr>
        <w:t vyd:_id="vyd:00000000000a2a" xml:space="preserve"> </w:t>
      </w:r>
      <w:r>
        <w:rPr>
          <w:sz w:val="28"/>
          <w:lang w:val="ru-RU"/>
          <w:bCs w:val="1"/>
          <w:szCs w:val="28"/>
        </w:rPr>
        <w:t vyd:_id="vyd:00000000000a29">тонн</w:t>
      </w:r>
      <w:r>
        <w:rPr>
          <w:sz w:val="28"/>
          <w:lang w:val="ru-RU"/>
          <w:bCs w:val="1"/>
          <w:szCs w:val="28"/>
        </w:rPr>
        <w:t vyd:_id="vyd:00000000000a28" xml:space="preserve"> </w:t>
      </w:r>
      <w:r>
        <w:rPr>
          <w:sz w:val="28"/>
          <w:lang w:val="ru-RU"/>
          <w:bCs w:val="1"/>
          <w:szCs w:val="28"/>
        </w:rPr>
        <w:t vyd:_id="vyd:00000000000a27">меди.</w:t>
      </w:r>
      <w:r>
        <w:rPr>
          <w:sz w:val="28"/>
          <w:lang w:val="ru-RU"/>
          <w:bCs w:val="1"/>
          <w:szCs w:val="28"/>
        </w:rPr>
        <w:t vyd:_id="vyd:00000000000a26" xml:space="preserve"> </w:t>
      </w:r>
    </w:p>
    <w:p w14:paraId="51D1E8C1" w14:textId="77777777" w:rsidR="00401D4A" w:rsidRPr="003850CC" w:rsidRDefault="00401D4A" w:rsidP="00401D4A" vyd:_id="vyd:000000000009zl">
      <w:pPr>
        <w:pStyle w:val="LectureBody"/>
        <w:spacing w:after="0" w:line="360" w:lineRule="auto"/>
        <w:rPr>
          <w:sz w:val="28"/>
          <w:lang w:val="ru-RU"/>
          <w:bCs w:val="1"/>
          <w:szCs w:val="28"/>
        </w:rPr>
      </w:pPr>
      <w:r>
        <w:rPr>
          <w:sz w:val="28"/>
          <w:lang w:val="ru-RU"/>
          <w:bCs w:val="1"/>
          <w:szCs w:val="28"/>
        </w:rPr>
        <w:t vyd:_id="vyd:00000000000a24">Развитие</w:t>
      </w:r>
      <w:r>
        <w:rPr>
          <w:sz w:val="28"/>
          <w:lang w:val="ru-RU"/>
          <w:bCs w:val="1"/>
          <w:szCs w:val="28"/>
        </w:rPr>
        <w:t vyd:_id="vyd:00000000000a23" xml:space="preserve"> </w:t>
      </w:r>
      <w:r>
        <w:rPr>
          <w:sz w:val="28"/>
          <w:lang w:val="ru-RU"/>
          <w:bCs w:val="1"/>
          <w:szCs w:val="28"/>
        </w:rPr>
        <w:t vyd:_id="vyd:00000000000a22">спорта</w:t>
      </w:r>
      <w:r>
        <w:rPr>
          <w:sz w:val="28"/>
          <w:lang w:val="ru-RU"/>
          <w:bCs w:val="1"/>
          <w:szCs w:val="28"/>
        </w:rPr>
        <w:t vyd:_id="vyd:00000000000a21" xml:space="preserve"> </w:t>
      </w:r>
      <w:r>
        <w:rPr>
          <w:sz w:val="28"/>
          <w:lang w:val="ru-RU"/>
          <w:bCs w:val="1"/>
          <w:szCs w:val="28"/>
        </w:rPr>
        <w:t vyd:_id="vyd:00000000000a20">потребовало</w:t>
      </w:r>
      <w:r>
        <w:rPr>
          <w:sz w:val="28"/>
          <w:lang w:val="ru-RU"/>
          <w:bCs w:val="1"/>
          <w:szCs w:val="28"/>
        </w:rPr>
        <w:t vyd:_id="vyd:00000000000a1z" xml:space="preserve"> </w:t>
      </w:r>
      <w:r>
        <w:rPr>
          <w:sz w:val="28"/>
          <w:lang w:val="ru-RU"/>
          <w:bCs w:val="1"/>
          <w:szCs w:val="28"/>
        </w:rPr>
        <w:t vyd:_id="vyd:00000000000a1y">от</w:t>
      </w:r>
      <w:r>
        <w:rPr>
          <w:sz w:val="28"/>
          <w:lang w:val="ru-RU"/>
          <w:bCs w:val="1"/>
          <w:szCs w:val="28"/>
        </w:rPr>
        <w:t vyd:_id="vyd:00000000000a1x" xml:space="preserve"> </w:t>
      </w:r>
      <w:r>
        <w:rPr>
          <w:sz w:val="28"/>
          <w:lang w:val="ru-RU"/>
          <w:bCs w:val="1"/>
          <w:szCs w:val="28"/>
        </w:rPr>
        <w:t vyd:_id="vyd:00000000000a1w">страны</w:t>
      </w:r>
      <w:r>
        <w:rPr>
          <w:sz w:val="28"/>
          <w:lang w:val="ru-RU"/>
          <w:bCs w:val="1"/>
          <w:szCs w:val="28"/>
        </w:rPr>
        <w:t vyd:_id="vyd:00000000000a1v" xml:space="preserve"> </w:t>
      </w:r>
      <w:r>
        <w:rPr>
          <w:sz w:val="28"/>
          <w:lang w:val="ru-RU"/>
          <w:bCs w:val="1"/>
          <w:szCs w:val="28"/>
        </w:rPr>
        <w:t vyd:_id="vyd:00000000000a1u">активного</w:t>
      </w:r>
      <w:r>
        <w:rPr>
          <w:sz w:val="28"/>
          <w:lang w:val="ru-RU"/>
          <w:bCs w:val="1"/>
          <w:szCs w:val="28"/>
        </w:rPr>
        <w:t vyd:_id="vyd:00000000000a1t" xml:space="preserve"> </w:t>
      </w:r>
      <w:r>
        <w:rPr>
          <w:sz w:val="28"/>
          <w:lang w:val="ru-RU"/>
          <w:bCs w:val="1"/>
          <w:szCs w:val="28"/>
        </w:rPr>
        <w:t vyd:_id="vyd:00000000000a1s">развития</w:t>
      </w:r>
      <w:r>
        <w:rPr>
          <w:sz w:val="28"/>
          <w:lang w:val="ru-RU"/>
          <w:bCs w:val="1"/>
          <w:szCs w:val="28"/>
        </w:rPr>
        <w:t vyd:_id="vyd:00000000000a1r" xml:space="preserve"> </w:t>
      </w:r>
      <w:r>
        <w:rPr>
          <w:sz w:val="28"/>
          <w:lang w:val="ru-RU"/>
          <w:bCs w:val="1"/>
          <w:szCs w:val="28"/>
        </w:rPr>
        <w:t vyd:_id="vyd:00000000000a1q">всего</w:t>
      </w:r>
      <w:r>
        <w:rPr>
          <w:sz w:val="28"/>
          <w:lang w:val="ru-RU"/>
          <w:bCs w:val="1"/>
          <w:szCs w:val="28"/>
        </w:rPr>
        <w:t vyd:_id="vyd:00000000000a1p" xml:space="preserve"> </w:t>
      </w:r>
      <w:r>
        <w:rPr>
          <w:sz w:val="28"/>
          <w:lang w:val="ru-RU"/>
          <w:bCs w:val="1"/>
          <w:szCs w:val="28"/>
        </w:rPr>
        <w:t vyd:_id="vyd:00000000000a1o">спортивного</w:t>
      </w:r>
      <w:r>
        <w:rPr>
          <w:sz w:val="28"/>
          <w:lang w:val="ru-RU"/>
          <w:bCs w:val="1"/>
          <w:szCs w:val="28"/>
        </w:rPr>
        <w:t vyd:_id="vyd:00000000000a1n" xml:space="preserve"> </w:t>
      </w:r>
      <w:r>
        <w:rPr>
          <w:sz w:val="28"/>
          <w:lang w:val="ru-RU"/>
          <w:bCs w:val="1"/>
          <w:szCs w:val="28"/>
        </w:rPr>
        <w:t vyd:_id="vyd:00000000000a1m">комплекса.</w:t>
      </w:r>
      <w:r>
        <w:rPr>
          <w:sz w:val="28"/>
          <w:lang w:val="ru-RU"/>
          <w:bCs w:val="1"/>
          <w:szCs w:val="28"/>
        </w:rPr>
        <w:t vyd:_id="vyd:00000000000a1l" xml:space="preserve"> </w:t>
      </w:r>
      <w:r>
        <w:rPr>
          <w:sz w:val="28"/>
          <w:lang w:val="ru-RU"/>
          <w:bCs w:val="1"/>
          <w:szCs w:val="28"/>
        </w:rPr>
        <w:t vyd:_id="vyd:00000000000a1k">Прошедшие</w:t>
      </w:r>
      <w:r>
        <w:rPr>
          <w:sz w:val="28"/>
          <w:lang w:val="ru-RU"/>
          <w:bCs w:val="1"/>
          <w:szCs w:val="28"/>
        </w:rPr>
        <w:t vyd:_id="vyd:00000000000a1j" xml:space="preserve"> </w:t>
      </w:r>
      <w:r>
        <w:rPr>
          <w:sz w:val="28"/>
          <w:lang w:val="ru-RU"/>
          <w:bCs w:val="1"/>
          <w:szCs w:val="28"/>
        </w:rPr>
        <w:t vyd:_id="vyd:00000000000a1i">в</w:t>
      </w:r>
      <w:r>
        <w:rPr>
          <w:sz w:val="28"/>
          <w:lang w:val="ru-RU"/>
          <w:bCs w:val="1"/>
          <w:szCs w:val="28"/>
        </w:rPr>
        <w:t vyd:_id="vyd:00000000000a1h" xml:space="preserve"> </w:t>
      </w:r>
      <w:r>
        <w:rPr>
          <w:sz w:val="28"/>
          <w:lang w:val="ru-RU"/>
          <w:bCs w:val="1"/>
          <w:szCs w:val="28"/>
        </w:rPr>
        <w:t vyd:_id="vyd:00000000000a1g">России</w:t>
      </w:r>
      <w:r>
        <w:rPr>
          <w:sz w:val="28"/>
          <w:lang w:val="ru-RU"/>
          <w:bCs w:val="1"/>
          <w:szCs w:val="28"/>
        </w:rPr>
        <w:t vyd:_id="vyd:00000000000a1f" xml:space="preserve"> </w:t>
      </w:r>
      <w:r>
        <w:rPr>
          <w:sz w:val="28"/>
          <w:lang w:val="ru-RU"/>
          <w:bCs w:val="1"/>
          <w:szCs w:val="28"/>
        </w:rPr>
        <w:t vyd:_id="vyd:00000000000a1e">летняя</w:t>
      </w:r>
      <w:r>
        <w:rPr>
          <w:sz w:val="28"/>
          <w:lang w:val="ru-RU"/>
          <w:bCs w:val="1"/>
          <w:szCs w:val="28"/>
        </w:rPr>
        <w:t vyd:_id="vyd:00000000000a1d" xml:space="preserve"> </w:t>
      </w:r>
      <w:r>
        <w:rPr>
          <w:sz w:val="28"/>
          <w:lang w:val="ru-RU"/>
          <w:bCs w:val="1"/>
          <w:szCs w:val="28"/>
        </w:rPr>
        <w:t vyd:_id="vyd:00000000000a1c">универсиада</w:t>
      </w:r>
      <w:r>
        <w:rPr>
          <w:sz w:val="28"/>
          <w:lang w:val="ru-RU"/>
          <w:bCs w:val="1"/>
          <w:szCs w:val="28"/>
        </w:rPr>
        <w:t vyd:_id="vyd:00000000000a1b" xml:space="preserve"> </w:t>
      </w:r>
      <w:r>
        <w:rPr>
          <w:sz w:val="28"/>
          <w:lang w:val="ru-RU"/>
          <w:bCs w:val="1"/>
          <w:szCs w:val="28"/>
        </w:rPr>
        <w:t vyd:_id="vyd:00000000000a1a">в</w:t>
      </w:r>
      <w:r>
        <w:rPr>
          <w:sz w:val="28"/>
          <w:lang w:val="ru-RU"/>
          <w:bCs w:val="1"/>
          <w:szCs w:val="28"/>
        </w:rPr>
        <w:t vyd:_id="vyd:00000000000a19" xml:space="preserve"> </w:t>
      </w:r>
      <w:r>
        <w:rPr>
          <w:sz w:val="28"/>
          <w:lang w:val="ru-RU"/>
          <w:bCs w:val="1"/>
          <w:szCs w:val="28"/>
        </w:rPr>
        <w:t vyd:_id="vyd:00000000000a18">2013</w:t>
      </w:r>
      <w:r>
        <w:rPr>
          <w:sz w:val="28"/>
          <w:lang w:val="ru-RU"/>
          <w:bCs w:val="1"/>
          <w:szCs w:val="28"/>
        </w:rPr>
        <w:t vyd:_id="vyd:00000000000a17">-м</w:t>
      </w:r>
      <w:r>
        <w:rPr>
          <w:sz w:val="28"/>
          <w:lang w:val="ru-RU"/>
          <w:bCs w:val="1"/>
          <w:szCs w:val="28"/>
        </w:rPr>
        <w:t vyd:_id="vyd:00000000000a16">,</w:t>
      </w:r>
      <w:r>
        <w:rPr>
          <w:sz w:val="28"/>
          <w:lang w:val="ru-RU"/>
          <w:bCs w:val="1"/>
          <w:szCs w:val="28"/>
        </w:rPr>
        <w:t vyd:_id="vyd:00000000000a15" xml:space="preserve"> </w:t>
      </w:r>
      <w:r>
        <w:rPr>
          <w:sz w:val="28"/>
          <w:lang w:val="ru-RU"/>
          <w:bCs w:val="1"/>
          <w:szCs w:val="28"/>
        </w:rPr>
        <w:t vyd:_id="vyd:00000000000a14">Олимпиада</w:t>
      </w:r>
      <w:r>
        <w:rPr>
          <w:sz w:val="28"/>
          <w:lang w:val="ru-RU"/>
          <w:bCs w:val="1"/>
          <w:szCs w:val="28"/>
        </w:rPr>
        <w:t vyd:_id="vyd:00000000000a13" xml:space="preserve"> </w:t>
      </w:r>
      <w:r>
        <w:rPr>
          <w:sz w:val="28"/>
          <w:lang w:val="ru-RU"/>
          <w:bCs w:val="1"/>
          <w:szCs w:val="28"/>
        </w:rPr>
        <w:t vyd:_id="vyd:00000000000a12">в</w:t>
      </w:r>
      <w:r>
        <w:rPr>
          <w:sz w:val="28"/>
          <w:lang w:val="ru-RU"/>
          <w:bCs w:val="1"/>
          <w:szCs w:val="28"/>
        </w:rPr>
        <w:t vyd:_id="vyd:00000000000a11" xml:space="preserve"> </w:t>
      </w:r>
      <w:r>
        <w:rPr>
          <w:sz w:val="28"/>
          <w:lang w:val="ru-RU"/>
          <w:bCs w:val="1"/>
          <w:szCs w:val="28"/>
        </w:rPr>
        <w:t vyd:_id="vyd:00000000000a10">2014</w:t>
      </w:r>
      <w:r>
        <w:rPr>
          <w:sz w:val="28"/>
          <w:lang w:val="ru-RU"/>
          <w:bCs w:val="1"/>
          <w:szCs w:val="28"/>
        </w:rPr>
        <w:t vyd:_id="vyd:00000000000a0z">-м</w:t>
      </w:r>
      <w:r>
        <w:rPr>
          <w:sz w:val="28"/>
          <w:lang w:val="ru-RU"/>
          <w:bCs w:val="1"/>
          <w:szCs w:val="28"/>
        </w:rPr>
        <w:t vyd:_id="vyd:00000000000a0y">,</w:t>
      </w:r>
      <w:r>
        <w:rPr>
          <w:sz w:val="28"/>
          <w:lang w:val="ru-RU"/>
          <w:bCs w:val="1"/>
          <w:szCs w:val="28"/>
        </w:rPr>
        <w:t vyd:_id="vyd:00000000000a0x" xml:space="preserve"> </w:t>
      </w:r>
      <w:r>
        <w:rPr>
          <w:sz w:val="28"/>
          <w:lang w:val="ru-RU"/>
          <w:bCs w:val="1"/>
          <w:szCs w:val="28"/>
        </w:rPr>
        <w:t vyd:_id="vyd:00000000000a0w">Чемпионат</w:t>
      </w:r>
      <w:r>
        <w:rPr>
          <w:sz w:val="28"/>
          <w:lang w:val="ru-RU"/>
          <w:bCs w:val="1"/>
          <w:szCs w:val="28"/>
        </w:rPr>
        <w:t vyd:_id="vyd:00000000000a0v" xml:space="preserve"> </w:t>
      </w:r>
      <w:r>
        <w:rPr>
          <w:sz w:val="28"/>
          <w:lang w:val="ru-RU"/>
          <w:bCs w:val="1"/>
          <w:szCs w:val="28"/>
        </w:rPr>
        <w:t vyd:_id="vyd:00000000000a0u">мира</w:t>
      </w:r>
      <w:r>
        <w:rPr>
          <w:sz w:val="28"/>
          <w:lang w:val="ru-RU"/>
          <w:bCs w:val="1"/>
          <w:szCs w:val="28"/>
        </w:rPr>
        <w:t vyd:_id="vyd:00000000000a0t" xml:space="preserve"> </w:t>
      </w:r>
      <w:r>
        <w:rPr>
          <w:sz w:val="28"/>
          <w:lang w:val="ru-RU"/>
          <w:bCs w:val="1"/>
          <w:szCs w:val="28"/>
        </w:rPr>
        <w:t vyd:_id="vyd:00000000000a0s">по</w:t>
      </w:r>
      <w:r>
        <w:rPr>
          <w:sz w:val="28"/>
          <w:lang w:val="ru-RU"/>
          <w:bCs w:val="1"/>
          <w:szCs w:val="28"/>
        </w:rPr>
        <w:t vyd:_id="vyd:00000000000a0r" xml:space="preserve"> </w:t>
      </w:r>
      <w:r>
        <w:rPr>
          <w:sz w:val="28"/>
          <w:lang w:val="ru-RU"/>
          <w:bCs w:val="1"/>
          <w:szCs w:val="28"/>
        </w:rPr>
        <w:t vyd:_id="vyd:00000000000a0q">футболу</w:t>
      </w:r>
      <w:r>
        <w:rPr>
          <w:sz w:val="28"/>
          <w:lang w:val="ru-RU"/>
          <w:bCs w:val="1"/>
          <w:szCs w:val="28"/>
        </w:rPr>
        <w:t vyd:_id="vyd:00000000000a0p" xml:space="preserve"> </w:t>
      </w:r>
      <w:r>
        <w:rPr>
          <w:sz w:val="28"/>
          <w:lang w:val="ru-RU"/>
          <w:bCs w:val="1"/>
          <w:szCs w:val="28"/>
        </w:rPr>
        <w:t vyd:_id="vyd:00000000000a0o">в</w:t>
      </w:r>
      <w:r>
        <w:rPr>
          <w:sz w:val="28"/>
          <w:lang w:val="ru-RU"/>
          <w:bCs w:val="1"/>
          <w:szCs w:val="28"/>
        </w:rPr>
        <w:t vyd:_id="vyd:00000000000a0n" xml:space="preserve"> </w:t>
      </w:r>
      <w:r>
        <w:rPr>
          <w:sz w:val="28"/>
          <w:lang w:val="ru-RU"/>
          <w:bCs w:val="1"/>
          <w:szCs w:val="28"/>
        </w:rPr>
        <w:t vyd:_id="vyd:00000000000a0m">2018</w:t>
      </w:r>
      <w:r>
        <w:rPr>
          <w:sz w:val="28"/>
          <w:lang w:val="ru-RU"/>
          <w:bCs w:val="1"/>
          <w:szCs w:val="28"/>
        </w:rPr>
        <w:t vyd:_id="vyd:00000000000a0l" xml:space="preserve">-м </w:t>
      </w:r>
      <w:r>
        <w:rPr>
          <w:sz w:val="28"/>
          <w:lang w:val="ru-RU"/>
          <w:bCs w:val="1"/>
          <w:szCs w:val="28"/>
        </w:rPr>
        <w:t vyd:_id="vyd:00000000000a0k">получили</w:t>
      </w:r>
      <w:r>
        <w:rPr>
          <w:sz w:val="28"/>
          <w:lang w:val="ru-RU"/>
          <w:bCs w:val="1"/>
          <w:szCs w:val="28"/>
        </w:rPr>
        <w:t vyd:_id="vyd:00000000000a0j" xml:space="preserve"> </w:t>
      </w:r>
      <w:r>
        <w:rPr>
          <w:sz w:val="28"/>
          <w:lang w:val="ru-RU"/>
          <w:bCs w:val="1"/>
          <w:szCs w:val="28"/>
        </w:rPr>
        <w:t vyd:_id="vyd:00000000000a0i">массу</w:t>
      </w:r>
      <w:r>
        <w:rPr>
          <w:sz w:val="28"/>
          <w:lang w:val="ru-RU"/>
          <w:bCs w:val="1"/>
          <w:szCs w:val="28"/>
        </w:rPr>
        <w:t vyd:_id="vyd:00000000000a0h" xml:space="preserve"> </w:t>
      </w:r>
      <w:r>
        <w:rPr>
          <w:sz w:val="28"/>
          <w:lang w:val="ru-RU"/>
          <w:bCs w:val="1"/>
          <w:szCs w:val="28"/>
        </w:rPr>
        <w:t vyd:_id="vyd:00000000000a0g">новых</w:t>
      </w:r>
      <w:r>
        <w:rPr>
          <w:sz w:val="28"/>
          <w:lang w:val="ru-RU"/>
          <w:bCs w:val="1"/>
          <w:szCs w:val="28"/>
        </w:rPr>
        <w:t vyd:_id="vyd:00000000000a0f" xml:space="preserve"> </w:t>
      </w:r>
      <w:r>
        <w:rPr>
          <w:sz w:val="28"/>
          <w:lang w:val="ru-RU"/>
          <w:bCs w:val="1"/>
          <w:szCs w:val="28"/>
        </w:rPr>
        <w:t vyd:_id="vyd:00000000000a0e">и</w:t>
      </w:r>
      <w:r>
        <w:rPr>
          <w:sz w:val="28"/>
          <w:lang w:val="ru-RU"/>
          <w:bCs w:val="1"/>
          <w:szCs w:val="28"/>
        </w:rPr>
        <w:t vyd:_id="vyd:00000000000a0d" xml:space="preserve"> </w:t>
      </w:r>
      <w:r>
        <w:rPr>
          <w:sz w:val="28"/>
          <w:lang w:val="ru-RU"/>
          <w:bCs w:val="1"/>
          <w:szCs w:val="28"/>
        </w:rPr>
        <w:t vyd:_id="vyd:00000000000a0c">отреставрированных</w:t>
      </w:r>
      <w:r>
        <w:rPr>
          <w:sz w:val="28"/>
          <w:lang w:val="ru-RU"/>
          <w:bCs w:val="1"/>
          <w:szCs w:val="28"/>
        </w:rPr>
        <w:t vyd:_id="vyd:00000000000a0b" xml:space="preserve"> </w:t>
      </w:r>
      <w:r>
        <w:rPr>
          <w:sz w:val="28"/>
          <w:lang w:val="ru-RU"/>
          <w:bCs w:val="1"/>
          <w:szCs w:val="28"/>
        </w:rPr>
        <w:t vyd:_id="vyd:00000000000a0a">спортивных</w:t>
      </w:r>
      <w:r>
        <w:rPr>
          <w:sz w:val="28"/>
          <w:lang w:val="ru-RU"/>
          <w:bCs w:val="1"/>
          <w:szCs w:val="28"/>
        </w:rPr>
        <w:t vyd:_id="vyd:00000000000a09" xml:space="preserve"> </w:t>
      </w:r>
      <w:r>
        <w:rPr>
          <w:sz w:val="28"/>
          <w:lang w:val="ru-RU"/>
          <w:bCs w:val="1"/>
          <w:szCs w:val="28"/>
        </w:rPr>
        <w:t vyd:_id="vyd:00000000000a08">комплексов.</w:t>
      </w:r>
      <w:r>
        <w:rPr>
          <w:sz w:val="28"/>
          <w:lang w:val="ru-RU"/>
          <w:bCs w:val="1"/>
          <w:szCs w:val="28"/>
        </w:rPr>
        <w:t vyd:_id="vyd:00000000000a07" xml:space="preserve"> </w:t>
      </w:r>
      <w:r>
        <w:rPr>
          <w:sz w:val="28"/>
          <w:lang w:val="ru-RU"/>
          <w:bCs w:val="1"/>
          <w:szCs w:val="28"/>
        </w:rPr>
        <w:t vyd:_id="vyd:00000000000a06">Сами</w:t>
      </w:r>
      <w:r>
        <w:rPr>
          <w:sz w:val="28"/>
          <w:lang w:val="ru-RU"/>
          <w:bCs w:val="1"/>
          <w:szCs w:val="28"/>
        </w:rPr>
        <w:t vyd:_id="vyd:00000000000a05" xml:space="preserve"> </w:t>
      </w:r>
      <w:r>
        <w:rPr>
          <w:sz w:val="28"/>
          <w:lang w:val="ru-RU"/>
          <w:bCs w:val="1"/>
          <w:szCs w:val="28"/>
        </w:rPr>
        <w:t vyd:_id="vyd:00000000000a04">прошедшие</w:t>
      </w:r>
      <w:r>
        <w:rPr>
          <w:sz w:val="28"/>
          <w:lang w:val="ru-RU"/>
          <w:bCs w:val="1"/>
          <w:szCs w:val="28"/>
        </w:rPr>
        <w:t vyd:_id="vyd:00000000000a03" xml:space="preserve"> </w:t>
      </w:r>
      <w:r>
        <w:rPr>
          <w:sz w:val="28"/>
          <w:lang w:val="ru-RU"/>
          <w:bCs w:val="1"/>
          <w:szCs w:val="28"/>
        </w:rPr>
        <w:t vyd:_id="vyd:00000000000a02">мероприятия</w:t>
      </w:r>
      <w:r>
        <w:rPr>
          <w:sz w:val="28"/>
          <w:lang w:val="ru-RU"/>
          <w:bCs w:val="1"/>
          <w:szCs w:val="28"/>
        </w:rPr>
        <w:t vyd:_id="vyd:00000000000a01" xml:space="preserve"> </w:t>
      </w:r>
      <w:r>
        <w:rPr>
          <w:sz w:val="28"/>
          <w:lang w:val="ru-RU"/>
          <w:bCs w:val="1"/>
          <w:szCs w:val="28"/>
        </w:rPr>
        <w:t vyd:_id="vyd:00000000000a00">дали</w:t>
      </w:r>
      <w:r>
        <w:rPr>
          <w:sz w:val="28"/>
          <w:lang w:val="ru-RU"/>
          <w:bCs w:val="1"/>
          <w:szCs w:val="28"/>
        </w:rPr>
        <w:t vyd:_id="vyd:000000000009zz" xml:space="preserve"> </w:t>
      </w:r>
      <w:r>
        <w:rPr>
          <w:sz w:val="28"/>
          <w:lang w:val="ru-RU"/>
          <w:bCs w:val="1"/>
          <w:szCs w:val="28"/>
        </w:rPr>
        <w:t vyd:_id="vyd:000000000009zy">огромный</w:t>
      </w:r>
      <w:r>
        <w:rPr>
          <w:sz w:val="28"/>
          <w:lang w:val="ru-RU"/>
          <w:bCs w:val="1"/>
          <w:szCs w:val="28"/>
        </w:rPr>
        <w:t vyd:_id="vyd:000000000009zx" xml:space="preserve"> </w:t>
      </w:r>
      <w:r>
        <w:rPr>
          <w:sz w:val="28"/>
          <w:lang w:val="ru-RU"/>
          <w:bCs w:val="1"/>
          <w:szCs w:val="28"/>
        </w:rPr>
        <w:t vyd:_id="vyd:000000000009zw">толчок</w:t>
      </w:r>
      <w:r>
        <w:rPr>
          <w:sz w:val="28"/>
          <w:lang w:val="ru-RU"/>
          <w:bCs w:val="1"/>
          <w:szCs w:val="28"/>
        </w:rPr>
        <w:t vyd:_id="vyd:000000000009zv" xml:space="preserve"> </w:t>
      </w:r>
      <w:r>
        <w:rPr>
          <w:sz w:val="28"/>
          <w:lang w:val="ru-RU"/>
          <w:bCs w:val="1"/>
          <w:szCs w:val="28"/>
        </w:rPr>
        <w:t vyd:_id="vyd:000000000009zu">к</w:t>
      </w:r>
      <w:r>
        <w:rPr>
          <w:sz w:val="28"/>
          <w:lang w:val="ru-RU"/>
          <w:bCs w:val="1"/>
          <w:szCs w:val="28"/>
        </w:rPr>
        <w:t vyd:_id="vyd:000000000009zt" xml:space="preserve"> </w:t>
      </w:r>
      <w:r>
        <w:rPr>
          <w:sz w:val="28"/>
          <w:lang w:val="ru-RU"/>
          <w:bCs w:val="1"/>
          <w:szCs w:val="28"/>
        </w:rPr>
        <w:t vyd:_id="vyd:000000000009zs">развитию</w:t>
      </w:r>
      <w:r>
        <w:rPr>
          <w:sz w:val="28"/>
          <w:lang w:val="ru-RU"/>
          <w:bCs w:val="1"/>
          <w:szCs w:val="28"/>
        </w:rPr>
        <w:t vyd:_id="vyd:000000000009zr" xml:space="preserve"> </w:t>
      </w:r>
      <w:r>
        <w:rPr>
          <w:sz w:val="28"/>
          <w:lang w:val="ru-RU"/>
          <w:bCs w:val="1"/>
          <w:szCs w:val="28"/>
        </w:rPr>
        <w:t vyd:_id="vyd:000000000009zq">удобной</w:t>
      </w:r>
      <w:r>
        <w:rPr>
          <w:sz w:val="28"/>
          <w:lang w:val="ru-RU"/>
          <w:bCs w:val="1"/>
          <w:szCs w:val="28"/>
        </w:rPr>
        <w:t vyd:_id="vyd:000000000009zp" xml:space="preserve"> </w:t>
      </w:r>
      <w:r>
        <w:rPr>
          <w:sz w:val="28"/>
          <w:lang w:val="ru-RU"/>
          <w:bCs w:val="1"/>
          <w:szCs w:val="28"/>
        </w:rPr>
        <w:t vyd:_id="vyd:000000000009zo">городской</w:t>
      </w:r>
      <w:r>
        <w:rPr>
          <w:sz w:val="28"/>
          <w:lang w:val="ru-RU"/>
          <w:bCs w:val="1"/>
          <w:szCs w:val="28"/>
        </w:rPr>
        <w:t vyd:_id="vyd:000000000009zn" xml:space="preserve"> </w:t>
      </w:r>
      <w:r>
        <w:rPr>
          <w:sz w:val="28"/>
          <w:lang w:val="ru-RU"/>
          <w:bCs w:val="1"/>
          <w:szCs w:val="28"/>
        </w:rPr>
        <w:t vyd:_id="vyd:000000000009zm">среды.</w:t>
      </w:r>
    </w:p>
    <w:p w14:paraId="7CDB10CC" w14:textId="77777777" w:rsidR="00401D4A" w:rsidRPr="008E3AB5" w:rsidRDefault="00401D4A" w:rsidP="00401D4A" vyd:_id="vyd:000000000009z3">
      <w:pPr>
        <w:pStyle w:val="LectureBody"/>
        <w:spacing w:after="0" w:line="360" w:lineRule="auto"/>
        <w:rPr>
          <w:sz w:val="28"/>
          <w:lang w:val="ru-RU"/>
          <w:bCs w:val="1"/>
          <w:szCs w:val="28"/>
        </w:rPr>
      </w:pPr>
      <w:r>
        <w:rPr>
          <w:sz w:val="28"/>
          <w:lang w:val="ru-RU"/>
          <w:bCs w:val="1"/>
          <w:szCs w:val="28"/>
        </w:rPr>
        <w:t vyd:_id="vyd:000000000009zk">В</w:t>
      </w:r>
      <w:r>
        <w:rPr>
          <w:sz w:val="28"/>
          <w:lang w:val="ru-RU"/>
          <w:bCs w:val="1"/>
          <w:szCs w:val="28"/>
        </w:rPr>
        <w:t vyd:_id="vyd:000000000009zj" xml:space="preserve"> </w:t>
      </w:r>
      <w:r>
        <w:rPr>
          <w:sz w:val="28"/>
          <w:lang w:val="ru-RU"/>
          <w:bCs w:val="1"/>
          <w:szCs w:val="28"/>
        </w:rPr>
        <w:t vyd:_id="vyd:000000000009zi">рамках</w:t>
      </w:r>
      <w:r>
        <w:rPr>
          <w:sz w:val="28"/>
          <w:lang w:val="ru-RU"/>
          <w:bCs w:val="1"/>
          <w:szCs w:val="28"/>
        </w:rPr>
        <w:t vyd:_id="vyd:000000000009zh" xml:space="preserve"> </w:t>
      </w:r>
      <w:r>
        <w:rPr>
          <w:sz w:val="28"/>
          <w:lang w:val="ru-RU"/>
          <w:bCs w:val="1"/>
          <w:szCs w:val="28"/>
        </w:rPr>
        <w:t vyd:_id="vyd:000000000009zg">технологического</w:t>
      </w:r>
      <w:r>
        <w:rPr>
          <w:sz w:val="28"/>
          <w:lang w:val="ru-RU"/>
          <w:bCs w:val="1"/>
          <w:szCs w:val="28"/>
        </w:rPr>
        <w:t vyd:_id="vyd:000000000009zf" xml:space="preserve"> </w:t>
      </w:r>
      <w:r>
        <w:rPr>
          <w:sz w:val="28"/>
          <w:lang w:val="ru-RU"/>
          <w:bCs w:val="1"/>
          <w:szCs w:val="28"/>
        </w:rPr>
        <w:t vyd:_id="vyd:000000000009ze">направления</w:t>
      </w:r>
      <w:r>
        <w:rPr>
          <w:sz w:val="28"/>
          <w:lang w:val="ru-RU"/>
          <w:bCs w:val="1"/>
          <w:szCs w:val="28"/>
        </w:rPr>
        <w:t vyd:_id="vyd:000000000009zd" xml:space="preserve"> </w:t>
      </w:r>
      <w:r>
        <w:rPr>
          <w:sz w:val="28"/>
          <w:lang w:val="ru-RU"/>
          <w:bCs w:val="1"/>
          <w:szCs w:val="28"/>
        </w:rPr>
        <w:t vyd:_id="vyd:000000000009zc">развития</w:t>
      </w:r>
      <w:r>
        <w:rPr>
          <w:sz w:val="28"/>
          <w:lang w:val="ru-RU"/>
          <w:bCs w:val="1"/>
          <w:szCs w:val="28"/>
        </w:rPr>
        <w:t vyd:_id="vyd:000000000009zb" xml:space="preserve"> </w:t>
      </w:r>
      <w:r>
        <w:rPr>
          <w:sz w:val="28"/>
          <w:lang w:val="ru-RU"/>
          <w:bCs w:val="1"/>
          <w:szCs w:val="28"/>
        </w:rPr>
        <w:t vyd:_id="vyd:000000000009za">стоит</w:t>
      </w:r>
      <w:r>
        <w:rPr>
          <w:sz w:val="28"/>
          <w:lang w:val="ru-RU"/>
          <w:bCs w:val="1"/>
          <w:szCs w:val="28"/>
        </w:rPr>
        <w:t vyd:_id="vyd:000000000009z9" xml:space="preserve"> </w:t>
      </w:r>
      <w:r>
        <w:rPr>
          <w:sz w:val="28"/>
          <w:lang w:val="ru-RU"/>
          <w:bCs w:val="1"/>
          <w:szCs w:val="28"/>
        </w:rPr>
        <w:t vyd:_id="vyd:000000000009z8">упомянуть</w:t>
      </w:r>
      <w:r>
        <w:rPr>
          <w:sz w:val="28"/>
          <w:lang w:val="ru-RU"/>
          <w:bCs w:val="1"/>
          <w:szCs w:val="28"/>
        </w:rPr>
        <w:t vyd:_id="vyd:000000000009z7" xml:space="preserve"> </w:t>
      </w:r>
      <w:r>
        <w:rPr>
          <w:sz w:val="28"/>
          <w:lang w:val="ru-RU"/>
          <w:bCs w:val="1"/>
          <w:szCs w:val="28"/>
        </w:rPr>
        <w:t vyd:_id="vyd:000000000009z6">такой</w:t>
      </w:r>
      <w:r>
        <w:rPr>
          <w:sz w:val="28"/>
          <w:lang w:val="ru-RU"/>
          <w:bCs w:val="1"/>
          <w:szCs w:val="28"/>
        </w:rPr>
        <w:t vyd:_id="vyd:000000000009z5" xml:space="preserve"> </w:t>
      </w:r>
      <w:r>
        <w:rPr>
          <w:sz w:val="28"/>
          <w:lang w:val="ru-RU"/>
          <w:bCs w:val="1"/>
          <w:szCs w:val="28"/>
        </w:rPr>
        <w:t vyd:_id="vyd:000000000009z4">проект, как Амурский газохимический комплекс. Он начнёт свою работу с 2027 года, но уже сейчас считается одним из крупнейших в мире производителей полиэтилена и пропилена. По первоначальным оценкам, объём его продукции должен составить 2,7 млн тонн.</w:t>
      </w:r>
    </w:p>
    <w:p w14:paraId="7B205665" w14:textId="77777777" w:rsidR="00401D4A" w:rsidRPr="008E3AB5" w:rsidRDefault="00401D4A" w:rsidP="00401D4A" vyd:_id="vyd:000000000009yx">
      <w:pPr>
        <w:pStyle w:val="LectureBody"/>
        <w:spacing w:after="0" w:line="360" w:lineRule="auto"/>
        <w:rPr>
          <w:sz w:val="28"/>
          <w:lang w:val="ru-RU"/>
          <w:bCs w:val="1"/>
          <w:szCs w:val="28"/>
        </w:rPr>
      </w:pPr>
      <w:r>
        <w:rPr>
          <w:sz w:val="28"/>
          <w:lang w:val="ru-RU"/>
          <w:bCs w:val="1"/>
          <w:szCs w:val="28"/>
        </w:rPr>
        <w:t vyd:_id="vyd:000000000009z2" xml:space="preserve">Другой важный проект — это создание судостроительной компании «Звезда» на Дальнем Востоке. Производство первых судов было запущено в 2017, а к 2026 на воду спущено не менее 16 крупных танкеров. Еще 119 кораблей </w:t>
      </w:r>
      <w:r>
        <w:rPr>
          <w:sz w:val="28"/>
          <w:lang w:val="ru-RU"/>
          <w:bCs w:val="1"/>
          <w:szCs w:val="28"/>
        </w:rPr>
        <w:t vyd:_id="vyd:000000000009z1">планруется</w:t>
      </w:r>
      <w:r>
        <w:rPr>
          <w:sz w:val="28"/>
          <w:lang w:val="ru-RU"/>
          <w:bCs w:val="1"/>
          <w:szCs w:val="28"/>
        </w:rPr>
        <w:t vyd:_id="vyd:000000000009z0" xml:space="preserve"> построить и спустить на воду к 2037 году</w:t>
      </w:r>
      <w:r>
        <w:rPr>
          <w:rStyle w:val="aff8"/>
          <w:sz w:val="28"/>
          <w:lang w:val="ru-RU"/>
          <w:bCs w:val="1"/>
          <w:szCs w:val="28"/>
        </w:rPr>
        <w:footnoteReference vyd:_id="vyd:000000000009yz" w:id="84"/>
      </w:r>
      <w:r>
        <w:rPr>
          <w:sz w:val="28"/>
          <w:lang w:val="ru-RU"/>
          <w:bCs w:val="1"/>
          <w:szCs w:val="28"/>
        </w:rPr>
        <w:t vyd:_id="vyd:000000000009yy">.</w:t>
      </w:r>
    </w:p>
    <w:p w14:paraId="229F5D4D" w14:textId="77777777" w:rsidR="00401D4A" w:rsidRPr="003850CC" w:rsidRDefault="00401D4A" w:rsidP="00401D4A" vyd:_id="vyd:000000000009wo">
      <w:pPr>
        <w:pStyle w:val="LectureBody"/>
        <w:spacing w:after="0" w:line="360" w:lineRule="auto"/>
        <w:rPr>
          <w:sz w:val="28"/>
          <w:lang w:val="ru-RU"/>
          <w:bCs w:val="1"/>
          <w:szCs w:val="28"/>
        </w:rPr>
      </w:pPr>
      <w:r>
        <w:rPr>
          <w:sz w:val="28"/>
          <w:lang w:val="ru-RU"/>
          <w:bCs w:val="1"/>
          <w:szCs w:val="28"/>
        </w:rPr>
        <w:tab vyd:_id="vyd:000000000009yw"/>
      </w:r>
      <w:r>
        <w:rPr>
          <w:sz w:val="28"/>
          <w:lang w:val="ru-RU"/>
          <w:bCs w:val="1"/>
          <w:szCs w:val="28"/>
        </w:rPr>
        <w:t vyd:_id="vyd:000000000009yv">В 2026 году совершил свой первый полет Российский гражданский среднемагистральный самолёт МС-21</w:t>
      </w:r>
      <w:r>
        <w:rPr>
          <w:rStyle w:val="aff8"/>
          <w:sz w:val="28"/>
          <w:lang w:val="ru-RU"/>
          <w:bCs w:val="1"/>
          <w:szCs w:val="28"/>
        </w:rPr>
        <w:footnoteReference vyd:_id="vyd:000000000009yu" w:id="85"/>
      </w:r>
      <w:r>
        <w:rPr>
          <w:sz w:val="28"/>
          <w:lang w:val="ru-RU"/>
          <w:bCs w:val="1"/>
          <w:szCs w:val="28"/>
        </w:rPr>
        <w:t vyd:_id="vyd:000000000009yt">. Всего его компоненты собираются в</w:t>
      </w:r>
      <w:r>
        <w:rPr>
          <w:sz w:val="28"/>
          <w:lang w:val="ru-RU"/>
          <w:bCs w:val="1"/>
          <w:szCs w:val="28"/>
        </w:rPr>
        <w:t vyd:_id="vyd:000000000009ys" xml:space="preserve"> </w:t>
      </w:r>
      <w:r>
        <w:rPr>
          <w:sz w:val="28"/>
          <w:lang w:val="ru-RU"/>
          <w:bCs w:val="1"/>
          <w:szCs w:val="28"/>
        </w:rPr>
        <w:t vyd:_id="vyd:000000000009yr">нашей</w:t>
      </w:r>
      <w:r>
        <w:rPr>
          <w:sz w:val="28"/>
          <w:lang w:val="ru-RU"/>
          <w:bCs w:val="1"/>
          <w:szCs w:val="28"/>
        </w:rPr>
        <w:t vyd:_id="vyd:000000000009yq" xml:space="preserve"> </w:t>
      </w:r>
      <w:r>
        <w:rPr>
          <w:sz w:val="28"/>
          <w:lang w:val="ru-RU"/>
          <w:bCs w:val="1"/>
          <w:szCs w:val="28"/>
        </w:rPr>
        <w:t vyd:_id="vyd:000000000009yp">стране,</w:t>
      </w:r>
      <w:r>
        <w:rPr>
          <w:sz w:val="28"/>
          <w:lang w:val="ru-RU"/>
          <w:bCs w:val="1"/>
          <w:szCs w:val="28"/>
        </w:rPr>
        <w:t vyd:_id="vyd:000000000009yo" xml:space="preserve"> </w:t>
      </w:r>
      <w:r>
        <w:rPr>
          <w:sz w:val="28"/>
          <w:lang w:val="ru-RU"/>
          <w:bCs w:val="1"/>
          <w:szCs w:val="28"/>
        </w:rPr>
        <w:t vyd:_id="vyd:000000000009yn">что</w:t>
      </w:r>
      <w:r>
        <w:rPr>
          <w:sz w:val="28"/>
          <w:lang w:val="ru-RU"/>
          <w:bCs w:val="1"/>
          <w:szCs w:val="28"/>
        </w:rPr>
        <w:t vyd:_id="vyd:000000000009ym" xml:space="preserve"> </w:t>
      </w:r>
      <w:r>
        <w:rPr>
          <w:sz w:val="28"/>
          <w:lang w:val="ru-RU"/>
          <w:bCs w:val="1"/>
          <w:szCs w:val="28"/>
        </w:rPr>
        <w:t vyd:_id="vyd:000000000009yl">позволило</w:t>
      </w:r>
      <w:r>
        <w:rPr>
          <w:sz w:val="28"/>
          <w:lang w:val="ru-RU"/>
          <w:bCs w:val="1"/>
          <w:szCs w:val="28"/>
        </w:rPr>
        <w:t vyd:_id="vyd:000000000009yk" xml:space="preserve"> </w:t>
      </w:r>
      <w:r>
        <w:rPr>
          <w:sz w:val="28"/>
          <w:lang w:val="ru-RU"/>
          <w:bCs w:val="1"/>
          <w:szCs w:val="28"/>
        </w:rPr>
        <w:t vyd:_id="vyd:000000000009yj">считать</w:t>
      </w:r>
      <w:r>
        <w:rPr>
          <w:sz w:val="28"/>
          <w:lang w:val="ru-RU"/>
          <w:bCs w:val="1"/>
          <w:szCs w:val="28"/>
        </w:rPr>
        <w:t vyd:_id="vyd:000000000009yi" xml:space="preserve"> </w:t>
      </w:r>
      <w:r>
        <w:rPr>
          <w:sz w:val="28"/>
          <w:lang w:val="ru-RU"/>
          <w:bCs w:val="1"/>
          <w:szCs w:val="28"/>
        </w:rPr>
        <w:t vyd:_id="vyd:000000000009yh">его</w:t>
      </w:r>
      <w:r>
        <w:rPr>
          <w:sz w:val="28"/>
          <w:lang w:val="ru-RU"/>
          <w:bCs w:val="1"/>
          <w:szCs w:val="28"/>
        </w:rPr>
        <w:t vyd:_id="vyd:000000000009yg" xml:space="preserve"> </w:t>
      </w:r>
      <w:r>
        <w:rPr>
          <w:sz w:val="28"/>
          <w:lang w:val="ru-RU"/>
          <w:bCs w:val="1"/>
          <w:szCs w:val="28"/>
        </w:rPr>
        <w:t vyd:_id="vyd:000000000009yf">первым</w:t>
      </w:r>
      <w:r>
        <w:rPr>
          <w:sz w:val="28"/>
          <w:lang w:val="ru-RU"/>
          <w:bCs w:val="1"/>
          <w:szCs w:val="28"/>
        </w:rPr>
        <w:t vyd:_id="vyd:000000000009ye" xml:space="preserve"> </w:t>
      </w:r>
      <w:r>
        <w:rPr>
          <w:sz w:val="28"/>
          <w:lang w:val="ru-RU"/>
          <w:bCs w:val="1"/>
          <w:szCs w:val="28"/>
        </w:rPr>
        <w:t vyd:_id="vyd:000000000009yd">полностью</w:t>
      </w:r>
      <w:r>
        <w:rPr>
          <w:sz w:val="28"/>
          <w:lang w:val="ru-RU"/>
          <w:bCs w:val="1"/>
          <w:szCs w:val="28"/>
        </w:rPr>
        <w:t vyd:_id="vyd:000000000009yc" xml:space="preserve"> </w:t>
      </w:r>
      <w:r>
        <w:rPr>
          <w:sz w:val="28"/>
          <w:lang w:val="ru-RU"/>
          <w:bCs w:val="1"/>
          <w:szCs w:val="28"/>
        </w:rPr>
        <w:t vyd:_id="vyd:000000000009yb">отечественным</w:t>
      </w:r>
      <w:r>
        <w:rPr>
          <w:sz w:val="28"/>
          <w:lang w:val="ru-RU"/>
          <w:bCs w:val="1"/>
          <w:szCs w:val="28"/>
        </w:rPr>
        <w:t vyd:_id="vyd:000000000009ya" xml:space="preserve"> </w:t>
      </w:r>
      <w:r>
        <w:rPr>
          <w:sz w:val="28"/>
          <w:lang w:val="ru-RU"/>
          <w:bCs w:val="1"/>
          <w:szCs w:val="28"/>
        </w:rPr>
        <w:t vyd:_id="vyd:000000000009y9">самол</w:t>
      </w:r>
      <w:r>
        <w:rPr>
          <w:sz w:val="28"/>
          <w:lang w:val="ru-RU"/>
          <w:bCs w:val="1"/>
          <w:szCs w:val="28"/>
        </w:rPr>
        <w:t vyd:_id="vyd:000000000009y8">ё</w:t>
      </w:r>
      <w:r>
        <w:rPr>
          <w:sz w:val="28"/>
          <w:lang w:val="ru-RU"/>
          <w:bCs w:val="1"/>
          <w:szCs w:val="28"/>
        </w:rPr>
        <w:t vyd:_id="vyd:000000000009y7">том</w:t>
      </w:r>
      <w:r>
        <w:rPr>
          <w:sz w:val="28"/>
          <w:lang w:val="ru-RU"/>
          <w:bCs w:val="1"/>
          <w:szCs w:val="28"/>
        </w:rPr>
        <w:t vyd:_id="vyd:000000000009y6" xml:space="preserve"> </w:t>
      </w:r>
      <w:r>
        <w:rPr>
          <w:sz w:val="28"/>
          <w:lang w:val="ru-RU"/>
          <w:bCs w:val="1"/>
          <w:szCs w:val="28"/>
        </w:rPr>
        <w:t vyd:_id="vyd:000000000009y5">России.</w:t>
      </w:r>
      <w:r>
        <w:rPr>
          <w:rStyle w:val="aff8"/>
          <w:sz w:val="28"/>
          <w:lang w:val="ru-RU"/>
          <w:bCs w:val="1"/>
          <w:szCs w:val="28"/>
        </w:rPr>
        <w:footnoteReference vyd:_id="vyd:000000000009y4" w:id="86"/>
      </w:r>
      <w:r>
        <w:rPr>
          <w:sz w:val="28"/>
          <w:lang w:val="ru-RU"/>
          <w:bCs w:val="1"/>
          <w:szCs w:val="28"/>
        </w:rPr>
        <w:t vyd:_id="vyd:000000000009y3" xml:space="preserve"> </w:t>
      </w:r>
      <w:r>
        <w:rPr>
          <w:sz w:val="28"/>
          <w:lang w:val="ru-RU"/>
          <w:bCs w:val="1"/>
          <w:szCs w:val="28"/>
        </w:rPr>
        <w:t vyd:_id="vyd:000000000009y2">Стоит</w:t>
      </w:r>
      <w:r>
        <w:rPr>
          <w:sz w:val="28"/>
          <w:lang w:val="ru-RU"/>
          <w:bCs w:val="1"/>
          <w:szCs w:val="28"/>
        </w:rPr>
        <w:t vyd:_id="vyd:000000000009y1" xml:space="preserve"> </w:t>
      </w:r>
      <w:r>
        <w:rPr>
          <w:sz w:val="28"/>
          <w:lang w:val="ru-RU"/>
          <w:bCs w:val="1"/>
          <w:szCs w:val="28"/>
        </w:rPr>
        <w:t vyd:_id="vyd:000000000009y0">добавить,</w:t>
      </w:r>
      <w:r>
        <w:rPr>
          <w:sz w:val="28"/>
          <w:lang w:val="ru-RU"/>
          <w:bCs w:val="1"/>
          <w:szCs w:val="28"/>
        </w:rPr>
        <w:t vyd:_id="vyd:000000000009xz" xml:space="preserve"> </w:t>
      </w:r>
      <w:r>
        <w:rPr>
          <w:sz w:val="28"/>
          <w:lang w:val="ru-RU"/>
          <w:bCs w:val="1"/>
          <w:szCs w:val="28"/>
        </w:rPr>
        <w:t vyd:_id="vyd:000000000009xy">что</w:t>
      </w:r>
      <w:r>
        <w:rPr>
          <w:sz w:val="28"/>
          <w:lang w:val="ru-RU"/>
          <w:bCs w:val="1"/>
          <w:szCs w:val="28"/>
        </w:rPr>
        <w:t vyd:_id="vyd:000000000009xx" xml:space="preserve"> </w:t>
      </w:r>
      <w:r>
        <w:rPr>
          <w:sz w:val="28"/>
          <w:lang w:val="ru-RU"/>
          <w:bCs w:val="1"/>
          <w:szCs w:val="28"/>
        </w:rPr>
        <w:t vyd:_id="vyd:000000000009xw">в</w:t>
      </w:r>
      <w:r>
        <w:rPr>
          <w:sz w:val="28"/>
          <w:lang w:val="ru-RU"/>
          <w:bCs w:val="1"/>
          <w:szCs w:val="28"/>
        </w:rPr>
        <w:t vyd:_id="vyd:000000000009xv" xml:space="preserve"> </w:t>
      </w:r>
      <w:r>
        <w:rPr>
          <w:sz w:val="28"/>
          <w:lang w:val="ru-RU"/>
          <w:bCs w:val="1"/>
          <w:szCs w:val="28"/>
        </w:rPr>
        <w:t vyd:_id="vyd:000000000009xu">2026</w:t>
      </w:r>
      <w:r>
        <w:rPr>
          <w:sz w:val="28"/>
          <w:lang w:val="ru-RU"/>
          <w:bCs w:val="1"/>
          <w:szCs w:val="28"/>
        </w:rPr>
        <w:t vyd:_id="vyd:000000000009xt" xml:space="preserve"> </w:t>
      </w:r>
      <w:r>
        <w:rPr>
          <w:sz w:val="28"/>
          <w:lang w:val="ru-RU"/>
          <w:bCs w:val="1"/>
          <w:szCs w:val="28"/>
        </w:rPr>
        <w:t vyd:_id="vyd:000000000009xs">году</w:t>
      </w:r>
      <w:r>
        <w:rPr>
          <w:sz w:val="28"/>
          <w:lang w:val="ru-RU"/>
          <w:bCs w:val="1"/>
          <w:szCs w:val="28"/>
        </w:rPr>
        <w:t vyd:_id="vyd:000000000009xr" xml:space="preserve"> </w:t>
      </w:r>
      <w:r>
        <w:rPr>
          <w:sz w:val="28"/>
          <w:lang w:val="ru-RU"/>
          <w:bCs w:val="1"/>
          <w:szCs w:val="28"/>
        </w:rPr>
        <w:t vyd:_id="vyd:000000000009xq">кроме</w:t>
      </w:r>
      <w:r>
        <w:rPr>
          <w:sz w:val="28"/>
          <w:lang w:val="ru-RU"/>
          <w:bCs w:val="1"/>
          <w:szCs w:val="28"/>
        </w:rPr>
        <w:t vyd:_id="vyd:000000000009xp" xml:space="preserve"> </w:t>
      </w:r>
      <w:r>
        <w:rPr>
          <w:sz w:val="28"/>
          <w:lang w:val="ru-RU"/>
          <w:bCs w:val="1"/>
          <w:szCs w:val="28"/>
        </w:rPr>
        <w:t vyd:_id="vyd:000000000009xo">России</w:t>
      </w:r>
      <w:r>
        <w:rPr>
          <w:sz w:val="28"/>
          <w:lang w:val="ru-RU"/>
          <w:bCs w:val="1"/>
          <w:szCs w:val="28"/>
        </w:rPr>
        <w:t vyd:_id="vyd:000000000009xn" xml:space="preserve"> </w:t>
      </w:r>
      <w:r>
        <w:rPr>
          <w:sz w:val="28"/>
          <w:lang w:val="ru-RU"/>
          <w:bCs w:val="1"/>
          <w:szCs w:val="28"/>
        </w:rPr>
        <w:t vyd:_id="vyd:000000000009xm">нет</w:t>
      </w:r>
      <w:r>
        <w:rPr>
          <w:sz w:val="28"/>
          <w:lang w:val="ru-RU"/>
          <w:bCs w:val="1"/>
          <w:szCs w:val="28"/>
        </w:rPr>
        <w:t vyd:_id="vyd:000000000009xl" xml:space="preserve"> </w:t>
      </w:r>
      <w:r>
        <w:rPr>
          <w:sz w:val="28"/>
          <w:lang w:val="ru-RU"/>
          <w:bCs w:val="1"/>
          <w:szCs w:val="28"/>
        </w:rPr>
        <w:t vyd:_id="vyd:000000000009xk">ни</w:t>
      </w:r>
      <w:r>
        <w:rPr>
          <w:sz w:val="28"/>
          <w:lang w:val="ru-RU"/>
          <w:bCs w:val="1"/>
          <w:szCs w:val="28"/>
        </w:rPr>
        <w:t vyd:_id="vyd:000000000009xj" xml:space="preserve"> </w:t>
      </w:r>
      <w:r>
        <w:rPr>
          <w:sz w:val="28"/>
          <w:lang w:val="ru-RU"/>
          <w:bCs w:val="1"/>
          <w:szCs w:val="28"/>
        </w:rPr>
        <w:t vyd:_id="vyd:000000000009xi">одной</w:t>
      </w:r>
      <w:r>
        <w:rPr>
          <w:sz w:val="28"/>
          <w:lang w:val="ru-RU"/>
          <w:bCs w:val="1"/>
          <w:szCs w:val="28"/>
        </w:rPr>
        <w:t vyd:_id="vyd:000000000009xh" xml:space="preserve"> </w:t>
      </w:r>
      <w:r>
        <w:rPr>
          <w:sz w:val="28"/>
          <w:lang w:val="ru-RU"/>
          <w:bCs w:val="1"/>
          <w:szCs w:val="28"/>
        </w:rPr>
        <w:t vyd:_id="vyd:000000000009xg">страны</w:t>
      </w:r>
      <w:r>
        <w:rPr>
          <w:sz w:val="28"/>
          <w:lang w:val="ru-RU"/>
          <w:bCs w:val="1"/>
          <w:szCs w:val="28"/>
        </w:rPr>
        <w:t vyd:_id="vyd:000000000009xf" xml:space="preserve"> </w:t>
      </w:r>
      <w:r>
        <w:rPr>
          <w:sz w:val="28"/>
          <w:lang w:val="ru-RU"/>
          <w:bCs w:val="1"/>
          <w:szCs w:val="28"/>
        </w:rPr>
        <w:t vyd:_id="vyd:000000000009xe">в</w:t>
      </w:r>
      <w:r>
        <w:rPr>
          <w:sz w:val="28"/>
          <w:lang w:val="ru-RU"/>
          <w:bCs w:val="1"/>
          <w:szCs w:val="28"/>
        </w:rPr>
        <w:t vyd:_id="vyd:000000000009xd" xml:space="preserve"> </w:t>
      </w:r>
      <w:r>
        <w:rPr>
          <w:sz w:val="28"/>
          <w:lang w:val="ru-RU"/>
          <w:bCs w:val="1"/>
          <w:szCs w:val="28"/>
        </w:rPr>
        <w:t vyd:_id="vyd:000000000009xc">мире,</w:t>
      </w:r>
      <w:r>
        <w:rPr>
          <w:sz w:val="28"/>
          <w:lang w:val="ru-RU"/>
          <w:bCs w:val="1"/>
          <w:szCs w:val="28"/>
        </w:rPr>
        <w:t vyd:_id="vyd:000000000009xb" xml:space="preserve"> </w:t>
      </w:r>
      <w:r>
        <w:rPr>
          <w:sz w:val="28"/>
          <w:lang w:val="ru-RU"/>
          <w:bCs w:val="1"/>
          <w:szCs w:val="28"/>
        </w:rPr>
        <w:t vyd:_id="vyd:000000000009xa">которая</w:t>
      </w:r>
      <w:r>
        <w:rPr>
          <w:sz w:val="28"/>
          <w:lang w:val="ru-RU"/>
          <w:bCs w:val="1"/>
          <w:szCs w:val="28"/>
        </w:rPr>
        <w:t vyd:_id="vyd:000000000009x9" xml:space="preserve"> </w:t>
      </w:r>
      <w:r>
        <w:rPr>
          <w:sz w:val="28"/>
          <w:lang w:val="ru-RU"/>
          <w:bCs w:val="1"/>
          <w:szCs w:val="28"/>
        </w:rPr>
        <w:t vyd:_id="vyd:000000000009x8">была</w:t>
      </w:r>
      <w:r>
        <w:rPr>
          <w:sz w:val="28"/>
          <w:lang w:val="ru-RU"/>
          <w:bCs w:val="1"/>
          <w:szCs w:val="28"/>
        </w:rPr>
        <w:t vyd:_id="vyd:000000000009x7" xml:space="preserve"> </w:t>
      </w:r>
      <w:r>
        <w:rPr>
          <w:sz w:val="28"/>
          <w:lang w:val="ru-RU"/>
          <w:bCs w:val="1"/>
          <w:szCs w:val="28"/>
        </w:rPr>
        <w:t vyd:_id="vyd:000000000009x6">бы</w:t>
      </w:r>
      <w:r>
        <w:rPr>
          <w:sz w:val="28"/>
          <w:lang w:val="ru-RU"/>
          <w:bCs w:val="1"/>
          <w:szCs w:val="28"/>
        </w:rPr>
        <w:t vyd:_id="vyd:000000000009x5" xml:space="preserve"> </w:t>
      </w:r>
      <w:r>
        <w:rPr>
          <w:sz w:val="28"/>
          <w:lang w:val="ru-RU"/>
          <w:bCs w:val="1"/>
          <w:szCs w:val="28"/>
        </w:rPr>
        <w:t vyd:_id="vyd:000000000009x4">способна</w:t>
      </w:r>
      <w:r>
        <w:rPr>
          <w:sz w:val="28"/>
          <w:lang w:val="ru-RU"/>
          <w:bCs w:val="1"/>
          <w:szCs w:val="28"/>
        </w:rPr>
        <w:t vyd:_id="vyd:000000000009x3" xml:space="preserve"> </w:t>
      </w:r>
      <w:r>
        <w:rPr>
          <w:sz w:val="28"/>
          <w:lang w:val="ru-RU"/>
          <w:bCs w:val="1"/>
          <w:szCs w:val="28"/>
        </w:rPr>
        <w:t vyd:_id="vyd:000000000009x2">производить</w:t>
      </w:r>
      <w:r>
        <w:rPr>
          <w:sz w:val="28"/>
          <w:lang w:val="ru-RU"/>
          <w:bCs w:val="1"/>
          <w:szCs w:val="28"/>
        </w:rPr>
        <w:t vyd:_id="vyd:000000000009x1" xml:space="preserve"> </w:t>
      </w:r>
      <w:r>
        <w:rPr>
          <w:sz w:val="28"/>
          <w:lang w:val="ru-RU"/>
          <w:bCs w:val="1"/>
          <w:szCs w:val="28"/>
        </w:rPr>
        <w:t vyd:_id="vyd:000000000009x0">собственные</w:t>
      </w:r>
      <w:r>
        <w:rPr>
          <w:sz w:val="28"/>
          <w:lang w:val="ru-RU"/>
          <w:bCs w:val="1"/>
          <w:szCs w:val="28"/>
        </w:rPr>
        <w:t vyd:_id="vyd:000000000009wz" xml:space="preserve"> </w:t>
      </w:r>
      <w:r>
        <w:rPr>
          <w:sz w:val="28"/>
          <w:lang w:val="ru-RU"/>
          <w:bCs w:val="1"/>
          <w:szCs w:val="28"/>
        </w:rPr>
        <w:t vyd:_id="vyd:000000000009wy">самол</w:t>
      </w:r>
      <w:r>
        <w:rPr>
          <w:sz w:val="28"/>
          <w:lang w:val="ru-RU"/>
          <w:bCs w:val="1"/>
          <w:szCs w:val="28"/>
        </w:rPr>
        <w:t vyd:_id="vyd:000000000009wx">ё</w:t>
      </w:r>
      <w:r>
        <w:rPr>
          <w:sz w:val="28"/>
          <w:lang w:val="ru-RU"/>
          <w:bCs w:val="1"/>
          <w:szCs w:val="28"/>
        </w:rPr>
        <w:t vyd:_id="vyd:000000000009ww">ты</w:t>
      </w:r>
      <w:r>
        <w:rPr>
          <w:sz w:val="28"/>
          <w:lang w:val="ru-RU"/>
          <w:bCs w:val="1"/>
          <w:szCs w:val="28"/>
        </w:rPr>
        <w:t vyd:_id="vyd:000000000009wv" xml:space="preserve"> </w:t>
      </w:r>
      <w:r>
        <w:rPr>
          <w:sz w:val="28"/>
          <w:lang w:val="ru-RU"/>
          <w:bCs w:val="1"/>
          <w:szCs w:val="28"/>
        </w:rPr>
        <w:t vyd:_id="vyd:000000000009wu">без</w:t>
      </w:r>
      <w:r>
        <w:rPr>
          <w:sz w:val="28"/>
          <w:lang w:val="ru-RU"/>
          <w:bCs w:val="1"/>
          <w:szCs w:val="28"/>
        </w:rPr>
        <w:t vyd:_id="vyd:000000000009wt" xml:space="preserve"> </w:t>
      </w:r>
      <w:r>
        <w:rPr>
          <w:sz w:val="28"/>
          <w:lang w:val="ru-RU"/>
          <w:bCs w:val="1"/>
          <w:szCs w:val="28"/>
        </w:rPr>
        <w:t vyd:_id="vyd:000000000009ws">зарубежных</w:t>
      </w:r>
      <w:r>
        <w:rPr>
          <w:sz w:val="28"/>
          <w:lang w:val="ru-RU"/>
          <w:bCs w:val="1"/>
          <w:szCs w:val="28"/>
        </w:rPr>
        <w:t vyd:_id="vyd:000000000009wr" xml:space="preserve"> </w:t>
      </w:r>
      <w:r>
        <w:rPr>
          <w:sz w:val="28"/>
          <w:lang w:val="ru-RU"/>
          <w:bCs w:val="1"/>
          <w:szCs w:val="28"/>
        </w:rPr>
        <w:t vyd:_id="vyd:000000000009wq">компонентов.</w:t>
      </w:r>
      <w:r>
        <w:rPr>
          <w:sz w:val="28"/>
          <w:lang w:val="ru-RU"/>
          <w:bCs w:val="1"/>
          <w:szCs w:val="28"/>
        </w:rPr>
        <w:t vyd:_id="vyd:000000000009wp" xml:space="preserve"> </w:t>
      </w:r>
    </w:p>
    <w:p w14:paraId="56CB0925" w14:textId="77777777" w:rsidR="00401D4A" w:rsidRDefault="00401D4A" w:rsidP="00401D4A" vyd:_id="vyd:000000000009tn">
      <w:pPr>
        <w:pStyle w:val="LectureBody"/>
        <w:spacing w:after="0" w:line="360" w:lineRule="auto"/>
        <w:rPr>
          <w:sz w:val="28"/>
          <w:lang w:val="ru-RU"/>
          <w:bCs w:val="1"/>
          <w:szCs w:val="28"/>
        </w:rPr>
      </w:pPr>
      <w:r>
        <w:rPr>
          <w:sz w:val="28"/>
          <w:lang w:val="ru-RU"/>
          <w:bCs w:val="1"/>
          <w:szCs w:val="28"/>
        </w:rPr>
        <w:t vyd:_id="vyd:000000000009wn">Подводя</w:t>
      </w:r>
      <w:r>
        <w:rPr>
          <w:sz w:val="28"/>
          <w:lang w:val="ru-RU"/>
          <w:bCs w:val="1"/>
          <w:szCs w:val="28"/>
        </w:rPr>
        <w:t vyd:_id="vyd:000000000009wm" xml:space="preserve"> </w:t>
      </w:r>
      <w:r>
        <w:rPr>
          <w:sz w:val="28"/>
          <w:lang w:val="ru-RU"/>
          <w:bCs w:val="1"/>
          <w:szCs w:val="28"/>
        </w:rPr>
        <w:t vyd:_id="vyd:000000000009wl">итог</w:t>
      </w:r>
      <w:r>
        <w:rPr>
          <w:sz w:val="28"/>
          <w:lang w:val="ru-RU"/>
          <w:bCs w:val="1"/>
          <w:szCs w:val="28"/>
        </w:rPr>
        <w:t vyd:_id="vyd:000000000009wk" xml:space="preserve"> </w:t>
      </w:r>
      <w:r>
        <w:rPr>
          <w:sz w:val="28"/>
          <w:lang w:val="ru-RU"/>
          <w:bCs w:val="1"/>
          <w:szCs w:val="28"/>
        </w:rPr>
        <w:t vyd:_id="vyd:000000000009wj">перечисленным</w:t>
      </w:r>
      <w:r>
        <w:rPr>
          <w:sz w:val="28"/>
          <w:lang w:val="ru-RU"/>
          <w:bCs w:val="1"/>
          <w:szCs w:val="28"/>
        </w:rPr>
        <w:t vyd:_id="vyd:000000000009wi" xml:space="preserve"> </w:t>
      </w:r>
      <w:r>
        <w:rPr>
          <w:sz w:val="28"/>
          <w:lang w:val="ru-RU"/>
          <w:bCs w:val="1"/>
          <w:szCs w:val="28"/>
        </w:rPr>
        <w:t vyd:_id="vyd:000000000009wh">проектам</w:t>
      </w:r>
      <w:r>
        <w:rPr>
          <w:sz w:val="28"/>
          <w:lang w:val="ru-RU"/>
          <w:bCs w:val="1"/>
          <w:szCs w:val="28"/>
        </w:rPr>
        <w:t vyd:_id="vyd:000000000009wg" xml:space="preserve">, </w:t>
      </w:r>
      <w:r>
        <w:rPr>
          <w:sz w:val="28"/>
          <w:lang w:val="ru-RU"/>
          <w:bCs w:val="1"/>
          <w:szCs w:val="28"/>
        </w:rPr>
        <w:t vyd:_id="vyd:000000000009wf">хочется</w:t>
      </w:r>
      <w:r>
        <w:rPr>
          <w:sz w:val="28"/>
          <w:lang w:val="ru-RU"/>
          <w:bCs w:val="1"/>
          <w:szCs w:val="28"/>
        </w:rPr>
        <w:t vyd:_id="vyd:000000000009we" xml:space="preserve"> </w:t>
      </w:r>
      <w:r>
        <w:rPr>
          <w:sz w:val="28"/>
          <w:lang w:val="ru-RU"/>
          <w:bCs w:val="1"/>
          <w:szCs w:val="28"/>
        </w:rPr>
        <w:t vyd:_id="vyd:000000000009wd">указать,</w:t>
      </w:r>
      <w:r>
        <w:rPr>
          <w:sz w:val="28"/>
          <w:lang w:val="ru-RU"/>
          <w:bCs w:val="1"/>
          <w:szCs w:val="28"/>
        </w:rPr>
        <w:t vyd:_id="vyd:000000000009wc" xml:space="preserve"> </w:t>
      </w:r>
      <w:r>
        <w:rPr>
          <w:sz w:val="28"/>
          <w:lang w:val="ru-RU"/>
          <w:bCs w:val="1"/>
          <w:szCs w:val="28"/>
        </w:rPr>
        <w:t vyd:_id="vyd:000000000009wb">что</w:t>
      </w:r>
      <w:r>
        <w:rPr>
          <w:sz w:val="28"/>
          <w:lang w:val="ru-RU"/>
          <w:bCs w:val="1"/>
          <w:szCs w:val="28"/>
        </w:rPr>
        <w:t vyd:_id="vyd:000000000009wa" xml:space="preserve"> </w:t>
      </w:r>
      <w:r>
        <w:rPr>
          <w:sz w:val="28"/>
          <w:lang w:val="ru-RU"/>
          <w:bCs w:val="1"/>
          <w:szCs w:val="28"/>
        </w:rPr>
        <w:t vyd:_id="vyd:000000000009w9">это</w:t>
      </w:r>
      <w:r>
        <w:rPr>
          <w:sz w:val="28"/>
          <w:lang w:val="ru-RU"/>
          <w:bCs w:val="1"/>
          <w:szCs w:val="28"/>
        </w:rPr>
        <w:t vyd:_id="vyd:000000000009w8" xml:space="preserve"> </w:t>
      </w:r>
      <w:r>
        <w:rPr>
          <w:sz w:val="28"/>
          <w:lang w:val="ru-RU"/>
          <w:bCs w:val="1"/>
          <w:szCs w:val="28"/>
        </w:rPr>
        <w:t vyd:_id="vyd:000000000009w7">только</w:t>
      </w:r>
      <w:r>
        <w:rPr>
          <w:sz w:val="28"/>
          <w:lang w:val="ru-RU"/>
          <w:bCs w:val="1"/>
          <w:szCs w:val="28"/>
        </w:rPr>
        <w:t vyd:_id="vyd:000000000009w6" xml:space="preserve"> </w:t>
      </w:r>
      <w:r>
        <w:rPr>
          <w:sz w:val="28"/>
          <w:lang w:val="ru-RU"/>
          <w:bCs w:val="1"/>
          <w:szCs w:val="28"/>
        </w:rPr>
        <w:t vyd:_id="vyd:000000000009w5">часть</w:t>
      </w:r>
      <w:r>
        <w:rPr>
          <w:sz w:val="28"/>
          <w:lang w:val="ru-RU"/>
          <w:bCs w:val="1"/>
          <w:szCs w:val="28"/>
        </w:rPr>
        <w:t vyd:_id="vyd:000000000009w4" xml:space="preserve"> </w:t>
      </w:r>
      <w:r>
        <w:rPr>
          <w:sz w:val="28"/>
          <w:lang w:val="ru-RU"/>
          <w:bCs w:val="1"/>
          <w:szCs w:val="28"/>
        </w:rPr>
        <w:t vyd:_id="vyd:000000000009w3">тех</w:t>
      </w:r>
      <w:r>
        <w:rPr>
          <w:sz w:val="28"/>
          <w:lang w:val="ru-RU"/>
          <w:bCs w:val="1"/>
          <w:szCs w:val="28"/>
        </w:rPr>
        <w:t vyd:_id="vyd:000000000009w2" xml:space="preserve"> </w:t>
      </w:r>
      <w:r>
        <w:rPr>
          <w:sz w:val="28"/>
          <w:lang w:val="ru-RU"/>
          <w:bCs w:val="1"/>
          <w:szCs w:val="28"/>
        </w:rPr>
        <w:t vyd:_id="vyd:000000000009w1">огромных</w:t>
      </w:r>
      <w:r>
        <w:rPr>
          <w:sz w:val="28"/>
          <w:lang w:val="ru-RU"/>
          <w:bCs w:val="1"/>
          <w:szCs w:val="28"/>
        </w:rPr>
        <w:t vyd:_id="vyd:000000000009w0" xml:space="preserve"> </w:t>
      </w:r>
      <w:r>
        <w:rPr>
          <w:sz w:val="28"/>
          <w:lang w:val="ru-RU"/>
          <w:bCs w:val="1"/>
          <w:szCs w:val="28"/>
        </w:rPr>
        <w:t vyd:_id="vyd:000000000009vz">изменений,</w:t>
      </w:r>
      <w:r>
        <w:rPr>
          <w:sz w:val="28"/>
          <w:lang w:val="ru-RU"/>
          <w:bCs w:val="1"/>
          <w:szCs w:val="28"/>
        </w:rPr>
        <w:t vyd:_id="vyd:000000000009vy" xml:space="preserve"> </w:t>
      </w:r>
      <w:r>
        <w:rPr>
          <w:sz w:val="28"/>
          <w:lang w:val="ru-RU"/>
          <w:bCs w:val="1"/>
          <w:szCs w:val="28"/>
        </w:rPr>
        <w:t vyd:_id="vyd:000000000009vx">которые</w:t>
      </w:r>
      <w:r>
        <w:rPr>
          <w:sz w:val="28"/>
          <w:lang w:val="ru-RU"/>
          <w:bCs w:val="1"/>
          <w:szCs w:val="28"/>
        </w:rPr>
        <w:t vyd:_id="vyd:000000000009vw" xml:space="preserve"> </w:t>
      </w:r>
      <w:r>
        <w:rPr>
          <w:sz w:val="28"/>
          <w:lang w:val="ru-RU"/>
          <w:bCs w:val="1"/>
          <w:szCs w:val="28"/>
        </w:rPr>
        <w:t vyd:_id="vyd:000000000009vv">затрагивают</w:t>
      </w:r>
      <w:r>
        <w:rPr>
          <w:sz w:val="28"/>
          <w:lang w:val="ru-RU"/>
          <w:bCs w:val="1"/>
          <w:szCs w:val="28"/>
        </w:rPr>
        <w:t vyd:_id="vyd:000000000009vu" xml:space="preserve"> </w:t>
      </w:r>
      <w:r>
        <w:rPr>
          <w:sz w:val="28"/>
          <w:lang w:val="ru-RU"/>
          <w:bCs w:val="1"/>
          <w:szCs w:val="28"/>
        </w:rPr>
        <w:t vyd:_id="vyd:000000000009vt">нашу</w:t>
      </w:r>
      <w:r>
        <w:rPr>
          <w:sz w:val="28"/>
          <w:lang w:val="ru-RU"/>
          <w:bCs w:val="1"/>
          <w:szCs w:val="28"/>
        </w:rPr>
        <w:t vyd:_id="vyd:000000000009vs" xml:space="preserve"> </w:t>
      </w:r>
      <w:r>
        <w:rPr>
          <w:sz w:val="28"/>
          <w:lang w:val="ru-RU"/>
          <w:bCs w:val="1"/>
          <w:szCs w:val="28"/>
        </w:rPr>
        <w:t vyd:_id="vyd:000000000009vr">страну</w:t>
      </w:r>
      <w:r>
        <w:rPr>
          <w:sz w:val="28"/>
          <w:lang w:val="ru-RU"/>
          <w:bCs w:val="1"/>
          <w:szCs w:val="28"/>
        </w:rPr>
        <w:t vyd:_id="vyd:000000000009vq" xml:space="preserve"> </w:t>
      </w:r>
      <w:r>
        <w:rPr>
          <w:sz w:val="28"/>
          <w:lang w:val="ru-RU"/>
          <w:bCs w:val="1"/>
          <w:szCs w:val="28"/>
        </w:rPr>
        <w:t vyd:_id="vyd:000000000009vp">и</w:t>
      </w:r>
      <w:r>
        <w:rPr>
          <w:sz w:val="28"/>
          <w:lang w:val="ru-RU"/>
          <w:bCs w:val="1"/>
          <w:szCs w:val="28"/>
        </w:rPr>
        <w:t vyd:_id="vyd:000000000009vo" xml:space="preserve"> </w:t>
      </w:r>
      <w:r>
        <w:rPr>
          <w:sz w:val="28"/>
          <w:lang w:val="ru-RU"/>
          <w:bCs w:val="1"/>
          <w:szCs w:val="28"/>
        </w:rPr>
        <w:t vyd:_id="vyd:000000000009vn">всех</w:t>
      </w:r>
      <w:r>
        <w:rPr>
          <w:sz w:val="28"/>
          <w:lang w:val="ru-RU"/>
          <w:bCs w:val="1"/>
          <w:szCs w:val="28"/>
        </w:rPr>
        <w:t vyd:_id="vyd:000000000009vm" xml:space="preserve"> </w:t>
      </w:r>
      <w:r>
        <w:rPr>
          <w:sz w:val="28"/>
          <w:lang w:val="ru-RU"/>
          <w:bCs w:val="1"/>
          <w:szCs w:val="28"/>
        </w:rPr>
        <w:t vyd:_id="vyd:000000000009vl">нас.</w:t>
      </w:r>
      <w:r>
        <w:rPr>
          <w:sz w:val="28"/>
          <w:lang w:val="ru-RU"/>
          <w:bCs w:val="1"/>
          <w:szCs w:val="28"/>
        </w:rPr>
        <w:t vyd:_id="vyd:000000000009vk" xml:space="preserve"> </w:t>
      </w:r>
      <w:r>
        <w:rPr>
          <w:sz w:val="28"/>
          <w:lang w:val="ru-RU"/>
          <w:bCs w:val="1"/>
          <w:szCs w:val="28"/>
        </w:rPr>
        <w:t vyd:_id="vyd:000000000009vj">Развивая</w:t>
      </w:r>
      <w:r>
        <w:rPr>
          <w:sz w:val="28"/>
          <w:lang w:val="ru-RU"/>
          <w:bCs w:val="1"/>
          <w:szCs w:val="28"/>
        </w:rPr>
        <w:t vyd:_id="vyd:000000000009vi" xml:space="preserve"> </w:t>
      </w:r>
      <w:r>
        <w:rPr>
          <w:sz w:val="28"/>
          <w:lang w:val="ru-RU"/>
          <w:bCs w:val="1"/>
          <w:szCs w:val="28"/>
        </w:rPr>
        <w:t vyd:_id="vyd:000000000009vh">собственные</w:t>
      </w:r>
      <w:r>
        <w:rPr>
          <w:sz w:val="28"/>
          <w:lang w:val="ru-RU"/>
          <w:bCs w:val="1"/>
          <w:szCs w:val="28"/>
        </w:rPr>
        <w:t vyd:_id="vyd:000000000009vg" xml:space="preserve"> </w:t>
      </w:r>
      <w:r>
        <w:rPr>
          <w:sz w:val="28"/>
          <w:lang w:val="ru-RU"/>
          <w:bCs w:val="1"/>
          <w:szCs w:val="28"/>
        </w:rPr>
        <w:t vyd:_id="vyd:000000000009vf">технологии,</w:t>
      </w:r>
      <w:r>
        <w:rPr>
          <w:sz w:val="28"/>
          <w:lang w:val="ru-RU"/>
          <w:bCs w:val="1"/>
          <w:szCs w:val="28"/>
        </w:rPr>
        <w:t vyd:_id="vyd:000000000009ve" xml:space="preserve"> </w:t>
      </w:r>
      <w:r>
        <w:rPr>
          <w:sz w:val="28"/>
          <w:lang w:val="ru-RU"/>
          <w:bCs w:val="1"/>
          <w:szCs w:val="28"/>
        </w:rPr>
        <w:t vyd:_id="vyd:000000000009vd">тем</w:t>
      </w:r>
      <w:r>
        <w:rPr>
          <w:sz w:val="28"/>
          <w:lang w:val="ru-RU"/>
          <w:bCs w:val="1"/>
          <w:szCs w:val="28"/>
        </w:rPr>
        <w:t vyd:_id="vyd:000000000009vc" xml:space="preserve"> </w:t>
      </w:r>
      <w:r>
        <w:rPr>
          <w:sz w:val="28"/>
          <w:lang w:val="ru-RU"/>
          <w:bCs w:val="1"/>
          <w:szCs w:val="28"/>
        </w:rPr>
        <w:t vyd:_id="vyd:000000000009vb">самым</w:t>
      </w:r>
      <w:r>
        <w:rPr>
          <w:sz w:val="28"/>
          <w:lang w:val="ru-RU"/>
          <w:bCs w:val="1"/>
          <w:szCs w:val="28"/>
        </w:rPr>
        <w:t vyd:_id="vyd:000000000009va" xml:space="preserve"> </w:t>
      </w:r>
      <w:r>
        <w:rPr>
          <w:sz w:val="28"/>
          <w:lang w:val="ru-RU"/>
          <w:bCs w:val="1"/>
          <w:szCs w:val="28"/>
        </w:rPr>
        <w:t vyd:_id="vyd:000000000009v9">мы</w:t>
      </w:r>
      <w:r>
        <w:rPr>
          <w:sz w:val="28"/>
          <w:lang w:val="ru-RU"/>
          <w:bCs w:val="1"/>
          <w:szCs w:val="28"/>
        </w:rPr>
        <w:t vyd:_id="vyd:000000000009v8" xml:space="preserve"> </w:t>
      </w:r>
      <w:r>
        <w:rPr>
          <w:sz w:val="28"/>
          <w:lang w:val="ru-RU"/>
          <w:bCs w:val="1"/>
          <w:szCs w:val="28"/>
        </w:rPr>
        <w:t vyd:_id="vyd:000000000009v7">все</w:t>
      </w:r>
      <w:r>
        <w:rPr>
          <w:sz w:val="28"/>
          <w:lang w:val="ru-RU"/>
          <w:bCs w:val="1"/>
          <w:szCs w:val="28"/>
        </w:rPr>
        <w:t vyd:_id="vyd:000000000009v6" xml:space="preserve"> </w:t>
      </w:r>
      <w:r>
        <w:rPr>
          <w:sz w:val="28"/>
          <w:lang w:val="ru-RU"/>
          <w:bCs w:val="1"/>
          <w:szCs w:val="28"/>
        </w:rPr>
        <w:t vyd:_id="vyd:000000000009v5">вместе</w:t>
      </w:r>
      <w:r>
        <w:rPr>
          <w:sz w:val="28"/>
          <w:lang w:val="ru-RU"/>
          <w:bCs w:val="1"/>
          <w:szCs w:val="28"/>
        </w:rPr>
        <w:t vyd:_id="vyd:000000000009v4" xml:space="preserve"> </w:t>
      </w:r>
      <w:r>
        <w:rPr>
          <w:sz w:val="28"/>
          <w:lang w:val="ru-RU"/>
          <w:bCs w:val="1"/>
          <w:szCs w:val="28"/>
        </w:rPr>
        <w:t vyd:_id="vyd:000000000009v3">делаем</w:t>
      </w:r>
      <w:r>
        <w:rPr>
          <w:sz w:val="28"/>
          <w:lang w:val="ru-RU"/>
          <w:bCs w:val="1"/>
          <w:szCs w:val="28"/>
        </w:rPr>
        <w:t vyd:_id="vyd:000000000009v2" xml:space="preserve"> </w:t>
      </w:r>
      <w:r>
        <w:rPr>
          <w:sz w:val="28"/>
          <w:lang w:val="ru-RU"/>
          <w:bCs w:val="1"/>
          <w:szCs w:val="28"/>
        </w:rPr>
        <w:t vyd:_id="vyd:000000000009v1">нашу</w:t>
      </w:r>
      <w:r>
        <w:rPr>
          <w:sz w:val="28"/>
          <w:lang w:val="ru-RU"/>
          <w:bCs w:val="1"/>
          <w:szCs w:val="28"/>
        </w:rPr>
        <w:t vyd:_id="vyd:000000000009v0" xml:space="preserve"> </w:t>
      </w:r>
      <w:r>
        <w:rPr>
          <w:sz w:val="28"/>
          <w:lang w:val="ru-RU"/>
          <w:bCs w:val="1"/>
          <w:szCs w:val="28"/>
        </w:rPr>
        <w:t vyd:_id="vyd:000000000009uz">страну</w:t>
      </w:r>
      <w:r>
        <w:rPr>
          <w:sz w:val="28"/>
          <w:lang w:val="ru-RU"/>
          <w:bCs w:val="1"/>
          <w:szCs w:val="28"/>
        </w:rPr>
        <w:t vyd:_id="vyd:000000000009uy" xml:space="preserve"> </w:t>
      </w:r>
      <w:r>
        <w:rPr>
          <w:sz w:val="28"/>
          <w:lang w:val="ru-RU"/>
          <w:bCs w:val="1"/>
          <w:szCs w:val="28"/>
        </w:rPr>
        <w:t vyd:_id="vyd:000000000009ux">сильнее</w:t>
      </w:r>
      <w:r>
        <w:rPr>
          <w:sz w:val="28"/>
          <w:lang w:val="ru-RU"/>
          <w:bCs w:val="1"/>
          <w:szCs w:val="28"/>
        </w:rPr>
        <w:t vyd:_id="vyd:000000000009uw" xml:space="preserve"> </w:t>
      </w:r>
      <w:r>
        <w:rPr>
          <w:sz w:val="28"/>
          <w:lang w:val="ru-RU"/>
          <w:bCs w:val="1"/>
          <w:szCs w:val="28"/>
        </w:rPr>
        <w:t vyd:_id="vyd:000000000009uv">и</w:t>
      </w:r>
      <w:r>
        <w:rPr>
          <w:sz w:val="28"/>
          <w:lang w:val="ru-RU"/>
          <w:bCs w:val="1"/>
          <w:szCs w:val="28"/>
        </w:rPr>
        <w:t vyd:_id="vyd:000000000009uu" xml:space="preserve"> </w:t>
      </w:r>
      <w:r>
        <w:rPr>
          <w:sz w:val="28"/>
          <w:lang w:val="ru-RU"/>
          <w:bCs w:val="1"/>
          <w:szCs w:val="28"/>
        </w:rPr>
        <w:t vyd:_id="vyd:000000000009ut">богаче.</w:t>
      </w:r>
      <w:r>
        <w:rPr>
          <w:sz w:val="28"/>
          <w:lang w:val="ru-RU"/>
          <w:bCs w:val="1"/>
          <w:szCs w:val="28"/>
        </w:rPr>
        <w:t vyd:_id="vyd:000000000009us" xml:space="preserve"> </w:t>
      </w:r>
      <w:r>
        <w:rPr>
          <w:sz w:val="28"/>
          <w:lang w:val="ru-RU"/>
          <w:bCs w:val="1"/>
          <w:szCs w:val="28"/>
        </w:rPr>
        <w:t vyd:_id="vyd:000000000009ur">Но</w:t>
      </w:r>
      <w:r>
        <w:rPr>
          <w:sz w:val="28"/>
          <w:lang w:val="ru-RU"/>
          <w:bCs w:val="1"/>
          <w:szCs w:val="28"/>
        </w:rPr>
        <w:t vyd:_id="vyd:000000000009uq" xml:space="preserve"> </w:t>
      </w:r>
      <w:r>
        <w:rPr>
          <w:sz w:val="28"/>
          <w:lang w:val="ru-RU"/>
          <w:bCs w:val="1"/>
          <w:szCs w:val="28"/>
        </w:rPr>
        <w:t vyd:_id="vyd:000000000009up">чтобы</w:t>
      </w:r>
      <w:r>
        <w:rPr>
          <w:sz w:val="28"/>
          <w:lang w:val="ru-RU"/>
          <w:bCs w:val="1"/>
          <w:szCs w:val="28"/>
        </w:rPr>
        <w:t vyd:_id="vyd:000000000009uo" xml:space="preserve"> </w:t>
      </w:r>
      <w:r>
        <w:rPr>
          <w:sz w:val="28"/>
          <w:lang w:val="ru-RU"/>
          <w:bCs w:val="1"/>
          <w:szCs w:val="28"/>
        </w:rPr>
        <w:t vyd:_id="vyd:000000000009un">делать</w:t>
      </w:r>
      <w:r>
        <w:rPr>
          <w:sz w:val="28"/>
          <w:lang w:val="ru-RU"/>
          <w:bCs w:val="1"/>
          <w:szCs w:val="28"/>
        </w:rPr>
        <w:t vyd:_id="vyd:000000000009um" xml:space="preserve"> </w:t>
      </w:r>
      <w:r>
        <w:rPr>
          <w:sz w:val="28"/>
          <w:lang w:val="ru-RU"/>
          <w:bCs w:val="1"/>
          <w:szCs w:val="28"/>
        </w:rPr>
        <w:t vyd:_id="vyd:000000000009ul">свою</w:t>
      </w:r>
      <w:r>
        <w:rPr>
          <w:sz w:val="28"/>
          <w:lang w:val="ru-RU"/>
          <w:bCs w:val="1"/>
          <w:szCs w:val="28"/>
        </w:rPr>
        <w:t vyd:_id="vyd:000000000009uk" xml:space="preserve"> </w:t>
      </w:r>
      <w:r>
        <w:rPr>
          <w:sz w:val="28"/>
          <w:lang w:val="ru-RU"/>
          <w:bCs w:val="1"/>
          <w:szCs w:val="28"/>
        </w:rPr>
        <w:t vyd:_id="vyd:000000000009uj">страну</w:t>
      </w:r>
      <w:r>
        <w:rPr>
          <w:sz w:val="28"/>
          <w:lang w:val="ru-RU"/>
          <w:bCs w:val="1"/>
          <w:szCs w:val="28"/>
        </w:rPr>
        <w:t vyd:_id="vyd:000000000009ui" xml:space="preserve"> </w:t>
      </w:r>
      <w:r>
        <w:rPr>
          <w:sz w:val="28"/>
          <w:lang w:val="ru-RU"/>
          <w:bCs w:val="1"/>
          <w:szCs w:val="28"/>
        </w:rPr>
        <w:t vyd:_id="vyd:000000000009uh">богаче,</w:t>
      </w:r>
      <w:r>
        <w:rPr>
          <w:sz w:val="28"/>
          <w:lang w:val="ru-RU"/>
          <w:bCs w:val="1"/>
          <w:szCs w:val="28"/>
        </w:rPr>
        <w:t vyd:_id="vyd:000000000009ug" xml:space="preserve"> </w:t>
      </w:r>
      <w:r>
        <w:rPr>
          <w:sz w:val="28"/>
          <w:lang w:val="ru-RU"/>
          <w:bCs w:val="1"/>
          <w:szCs w:val="28"/>
        </w:rPr>
        <w:t vyd:_id="vyd:000000000009uf">стоит</w:t>
      </w:r>
      <w:r>
        <w:rPr>
          <w:sz w:val="28"/>
          <w:lang w:val="ru-RU"/>
          <w:bCs w:val="1"/>
          <w:szCs w:val="28"/>
        </w:rPr>
        <w:t vyd:_id="vyd:000000000009ue" xml:space="preserve"> </w:t>
      </w:r>
      <w:r>
        <w:rPr>
          <w:sz w:val="28"/>
          <w:lang w:val="ru-RU"/>
          <w:bCs w:val="1"/>
          <w:szCs w:val="28"/>
        </w:rPr>
        <w:t vyd:_id="vyd:000000000009ud">ещё</w:t>
      </w:r>
      <w:r>
        <w:rPr>
          <w:sz w:val="28"/>
          <w:lang w:val="ru-RU"/>
          <w:bCs w:val="1"/>
          <w:szCs w:val="28"/>
        </w:rPr>
        <w:t vyd:_id="vyd:000000000009uc" xml:space="preserve"> </w:t>
      </w:r>
      <w:r>
        <w:rPr>
          <w:sz w:val="28"/>
          <w:lang w:val="ru-RU"/>
          <w:bCs w:val="1"/>
          <w:szCs w:val="28"/>
        </w:rPr>
        <w:t vyd:_id="vyd:000000000009ub">и</w:t>
      </w:r>
      <w:r>
        <w:rPr>
          <w:sz w:val="28"/>
          <w:lang w:val="ru-RU"/>
          <w:bCs w:val="1"/>
          <w:szCs w:val="28"/>
        </w:rPr>
        <w:t vyd:_id="vyd:000000000009ua" xml:space="preserve"> </w:t>
      </w:r>
      <w:r>
        <w:rPr>
          <w:sz w:val="28"/>
          <w:lang w:val="ru-RU"/>
          <w:bCs w:val="1"/>
          <w:szCs w:val="28"/>
        </w:rPr>
        <w:t vyd:_id="vyd:000000000009u9">уметь</w:t>
      </w:r>
      <w:r>
        <w:rPr>
          <w:sz w:val="28"/>
          <w:lang w:val="ru-RU"/>
          <w:bCs w:val="1"/>
          <w:szCs w:val="28"/>
        </w:rPr>
        <w:t vyd:_id="vyd:000000000009u8" xml:space="preserve"> </w:t>
      </w:r>
      <w:r>
        <w:rPr>
          <w:sz w:val="28"/>
          <w:lang w:val="ru-RU"/>
          <w:bCs w:val="1"/>
          <w:szCs w:val="28"/>
        </w:rPr>
        <w:t vyd:_id="vyd:000000000009u7">отстаивать</w:t>
      </w:r>
      <w:r>
        <w:rPr>
          <w:sz w:val="28"/>
          <w:lang w:val="ru-RU"/>
          <w:bCs w:val="1"/>
          <w:szCs w:val="28"/>
        </w:rPr>
        <w:t vyd:_id="vyd:000000000009u6" xml:space="preserve"> </w:t>
      </w:r>
      <w:r>
        <w:rPr>
          <w:sz w:val="28"/>
          <w:lang w:val="ru-RU"/>
          <w:bCs w:val="1"/>
          <w:szCs w:val="28"/>
        </w:rPr>
        <w:t vyd:_id="vyd:000000000009u5">свою</w:t>
      </w:r>
      <w:r>
        <w:rPr>
          <w:sz w:val="28"/>
          <w:lang w:val="ru-RU"/>
          <w:bCs w:val="1"/>
          <w:szCs w:val="28"/>
        </w:rPr>
        <w:t vyd:_id="vyd:000000000009u4" xml:space="preserve"> </w:t>
      </w:r>
      <w:r>
        <w:rPr>
          <w:sz w:val="28"/>
          <w:lang w:val="ru-RU"/>
          <w:bCs w:val="1"/>
          <w:szCs w:val="28"/>
        </w:rPr>
        <w:t vyd:_id="vyd:000000000009u3">точку</w:t>
      </w:r>
      <w:r>
        <w:rPr>
          <w:sz w:val="28"/>
          <w:lang w:val="ru-RU"/>
          <w:bCs w:val="1"/>
          <w:szCs w:val="28"/>
        </w:rPr>
        <w:t vyd:_id="vyd:000000000009u2" xml:space="preserve"> </w:t>
      </w:r>
      <w:r>
        <w:rPr>
          <w:sz w:val="28"/>
          <w:lang w:val="ru-RU"/>
          <w:bCs w:val="1"/>
          <w:szCs w:val="28"/>
        </w:rPr>
        <w:t vyd:_id="vyd:000000000009u1">зрения</w:t>
      </w:r>
      <w:r>
        <w:rPr>
          <w:sz w:val="28"/>
          <w:lang w:val="ru-RU"/>
          <w:bCs w:val="1"/>
          <w:szCs w:val="28"/>
        </w:rPr>
        <w:t vyd:_id="vyd:000000000009u0" xml:space="preserve"> </w:t>
      </w:r>
      <w:r>
        <w:rPr>
          <w:sz w:val="28"/>
          <w:lang w:val="ru-RU"/>
          <w:bCs w:val="1"/>
          <w:szCs w:val="28"/>
        </w:rPr>
        <w:t vyd:_id="vyd:000000000009tz">и</w:t>
      </w:r>
      <w:r>
        <w:rPr>
          <w:sz w:val="28"/>
          <w:lang w:val="ru-RU"/>
          <w:bCs w:val="1"/>
          <w:szCs w:val="28"/>
        </w:rPr>
        <w:t vyd:_id="vyd:000000000009ty" xml:space="preserve"> </w:t>
      </w:r>
      <w:r>
        <w:rPr>
          <w:sz w:val="28"/>
          <w:lang w:val="ru-RU"/>
          <w:bCs w:val="1"/>
          <w:szCs w:val="28"/>
        </w:rPr>
        <w:t vyd:_id="vyd:000000000009tx">быть</w:t>
      </w:r>
      <w:r>
        <w:rPr>
          <w:sz w:val="28"/>
          <w:lang w:val="ru-RU"/>
          <w:bCs w:val="1"/>
          <w:szCs w:val="28"/>
        </w:rPr>
        <w:t vyd:_id="vyd:000000000009tw" xml:space="preserve"> </w:t>
      </w:r>
      <w:r>
        <w:rPr>
          <w:sz w:val="28"/>
          <w:lang w:val="ru-RU"/>
          <w:bCs w:val="1"/>
          <w:szCs w:val="28"/>
        </w:rPr>
        <w:t vyd:_id="vyd:000000000009tv">честным</w:t>
      </w:r>
      <w:r>
        <w:rPr>
          <w:sz w:val="28"/>
          <w:lang w:val="ru-RU"/>
          <w:bCs w:val="1"/>
          <w:szCs w:val="28"/>
        </w:rPr>
        <w:t vyd:_id="vyd:000000000009tu" xml:space="preserve"> </w:t>
      </w:r>
      <w:r>
        <w:rPr>
          <w:sz w:val="28"/>
          <w:lang w:val="ru-RU"/>
          <w:bCs w:val="1"/>
          <w:szCs w:val="28"/>
        </w:rPr>
        <w:t vyd:_id="vyd:000000000009tt">перед</w:t>
      </w:r>
      <w:r>
        <w:rPr>
          <w:sz w:val="28"/>
          <w:lang w:val="ru-RU"/>
          <w:bCs w:val="1"/>
          <w:szCs w:val="28"/>
        </w:rPr>
        <w:t vyd:_id="vyd:000000000009ts" xml:space="preserve"> </w:t>
      </w:r>
      <w:r>
        <w:rPr>
          <w:sz w:val="28"/>
          <w:lang w:val="ru-RU"/>
          <w:bCs w:val="1"/>
          <w:szCs w:val="28"/>
        </w:rPr>
        <w:t vyd:_id="vyd:000000000009tr">самим</w:t>
      </w:r>
      <w:r>
        <w:rPr>
          <w:sz w:val="28"/>
          <w:lang w:val="ru-RU"/>
          <w:bCs w:val="1"/>
          <w:szCs w:val="28"/>
        </w:rPr>
        <w:t vyd:_id="vyd:000000000009tq" xml:space="preserve"> </w:t>
      </w:r>
      <w:r>
        <w:rPr>
          <w:sz w:val="28"/>
          <w:lang w:val="ru-RU"/>
          <w:bCs w:val="1"/>
          <w:szCs w:val="28"/>
        </w:rPr>
        <w:t vyd:_id="vyd:000000000009tp">собой.</w:t>
      </w:r>
      <w:r>
        <w:rPr>
          <w:sz w:val="28"/>
          <w:lang w:val="ru-RU"/>
          <w:bCs w:val="1"/>
          <w:szCs w:val="28"/>
        </w:rPr>
        <w:t vyd:_id="vyd:000000000009to" xml:space="preserve"> </w:t>
      </w:r>
    </w:p>
    <w:p w14:paraId="462AB6CB" w14:textId="77777777" w:rsidR="00401D4A" w:rsidRPr="003850CC" w:rsidRDefault="00401D4A" w:rsidP="00401D4A" vyd:_id="vyd:000000000009tm">
      <w:pPr>
        <w:pStyle w:val="LectureBody"/>
        <w:spacing w:after="0" w:line="360" w:lineRule="auto"/>
        <w:rPr>
          <w:sz w:val="28"/>
          <w:lang w:val="ru-RU"/>
          <w:bCs w:val="1"/>
          <w:szCs w:val="28"/>
        </w:rPr>
      </w:pPr>
    </w:p>
    <w:p w14:paraId="6FB3683A" w14:textId="014EC205" w:rsidR="00401D4A" w:rsidRPr="003850CC" w:rsidRDefault="00401D4A" w:rsidP="00401D4A" vyd:_id="vyd:000000000009tf">
      <w:pPr>
        <w:pStyle w:val="LectureBody"/>
        <w:spacing w:after="0" w:line="360" w:lineRule="auto"/>
        <w:rPr>
          <w:rFonts w:eastAsia="Calibri"/>
          <w:sz w:val="28"/>
          <w:b w:val="1"/>
          <w:lang w:val="ru-RU"/>
          <w:bCs w:val="1"/>
          <w:szCs w:val="28"/>
        </w:rPr>
      </w:pPr>
      <w:r>
        <w:rPr>
          <w:rFonts w:eastAsia="Calibri"/>
          <w:sz w:val="28"/>
          <w:b w:val="1"/>
          <w:lang w:val="ru-RU"/>
          <w:bCs w:val="1"/>
          <w:szCs w:val="28"/>
        </w:rPr>
        <w:t vyd:_id="vyd:000000000009tl">Слайд</w:t>
      </w:r>
      <w:r>
        <w:rPr>
          <w:rFonts w:eastAsia="Calibri"/>
          <w:sz w:val="28"/>
          <w:b w:val="1"/>
          <w:lang w:val="ru-RU"/>
          <w:bCs w:val="1"/>
          <w:szCs w:val="28"/>
        </w:rPr>
        <w:t vyd:_id="vyd:000000000009tk" xml:space="preserve"> </w:t>
      </w:r>
      <w:r>
        <w:rPr>
          <w:rFonts w:eastAsia="Calibri"/>
          <w:sz w:val="28"/>
          <w:b w:val="1"/>
          <w:lang w:val="ru-RU"/>
          <w:bCs w:val="1"/>
          <w:szCs w:val="28"/>
        </w:rPr>
        <w:t vyd:_id="vyd:000000000009tj">2</w:t>
      </w:r>
      <w:r>
        <w:rPr>
          <w:rFonts w:eastAsia="Calibri"/>
          <w:sz w:val="28"/>
          <w:b w:val="1"/>
          <w:lang w:val="ru-RU"/>
          <w:bCs w:val="1"/>
          <w:szCs w:val="28"/>
        </w:rPr>
        <w:t vyd:_id="vyd:000000000009ti">2</w:t>
      </w:r>
      <w:r>
        <w:rPr>
          <w:rFonts w:eastAsia="Calibri"/>
          <w:sz w:val="28"/>
          <w:b w:val="1"/>
          <w:lang w:val="ru-RU"/>
          <w:bCs w:val="1"/>
          <w:szCs w:val="28"/>
        </w:rPr>
        <w:t vyd:_id="vyd:000000000009th">.</w:t>
      </w:r>
      <w:r>
        <w:rPr>
          <w:rFonts w:eastAsia="Calibri"/>
          <w:sz w:val="28"/>
          <w:b w:val="1"/>
          <w:lang w:val="ru-RU"/>
          <w:bCs w:val="1"/>
          <w:szCs w:val="28"/>
        </w:rPr>
        <w:t vyd:_id="vyd:000000000009tg" xml:space="preserve"> Борьба с неонацизмом</w:t>
      </w:r>
    </w:p>
    <w:p w14:paraId="50B27B25" w14:textId="77777777" w:rsidR="00401D4A" w:rsidRPr="003850CC" w:rsidRDefault="00401D4A" w:rsidP="00401D4A" vyd:_id="vyd:000000000009qd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szCs w:val="28"/>
        </w:rPr>
        <w:tab vyd:_id="vyd:000000000009te"/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td">Мы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tc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tb">подошли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ta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t9">к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t8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t7">тому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t6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t5">достижению,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t4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t3">которое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t2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t1">невозможно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t0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z">измерить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y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x">ни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w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v">тоннами,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u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t">ни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s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r">километрами,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q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p">ни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o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n">количеством.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m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l">Потому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k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j">что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i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h">это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g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f">достижение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e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d">измеряется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c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b">судьбами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a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9">людей.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8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7">На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6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5">протяжении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4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3">четверти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2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1">века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s0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z">Россия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y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x">последовательно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w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v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u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t">целенаправленно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s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r">решала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q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p">главную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o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n">задачу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m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l">—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k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j">сохранение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i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h">своего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g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f">народа,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e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d">его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c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b">языка,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a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9">культуры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8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7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6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5">исторической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4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3">памяти.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2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1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r0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z">сегодня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y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x">это,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w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v">пожалуй,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u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t">самое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s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r">важное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q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p">из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o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n">того,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m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l">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k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j">чём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i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h">мы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g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f">говорили.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e" xml:space="preserve"> </w:t>
      </w:r>
    </w:p>
    <w:p w14:paraId="6A2B20DE" w14:textId="77777777" w:rsidR="00401D4A" w:rsidRDefault="00401D4A" w:rsidP="00401D4A" vyd:_id="vyd:000000000009lw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bCs w:val="1"/>
          <w:szCs w:val="28"/>
        </w:rPr>
      </w:pP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c">Русский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b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a">язык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9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8">—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7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6">один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5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4">из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3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2">самых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1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q0">распространённых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z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y">языков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x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w">мира.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v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u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t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s">Россия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r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q">все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p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o">эти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n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m">годы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l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k">делала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j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i">всё,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h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g">чтобы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f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e">он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d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c">оставался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b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a">языком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9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8">общения,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7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6">науки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5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4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3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2">культуры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1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p0">далеко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z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y">за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x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w">своими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v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u">пределами.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t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s">По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r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q">всему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p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o">миру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n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m">работают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l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k">русские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j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i">школы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h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g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f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e">культурные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d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c">центры.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b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a">Преподавание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9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8">русского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7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6">языка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5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4">ведётся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3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2">в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1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o0">десятках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z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y">стран.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x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w">Издаются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v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u">книги,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t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s">проводятся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r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q">олимпиады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p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o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n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m">фестивали,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l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k">поддерживаются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j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i">русскоязычные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h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g">театры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f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e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d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c">музеи.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b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a">Для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9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8">миллионов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7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6">людей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5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4">русский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3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2">язык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1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n0">остаётся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z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y">языком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x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w">семьи,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v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u">детства,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t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s">литературы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r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q">—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p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o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n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m">Россия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l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k">бережно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j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i">сохраняет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h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g">эту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f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e">связь.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d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c">В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b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a">XXI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9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8">веке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7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6">Россия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5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4">стала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3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2">домом,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1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m0">куда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z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y">возвращаются.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x" xml:space="preserve"> </w:t>
      </w:r>
    </w:p>
    <w:p w14:paraId="1398CA1B" w14:textId="77777777" w:rsidR="00401D4A" w:rsidRDefault="00401D4A" w:rsidP="00401D4A" vyd:_id="vyd:000000000009ls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bCs w:val="1"/>
          <w:szCs w:val="28"/>
        </w:rPr>
      </w:pP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v" xml:space="preserve">С 2014 года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u">неонацисткий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t" xml:space="preserve"> киевский режим ведет политику открытого террора в отношении жителей Донбасса и Новороссии.</w:t>
      </w:r>
    </w:p>
    <w:p w14:paraId="678E1F09" w14:textId="77777777" w:rsidR="00401D4A" w:rsidRPr="003850CC" w:rsidRDefault="00401D4A" w:rsidP="00401D4A" vyd:_id="vyd:000000000009j4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bCs w:val="1"/>
          <w:szCs w:val="28"/>
        </w:rPr>
      </w:pP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r">В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q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p">2014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o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n">году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m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l">произошло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k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j">воссоединение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i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h">Крыма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g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f">с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e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d">Россией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c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b">—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a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9">более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8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7">двух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6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5">миллионов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4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3">человек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2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1">вернулись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l0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z">в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y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x">родное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w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v">культурное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u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t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s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r">языковое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q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p">пространство.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o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n">Это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m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l">возвращение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k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j">привело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i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h">к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g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f">возрождению: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e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d">в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c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b">регион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a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9">пришли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8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7">масштабные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6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5">инвестиции,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4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3">были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2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1">построены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k0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z">новые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y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x">дороги,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w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v">больницы,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u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t">школы,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s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r">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q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p">русский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o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n">язык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m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l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k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j">культура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i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h">получили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g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f">на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e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d">полуострове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c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b">полноценную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a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9">защиту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8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7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6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5">развитие.</w:t>
      </w:r>
    </w:p>
    <w:p w14:paraId="52498312" w14:textId="77777777" w:rsidR="00401D4A" w:rsidRPr="003850CC" w:rsidRDefault="00401D4A" w:rsidP="00401D4A" vyd:_id="vyd:000000000009ga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bCs w:val="1"/>
          <w:szCs w:val="28"/>
        </w:rPr>
      </w:pP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3">С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2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1">2014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j0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z">по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y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x">2022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w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v">год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u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t">действовала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s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r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q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p">продолжает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o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n">действовать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m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l">государственная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k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j">программа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i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h">по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g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f">переселению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e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d">соотечественников.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c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b">Больше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a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9">2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8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7">миллионов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6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5">человек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4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3">вернулись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2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1">на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i0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z">историческую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y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x">родину.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w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v">Они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u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t">получили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s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r">гражданство,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q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p">жильё,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o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n">работу,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m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l">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k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j">их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i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h">дети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g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f">—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e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d">места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c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b">в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a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9">российских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8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7">школах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6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5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4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3">вузах.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2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1">Для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h0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z">многих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y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x">это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w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v">стало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u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t">возвращением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s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r">к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q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p">истокам,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o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n">к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m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l">тому,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k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j">что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i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h">было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g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f">утрачено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e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d">поколениями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c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b">ранее.</w:t>
      </w:r>
    </w:p>
    <w:p w14:paraId="69362B78" w14:textId="77777777" w:rsidR="00401D4A" w:rsidRPr="003850CC" w:rsidRDefault="00401D4A" w:rsidP="00401D4A" vyd:_id="vyd:000000000009di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bCs w:val="1"/>
          <w:szCs w:val="28"/>
        </w:rPr>
      </w:pP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9">24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8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7">февраля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6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5">2022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4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3">года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2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1">Россия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g0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z">начала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y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x">проведение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w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v">специальной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u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t">военной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s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r">операции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q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p">на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o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n">территории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m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l">Украины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k" xml:space="preserve"> в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j">цел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i" xml:space="preserve">ях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h">защиты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g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f">её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e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d">русскоязычного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c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b">населения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a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9">от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8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7">геноцида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6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5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4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3">неонацистов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2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1">у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f0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z">власти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y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x">на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w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v">Украине.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u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t">Одним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s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r">из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q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p">главных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o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n">результатов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m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l">СВО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k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j">стало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i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h">воссоединение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g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f">России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e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d">с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c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b">её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a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9">историческими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8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7">территориями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6" xml:space="preserve">: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5">Донецкой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4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3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2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1">Луганской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e0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z">народными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y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x">республиками,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w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v">Запорожской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u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t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s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r">Херсонской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q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p">областью.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o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br vyd:_id="vyd:000000000009dn"/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m">30 сентября 2022 года эти регионы официально вошли в состав Российской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l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k">Федерации.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j" xml:space="preserve"> </w:t>
      </w:r>
    </w:p>
    <w:p w14:paraId="5E2E83F1" w14:textId="77777777" w:rsidR="00401D4A" w:rsidRDefault="00401D4A" w:rsidP="00401D4A" vyd:_id="vyd:000000000009cc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bCs w:val="1"/>
          <w:szCs w:val="28"/>
        </w:rPr>
      </w:pP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h" xml:space="preserve">2026 год –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g">Россия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f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e">продолжает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d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c">защищать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b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a">права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9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8">своих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7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6">граждан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5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4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3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2">соотечественников.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1" xml:space="preserve"> Представители всех народов России мужественно исполняют свой долг, п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d0">оследовательно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z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y">сража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x">ю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w">тся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v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u">за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t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s">избавления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r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q">мира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p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o">от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n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m">нацизма,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l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k">его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j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i">проявлений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h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g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f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e">последователей.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d" xml:space="preserve"> Обеспечивают достижения всех целей специальной военной операции. </w:t>
      </w:r>
    </w:p>
    <w:p w14:paraId="39889D3A" w14:textId="77777777" w:rsidR="00401D4A" w:rsidRPr="003850CC" w:rsidRDefault="00401D4A" w:rsidP="00401D4A" vyd:_id="vyd:000000000009ah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bCs w:val="1"/>
          <w:szCs w:val="28"/>
        </w:rPr>
      </w:pP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b" xml:space="preserve">Россия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a">защищает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9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8">безопасность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7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6">своих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5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4">границ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3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2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1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c0">благополучие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z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y">обычных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x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w">граждан.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v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u">Отстаивает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t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s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r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q">преумножает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p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o">культуру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n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m">своих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l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k">народов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j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i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h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g">их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f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e">достижения.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d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c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b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a">именно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9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8">это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7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6">—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5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4">самое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3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2">человечное,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1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b0">самое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z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y">глубокое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x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w">и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v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u">самое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t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s">важное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r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q">достижение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p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o">страны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n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m">в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l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k">XXI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j" xml:space="preserve"> </w:t>
      </w:r>
      <w:r>
        <w:rPr>
          <w:rFonts w:ascii="Times New Roman" w:hAnsi="Times New Roman" w:cs="Times New Roman"/>
          <w:sz w:val="28"/>
          <w:lang w:val="ru-RU"/>
          <w:bCs w:val="1"/>
          <w:szCs w:val="28"/>
        </w:rPr>
        <w:t vyd:_id="vyd:000000000009ai">веке.</w:t>
      </w:r>
    </w:p>
    <w:p w14:paraId="49048A65" w14:textId="77777777" w:rsidR="00401D4A" w:rsidRPr="003850CC" w:rsidRDefault="00401D4A" w:rsidP="00401D4A" vyd:_id="vyd:000000000009ag">
      <w:pPr>
        <w:spacing w:after="0" w:line="360" w:lineRule="auto"/>
        <w:ind w:firstLine="709"/>
        <w:rPr>
          <w:rFonts w:ascii="Times New Roman" w:hAnsi="Times New Roman" w:cs="Times New Roman"/>
          <w:sz w:val="28"/>
          <w:b w:val="1"/>
          <w:lang w:val="ru-RU"/>
          <w:szCs w:val="28"/>
        </w:rPr>
      </w:pPr>
    </w:p>
    <w:p w14:paraId="4E3E13BD" w14:textId="55BEA335" w:rsidR="00401D4A" w:rsidRPr="003850CC" w:rsidRDefault="00401D4A" w:rsidP="00401D4A" vyd:_id="vyd:000000000009a9">
      <w:pPr>
        <w:spacing w:after="0" w:line="360" w:lineRule="auto"/>
        <w:ind w:firstLine="709"/>
        <w:rPr>
          <w:rFonts w:ascii="Times New Roman" w:hAnsi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9af">Слайд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9ae" xml:space="preserve"> 2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9ad">3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9ac">.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9ab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9aa">Заключение</w:t>
      </w:r>
    </w:p>
    <w:p w14:paraId="3E882BB4" w14:textId="77777777" w:rsidR="00401D4A" w:rsidRPr="003850CC" w:rsidRDefault="00401D4A" w:rsidP="00401D4A" vyd:_id="vyd:0000000000097v">
      <w:pPr>
        <w:pStyle w:val="isselecteden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9a8">Значительная</w:t>
      </w:r>
      <w:r>
        <w:rPr>
          <w:sz w:val="28"/>
          <w:szCs w:val="28"/>
        </w:rPr>
        <w:t vyd:_id="vyd:000000000009a7" xml:space="preserve"> </w:t>
      </w:r>
      <w:r>
        <w:rPr>
          <w:sz w:val="28"/>
          <w:szCs w:val="28"/>
        </w:rPr>
        <w:t vyd:_id="vyd:000000000009a6">часть</w:t>
      </w:r>
      <w:r>
        <w:rPr>
          <w:sz w:val="28"/>
          <w:szCs w:val="28"/>
        </w:rPr>
        <w:t vyd:_id="vyd:000000000009a5" xml:space="preserve"> </w:t>
      </w:r>
      <w:r>
        <w:rPr>
          <w:sz w:val="28"/>
          <w:szCs w:val="28"/>
        </w:rPr>
        <w:t vyd:_id="vyd:000000000009a4">достижений</w:t>
      </w:r>
      <w:r>
        <w:rPr>
          <w:sz w:val="28"/>
          <w:szCs w:val="28"/>
        </w:rPr>
        <w:t vyd:_id="vyd:000000000009a3" xml:space="preserve"> </w:t>
      </w:r>
      <w:r>
        <w:rPr>
          <w:sz w:val="28"/>
          <w:szCs w:val="28"/>
        </w:rPr>
        <w:t vyd:_id="vyd:000000000009a2">России</w:t>
      </w:r>
      <w:r>
        <w:rPr>
          <w:sz w:val="28"/>
          <w:szCs w:val="28"/>
        </w:rPr>
        <w:t vyd:_id="vyd:000000000009a1" xml:space="preserve"> </w:t>
      </w:r>
      <w:r>
        <w:rPr>
          <w:sz w:val="28"/>
          <w:szCs w:val="28"/>
        </w:rPr>
        <w:t vyd:_id="vyd:000000000009a0">XXI</w:t>
      </w:r>
      <w:r>
        <w:rPr>
          <w:sz w:val="28"/>
          <w:szCs w:val="28"/>
        </w:rPr>
        <w:t vyd:_id="vyd:0000000000099z" xml:space="preserve"> </w:t>
      </w:r>
      <w:r>
        <w:rPr>
          <w:sz w:val="28"/>
          <w:szCs w:val="28"/>
        </w:rPr>
        <w:t vyd:_id="vyd:0000000000099y">века</w:t>
      </w:r>
      <w:r>
        <w:rPr>
          <w:sz w:val="28"/>
          <w:szCs w:val="28"/>
        </w:rPr>
        <w:t vyd:_id="vyd:0000000000099x" xml:space="preserve"> </w:t>
      </w:r>
      <w:r>
        <w:rPr>
          <w:sz w:val="28"/>
          <w:szCs w:val="28"/>
        </w:rPr>
        <w:t vyd:_id="vyd:0000000000099w">формировалась</w:t>
      </w:r>
      <w:r>
        <w:rPr>
          <w:sz w:val="28"/>
          <w:szCs w:val="28"/>
        </w:rPr>
        <w:t vyd:_id="vyd:0000000000099v" xml:space="preserve"> </w:t>
      </w:r>
      <w:r>
        <w:rPr>
          <w:sz w:val="28"/>
          <w:szCs w:val="28"/>
        </w:rPr>
        <w:t vyd:_id="vyd:0000000000099u">в</w:t>
      </w:r>
      <w:r>
        <w:rPr>
          <w:sz w:val="28"/>
          <w:szCs w:val="28"/>
        </w:rPr>
        <w:t vyd:_id="vyd:0000000000099t" xml:space="preserve"> </w:t>
      </w:r>
      <w:r>
        <w:rPr>
          <w:sz w:val="28"/>
          <w:szCs w:val="28"/>
        </w:rPr>
        <w:t vyd:_id="vyd:0000000000099s">сложных</w:t>
      </w:r>
      <w:r>
        <w:rPr>
          <w:sz w:val="28"/>
          <w:szCs w:val="28"/>
        </w:rPr>
        <w:t vyd:_id="vyd:0000000000099r" xml:space="preserve"> </w:t>
      </w:r>
      <w:r>
        <w:rPr>
          <w:sz w:val="28"/>
          <w:szCs w:val="28"/>
        </w:rPr>
        <w:t vyd:_id="vyd:0000000000099q">условиях.</w:t>
      </w:r>
      <w:r>
        <w:rPr>
          <w:sz w:val="28"/>
          <w:szCs w:val="28"/>
        </w:rPr>
        <w:t vyd:_id="vyd:0000000000099p" xml:space="preserve"> </w:t>
      </w:r>
      <w:r>
        <w:rPr>
          <w:sz w:val="28"/>
          <w:szCs w:val="28"/>
        </w:rPr>
        <w:t vyd:_id="vyd:0000000000099o">Наша</w:t>
      </w:r>
      <w:r>
        <w:rPr>
          <w:sz w:val="28"/>
          <w:szCs w:val="28"/>
        </w:rPr>
        <w:t vyd:_id="vyd:0000000000099n" xml:space="preserve"> </w:t>
      </w:r>
      <w:r>
        <w:rPr>
          <w:sz w:val="28"/>
          <w:szCs w:val="28"/>
        </w:rPr>
        <w:t vyd:_id="vyd:0000000000099m">страна</w:t>
      </w:r>
      <w:r>
        <w:rPr>
          <w:sz w:val="28"/>
          <w:szCs w:val="28"/>
        </w:rPr>
        <w:t vyd:_id="vyd:0000000000099l" xml:space="preserve"> </w:t>
      </w:r>
      <w:r>
        <w:rPr>
          <w:sz w:val="28"/>
          <w:szCs w:val="28"/>
        </w:rPr>
        <w:t vyd:_id="vyd:0000000000099k">вошла</w:t>
      </w:r>
      <w:r>
        <w:rPr>
          <w:sz w:val="28"/>
          <w:szCs w:val="28"/>
        </w:rPr>
        <w:t vyd:_id="vyd:0000000000099j" xml:space="preserve"> </w:t>
      </w:r>
      <w:r>
        <w:rPr>
          <w:sz w:val="28"/>
          <w:szCs w:val="28"/>
        </w:rPr>
        <w:t vyd:_id="vyd:0000000000099i">в</w:t>
      </w:r>
      <w:r>
        <w:rPr>
          <w:sz w:val="28"/>
          <w:szCs w:val="28"/>
        </w:rPr>
        <w:t vyd:_id="vyd:0000000000099h" xml:space="preserve"> </w:t>
      </w:r>
      <w:r>
        <w:rPr>
          <w:sz w:val="28"/>
          <w:szCs w:val="28"/>
        </w:rPr>
        <w:t vyd:_id="vyd:0000000000099g">новое</w:t>
      </w:r>
      <w:r>
        <w:rPr>
          <w:sz w:val="28"/>
          <w:szCs w:val="28"/>
        </w:rPr>
        <w:t vyd:_id="vyd:0000000000099f" xml:space="preserve"> </w:t>
      </w:r>
      <w:r>
        <w:rPr>
          <w:sz w:val="28"/>
          <w:szCs w:val="28"/>
        </w:rPr>
        <w:t vyd:_id="vyd:0000000000099e">столетие</w:t>
      </w:r>
      <w:r>
        <w:rPr>
          <w:sz w:val="28"/>
          <w:szCs w:val="28"/>
        </w:rPr>
        <w:t vyd:_id="vyd:0000000000099d" xml:space="preserve"> </w:t>
      </w:r>
      <w:r>
        <w:rPr>
          <w:sz w:val="28"/>
          <w:szCs w:val="28"/>
        </w:rPr>
        <w:t vyd:_id="vyd:0000000000099c">с</w:t>
      </w:r>
      <w:r>
        <w:rPr>
          <w:sz w:val="28"/>
          <w:szCs w:val="28"/>
        </w:rPr>
        <w:t vyd:_id="vyd:0000000000099b" xml:space="preserve"> </w:t>
      </w:r>
      <w:r>
        <w:rPr>
          <w:sz w:val="28"/>
          <w:szCs w:val="28"/>
        </w:rPr>
        <w:t vyd:_id="vyd:0000000000099a">последствиями</w:t>
      </w:r>
      <w:r>
        <w:rPr>
          <w:sz w:val="28"/>
          <w:szCs w:val="28"/>
        </w:rPr>
        <w:t vyd:_id="vyd:00000000000999" xml:space="preserve"> </w:t>
      </w:r>
      <w:r>
        <w:rPr>
          <w:sz w:val="28"/>
          <w:szCs w:val="28"/>
        </w:rPr>
        <w:t vyd:_id="vyd:00000000000998">глубоких</w:t>
      </w:r>
      <w:r>
        <w:rPr>
          <w:sz w:val="28"/>
          <w:szCs w:val="28"/>
        </w:rPr>
        <w:t vyd:_id="vyd:00000000000997" xml:space="preserve"> </w:t>
      </w:r>
      <w:r>
        <w:rPr>
          <w:sz w:val="28"/>
          <w:szCs w:val="28"/>
        </w:rPr>
        <w:t vyd:_id="vyd:00000000000996">трансформаций</w:t>
      </w:r>
      <w:r>
        <w:rPr>
          <w:sz w:val="28"/>
          <w:szCs w:val="28"/>
        </w:rPr>
        <w:t vyd:_id="vyd:00000000000995" xml:space="preserve"> </w:t>
      </w:r>
      <w:r>
        <w:rPr>
          <w:sz w:val="28"/>
          <w:szCs w:val="28"/>
        </w:rPr>
        <w:t vyd:_id="vyd:00000000000994">1990-х</w:t>
      </w:r>
      <w:r>
        <w:rPr>
          <w:sz w:val="28"/>
          <w:szCs w:val="28"/>
        </w:rPr>
        <w:t vyd:_id="vyd:00000000000993" xml:space="preserve"> </w:t>
      </w:r>
      <w:r>
        <w:rPr>
          <w:sz w:val="28"/>
          <w:szCs w:val="28"/>
        </w:rPr>
        <w:t vyd:_id="vyd:00000000000992">гг.,</w:t>
      </w:r>
      <w:r>
        <w:rPr>
          <w:sz w:val="28"/>
          <w:szCs w:val="28"/>
        </w:rPr>
        <w:t vyd:_id="vyd:00000000000991" xml:space="preserve"> </w:t>
      </w:r>
      <w:r>
        <w:rPr>
          <w:sz w:val="28"/>
          <w:szCs w:val="28"/>
        </w:rPr>
        <w:t vyd:_id="vyd:00000000000990">а</w:t>
      </w:r>
      <w:r>
        <w:rPr>
          <w:sz w:val="28"/>
          <w:szCs w:val="28"/>
        </w:rPr>
        <w:t vyd:_id="vyd:0000000000098z" xml:space="preserve"> </w:t>
      </w:r>
      <w:r>
        <w:rPr>
          <w:sz w:val="28"/>
          <w:szCs w:val="28"/>
        </w:rPr>
        <w:t vyd:_id="vyd:0000000000098y">в</w:t>
      </w:r>
      <w:r>
        <w:rPr>
          <w:sz w:val="28"/>
          <w:szCs w:val="28"/>
        </w:rPr>
        <w:t vyd:_id="vyd:0000000000098x" xml:space="preserve"> </w:t>
      </w:r>
      <w:r>
        <w:rPr>
          <w:sz w:val="28"/>
          <w:szCs w:val="28"/>
        </w:rPr>
        <w:t vyd:_id="vyd:0000000000098w">последующие</w:t>
      </w:r>
      <w:r>
        <w:rPr>
          <w:sz w:val="28"/>
          <w:szCs w:val="28"/>
        </w:rPr>
        <w:t vyd:_id="vyd:0000000000098v" xml:space="preserve"> </w:t>
      </w:r>
      <w:r>
        <w:rPr>
          <w:sz w:val="28"/>
          <w:szCs w:val="28"/>
        </w:rPr>
        <w:t vyd:_id="vyd:0000000000098u">десятилетия</w:t>
      </w:r>
      <w:r>
        <w:rPr>
          <w:sz w:val="28"/>
          <w:szCs w:val="28"/>
        </w:rPr>
        <w:t vyd:_id="vyd:0000000000098t" xml:space="preserve"> </w:t>
      </w:r>
      <w:r>
        <w:rPr>
          <w:sz w:val="28"/>
          <w:szCs w:val="28"/>
        </w:rPr>
        <w:t vyd:_id="vyd:0000000000098s">столкнулась</w:t>
      </w:r>
      <w:r>
        <w:rPr>
          <w:sz w:val="28"/>
          <w:szCs w:val="28"/>
        </w:rPr>
        <w:t vyd:_id="vyd:0000000000098r" xml:space="preserve"> </w:t>
      </w:r>
      <w:r>
        <w:rPr>
          <w:sz w:val="28"/>
          <w:szCs w:val="28"/>
        </w:rPr>
        <w:t vyd:_id="vyd:0000000000098q">с</w:t>
      </w:r>
      <w:r>
        <w:rPr>
          <w:sz w:val="28"/>
          <w:szCs w:val="28"/>
        </w:rPr>
        <w:t vyd:_id="vyd:0000000000098p" xml:space="preserve"> </w:t>
      </w:r>
      <w:r>
        <w:rPr>
          <w:sz w:val="28"/>
          <w:szCs w:val="28"/>
        </w:rPr>
        <w:t vyd:_id="vyd:0000000000098o">новыми</w:t>
      </w:r>
      <w:r>
        <w:rPr>
          <w:sz w:val="28"/>
          <w:szCs w:val="28"/>
        </w:rPr>
        <w:t vyd:_id="vyd:0000000000098n" xml:space="preserve"> </w:t>
      </w:r>
      <w:r>
        <w:rPr>
          <w:sz w:val="28"/>
          <w:szCs w:val="28"/>
        </w:rPr>
        <w:t vyd:_id="vyd:0000000000098m">экономическими,</w:t>
      </w:r>
      <w:r>
        <w:rPr>
          <w:sz w:val="28"/>
          <w:szCs w:val="28"/>
        </w:rPr>
        <w:t vyd:_id="vyd:0000000000098l" xml:space="preserve"> </w:t>
      </w:r>
      <w:r>
        <w:rPr>
          <w:sz w:val="28"/>
          <w:szCs w:val="28"/>
        </w:rPr>
        <w:t vyd:_id="vyd:0000000000098k">технологическими</w:t>
      </w:r>
      <w:r>
        <w:rPr>
          <w:sz w:val="28"/>
          <w:szCs w:val="28"/>
        </w:rPr>
        <w:t vyd:_id="vyd:0000000000098j" xml:space="preserve"> </w:t>
      </w:r>
      <w:r>
        <w:rPr>
          <w:sz w:val="28"/>
          <w:szCs w:val="28"/>
        </w:rPr>
        <w:t vyd:_id="vyd:0000000000098i">и</w:t>
      </w:r>
      <w:r>
        <w:rPr>
          <w:sz w:val="28"/>
          <w:szCs w:val="28"/>
        </w:rPr>
        <w:t vyd:_id="vyd:0000000000098h" xml:space="preserve"> </w:t>
      </w:r>
      <w:r>
        <w:rPr>
          <w:sz w:val="28"/>
          <w:szCs w:val="28"/>
        </w:rPr>
        <w:t vyd:_id="vyd:0000000000098g">внешнеполитическими</w:t>
      </w:r>
      <w:r>
        <w:rPr>
          <w:sz w:val="28"/>
          <w:szCs w:val="28"/>
        </w:rPr>
        <w:t vyd:_id="vyd:0000000000098f" xml:space="preserve"> </w:t>
      </w:r>
      <w:r>
        <w:rPr>
          <w:sz w:val="28"/>
          <w:szCs w:val="28"/>
        </w:rPr>
        <w:t vyd:_id="vyd:0000000000098e">ограничениями.</w:t>
      </w:r>
      <w:r>
        <w:rPr>
          <w:sz w:val="28"/>
          <w:szCs w:val="28"/>
        </w:rPr>
        <w:t vyd:_id="vyd:0000000000098d" xml:space="preserve"> </w:t>
      </w:r>
      <w:r>
        <w:rPr>
          <w:sz w:val="28"/>
          <w:szCs w:val="28"/>
        </w:rPr>
        <w:t vyd:_id="vyd:0000000000098c">Особенно</w:t>
      </w:r>
      <w:r>
        <w:rPr>
          <w:sz w:val="28"/>
          <w:szCs w:val="28"/>
        </w:rPr>
        <w:t vyd:_id="vyd:0000000000098b" xml:space="preserve"> </w:t>
      </w:r>
      <w:r>
        <w:rPr>
          <w:sz w:val="28"/>
          <w:szCs w:val="28"/>
        </w:rPr>
        <w:t vyd:_id="vyd:0000000000098a">серьёзными</w:t>
      </w:r>
      <w:r>
        <w:rPr>
          <w:sz w:val="28"/>
          <w:szCs w:val="28"/>
        </w:rPr>
        <w:t vyd:_id="vyd:00000000000989" xml:space="preserve"> </w:t>
      </w:r>
      <w:r>
        <w:rPr>
          <w:sz w:val="28"/>
          <w:szCs w:val="28"/>
        </w:rPr>
        <w:t vyd:_id="vyd:00000000000988">эти</w:t>
      </w:r>
      <w:r>
        <w:rPr>
          <w:sz w:val="28"/>
          <w:szCs w:val="28"/>
        </w:rPr>
        <w:t vyd:_id="vyd:00000000000987" xml:space="preserve"> </w:t>
      </w:r>
      <w:r>
        <w:rPr>
          <w:sz w:val="28"/>
          <w:szCs w:val="28"/>
        </w:rPr>
        <w:t vyd:_id="vyd:00000000000986">вызовы</w:t>
      </w:r>
      <w:r>
        <w:rPr>
          <w:sz w:val="28"/>
          <w:szCs w:val="28"/>
        </w:rPr>
        <w:t vyd:_id="vyd:00000000000985" xml:space="preserve"> </w:t>
      </w:r>
      <w:r>
        <w:rPr>
          <w:sz w:val="28"/>
          <w:szCs w:val="28"/>
        </w:rPr>
        <w:t vyd:_id="vyd:00000000000984">стали</w:t>
      </w:r>
      <w:r>
        <w:rPr>
          <w:sz w:val="28"/>
          <w:szCs w:val="28"/>
        </w:rPr>
        <w:t vyd:_id="vyd:00000000000983" xml:space="preserve"> </w:t>
      </w:r>
      <w:r>
        <w:rPr>
          <w:sz w:val="28"/>
          <w:szCs w:val="28"/>
        </w:rPr>
        <w:t vyd:_id="vyd:00000000000982">после</w:t>
      </w:r>
      <w:r>
        <w:rPr>
          <w:sz w:val="28"/>
          <w:szCs w:val="28"/>
        </w:rPr>
        <w:t vyd:_id="vyd:00000000000981" xml:space="preserve"> </w:t>
      </w:r>
      <w:r>
        <w:rPr>
          <w:sz w:val="28"/>
          <w:szCs w:val="28"/>
        </w:rPr>
        <w:t vyd:_id="vyd:00000000000980">2022</w:t>
      </w:r>
      <w:r>
        <w:rPr>
          <w:sz w:val="28"/>
          <w:szCs w:val="28"/>
        </w:rPr>
        <w:t vyd:_id="vyd:0000000000097z" xml:space="preserve"> </w:t>
      </w:r>
      <w:r>
        <w:rPr>
          <w:sz w:val="28"/>
          <w:szCs w:val="28"/>
        </w:rPr>
        <w:t vyd:_id="vyd:0000000000097y">г</w:t>
      </w:r>
      <w:r>
        <w:rPr>
          <w:sz w:val="28"/>
          <w:szCs w:val="28"/>
        </w:rPr>
        <w:t vyd:_id="vyd:0000000000097x">ода</w:t>
      </w:r>
      <w:r>
        <w:rPr>
          <w:sz w:val="28"/>
          <w:szCs w:val="28"/>
        </w:rPr>
        <w:t vyd:_id="vyd:0000000000097w">.</w:t>
      </w:r>
    </w:p>
    <w:p w14:paraId="09015D67" w14:textId="77777777" w:rsidR="00401D4A" w:rsidRPr="003850CC" w:rsidRDefault="00401D4A" w:rsidP="00401D4A" vyd:_id="vyd:0000000000094n">
      <w:pPr>
        <w:pStyle w:val="isselecteden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97u">Рассмотренные</w:t>
      </w:r>
      <w:r>
        <w:rPr>
          <w:sz w:val="28"/>
          <w:szCs w:val="28"/>
        </w:rPr>
        <w:t vyd:_id="vyd:0000000000097t" xml:space="preserve"> </w:t>
      </w:r>
      <w:r>
        <w:rPr>
          <w:sz w:val="28"/>
          <w:szCs w:val="28"/>
        </w:rPr>
        <w:t vyd:_id="vyd:0000000000097s">примеры</w:t>
      </w:r>
      <w:r>
        <w:rPr>
          <w:sz w:val="28"/>
          <w:szCs w:val="28"/>
        </w:rPr>
        <w:t vyd:_id="vyd:0000000000097r" xml:space="preserve"> </w:t>
      </w:r>
      <w:r>
        <w:rPr>
          <w:sz w:val="28"/>
          <w:szCs w:val="28"/>
        </w:rPr>
        <w:t vyd:_id="vyd:0000000000097q">показывают,</w:t>
      </w:r>
      <w:r>
        <w:rPr>
          <w:sz w:val="28"/>
          <w:szCs w:val="28"/>
        </w:rPr>
        <w:t vyd:_id="vyd:0000000000097p" xml:space="preserve"> </w:t>
      </w:r>
      <w:r>
        <w:rPr>
          <w:sz w:val="28"/>
          <w:szCs w:val="28"/>
        </w:rPr>
        <w:t vyd:_id="vyd:0000000000097o">что</w:t>
      </w:r>
      <w:r>
        <w:rPr>
          <w:sz w:val="28"/>
          <w:szCs w:val="28"/>
        </w:rPr>
        <w:t vyd:_id="vyd:0000000000097n" xml:space="preserve"> </w:t>
      </w:r>
      <w:r>
        <w:rPr>
          <w:sz w:val="28"/>
          <w:szCs w:val="28"/>
        </w:rPr>
        <w:t vyd:_id="vyd:0000000000097m">в</w:t>
      </w:r>
      <w:r>
        <w:rPr>
          <w:sz w:val="28"/>
          <w:szCs w:val="28"/>
        </w:rPr>
        <w:t vyd:_id="vyd:0000000000097l" xml:space="preserve"> </w:t>
      </w:r>
      <w:r>
        <w:rPr>
          <w:sz w:val="28"/>
          <w:szCs w:val="28"/>
        </w:rPr>
        <w:t vyd:_id="vyd:0000000000097k">этих</w:t>
      </w:r>
      <w:r>
        <w:rPr>
          <w:sz w:val="28"/>
          <w:szCs w:val="28"/>
        </w:rPr>
        <w:t vyd:_id="vyd:0000000000097j" xml:space="preserve"> </w:t>
      </w:r>
      <w:r>
        <w:rPr>
          <w:sz w:val="28"/>
          <w:szCs w:val="28"/>
        </w:rPr>
        <w:t vyd:_id="vyd:0000000000097i">условиях</w:t>
      </w:r>
      <w:r>
        <w:rPr>
          <w:sz w:val="28"/>
          <w:szCs w:val="28"/>
        </w:rPr>
        <w:t vyd:_id="vyd:0000000000097h" xml:space="preserve"> </w:t>
      </w:r>
      <w:r>
        <w:rPr>
          <w:sz w:val="28"/>
          <w:szCs w:val="28"/>
        </w:rPr>
        <w:t vyd:_id="vyd:0000000000097g">России</w:t>
      </w:r>
      <w:r>
        <w:rPr>
          <w:sz w:val="28"/>
          <w:szCs w:val="28"/>
        </w:rPr>
        <w:t vyd:_id="vyd:0000000000097f" xml:space="preserve"> </w:t>
      </w:r>
      <w:r>
        <w:rPr>
          <w:sz w:val="28"/>
          <w:szCs w:val="28"/>
        </w:rPr>
        <w:t vyd:_id="vyd:0000000000097e">удалось</w:t>
      </w:r>
      <w:r>
        <w:rPr>
          <w:sz w:val="28"/>
          <w:szCs w:val="28"/>
        </w:rPr>
        <w:t vyd:_id="vyd:0000000000097d" xml:space="preserve"> </w:t>
      </w:r>
      <w:r>
        <w:rPr>
          <w:sz w:val="28"/>
          <w:szCs w:val="28"/>
        </w:rPr>
        <w:t vyd:_id="vyd:0000000000097c">сохранить</w:t>
      </w:r>
      <w:r>
        <w:rPr>
          <w:sz w:val="28"/>
          <w:szCs w:val="28"/>
        </w:rPr>
        <w:t vyd:_id="vyd:0000000000097b" xml:space="preserve"> </w:t>
      </w:r>
      <w:r>
        <w:rPr>
          <w:sz w:val="28"/>
          <w:szCs w:val="28"/>
        </w:rPr>
        <w:t vyd:_id="vyd:0000000000097a">ключевые</w:t>
      </w:r>
      <w:r>
        <w:rPr>
          <w:sz w:val="28"/>
          <w:szCs w:val="28"/>
        </w:rPr>
        <w:t vyd:_id="vyd:00000000000979" xml:space="preserve"> </w:t>
      </w:r>
      <w:r>
        <w:rPr>
          <w:sz w:val="28"/>
          <w:szCs w:val="28"/>
        </w:rPr>
        <w:t vyd:_id="vyd:00000000000978">научные</w:t>
      </w:r>
      <w:r>
        <w:rPr>
          <w:sz w:val="28"/>
          <w:szCs w:val="28"/>
        </w:rPr>
        <w:t vyd:_id="vyd:00000000000977" xml:space="preserve"> </w:t>
      </w:r>
      <w:r>
        <w:rPr>
          <w:sz w:val="28"/>
          <w:szCs w:val="28"/>
        </w:rPr>
        <w:t vyd:_id="vyd:00000000000976">школы</w:t>
      </w:r>
      <w:r>
        <w:rPr>
          <w:sz w:val="28"/>
          <w:szCs w:val="28"/>
        </w:rPr>
        <w:t vyd:_id="vyd:00000000000975" xml:space="preserve"> </w:t>
      </w:r>
      <w:r>
        <w:rPr>
          <w:sz w:val="28"/>
          <w:szCs w:val="28"/>
        </w:rPr>
        <w:t vyd:_id="vyd:00000000000974">и</w:t>
      </w:r>
      <w:r>
        <w:rPr>
          <w:sz w:val="28"/>
          <w:szCs w:val="28"/>
        </w:rPr>
        <w:t vyd:_id="vyd:00000000000973" xml:space="preserve"> </w:t>
      </w:r>
      <w:r>
        <w:rPr>
          <w:sz w:val="28"/>
          <w:szCs w:val="28"/>
        </w:rPr>
        <w:t vyd:_id="vyd:00000000000972">инфраструктуру,</w:t>
      </w:r>
      <w:r>
        <w:rPr>
          <w:sz w:val="28"/>
          <w:szCs w:val="28"/>
        </w:rPr>
        <w:t vyd:_id="vyd:00000000000971" xml:space="preserve"> </w:t>
      </w:r>
      <w:r>
        <w:rPr>
          <w:sz w:val="28"/>
          <w:szCs w:val="28"/>
        </w:rPr>
        <w:t vyd:_id="vyd:00000000000970">обеспечить</w:t>
      </w:r>
      <w:r>
        <w:rPr>
          <w:sz w:val="28"/>
          <w:szCs w:val="28"/>
        </w:rPr>
        <w:t vyd:_id="vyd:0000000000096z" xml:space="preserve"> </w:t>
      </w:r>
      <w:r>
        <w:rPr>
          <w:sz w:val="28"/>
          <w:szCs w:val="28"/>
        </w:rPr>
        <w:t vyd:_id="vyd:0000000000096y">работу</w:t>
      </w:r>
      <w:r>
        <w:rPr>
          <w:sz w:val="28"/>
          <w:szCs w:val="28"/>
        </w:rPr>
        <w:t vyd:_id="vyd:0000000000096x" xml:space="preserve"> </w:t>
      </w:r>
      <w:r>
        <w:rPr>
          <w:sz w:val="28"/>
          <w:szCs w:val="28"/>
        </w:rPr>
        <w:t vyd:_id="vyd:0000000000096w">критически</w:t>
      </w:r>
      <w:r>
        <w:rPr>
          <w:sz w:val="28"/>
          <w:szCs w:val="28"/>
        </w:rPr>
        <w:t vyd:_id="vyd:0000000000096v" xml:space="preserve"> </w:t>
      </w:r>
      <w:r>
        <w:rPr>
          <w:sz w:val="28"/>
          <w:szCs w:val="28"/>
        </w:rPr>
        <w:t vyd:_id="vyd:0000000000096u">важных</w:t>
      </w:r>
      <w:r>
        <w:rPr>
          <w:sz w:val="28"/>
          <w:szCs w:val="28"/>
        </w:rPr>
        <w:t vyd:_id="vyd:0000000000096t" xml:space="preserve"> </w:t>
      </w:r>
      <w:r>
        <w:rPr>
          <w:sz w:val="28"/>
          <w:szCs w:val="28"/>
        </w:rPr>
        <w:t vyd:_id="vyd:0000000000096s">технологических</w:t>
      </w:r>
      <w:r>
        <w:rPr>
          <w:sz w:val="28"/>
          <w:szCs w:val="28"/>
        </w:rPr>
        <w:t vyd:_id="vyd:0000000000096r" xml:space="preserve"> </w:t>
      </w:r>
      <w:r>
        <w:rPr>
          <w:sz w:val="28"/>
          <w:szCs w:val="28"/>
        </w:rPr>
        <w:t vyd:_id="vyd:0000000000096q">систем,</w:t>
      </w:r>
      <w:r>
        <w:rPr>
          <w:sz w:val="28"/>
          <w:szCs w:val="28"/>
        </w:rPr>
        <w:t vyd:_id="vyd:0000000000096p" xml:space="preserve"> </w:t>
      </w:r>
      <w:r>
        <w:rPr>
          <w:sz w:val="28"/>
          <w:szCs w:val="28"/>
        </w:rPr>
        <w:t vyd:_id="vyd:0000000000096o">продолжить</w:t>
      </w:r>
      <w:r>
        <w:rPr>
          <w:sz w:val="28"/>
          <w:szCs w:val="28"/>
        </w:rPr>
        <w:t vyd:_id="vyd:0000000000096n" xml:space="preserve"> </w:t>
      </w:r>
      <w:r>
        <w:rPr>
          <w:sz w:val="28"/>
          <w:szCs w:val="28"/>
        </w:rPr>
        <w:t vyd:_id="vyd:0000000000096m">развитие</w:t>
      </w:r>
      <w:r>
        <w:rPr>
          <w:sz w:val="28"/>
          <w:szCs w:val="28"/>
        </w:rPr>
        <w:t vyd:_id="vyd:0000000000096l" xml:space="preserve"> </w:t>
      </w:r>
      <w:r>
        <w:rPr>
          <w:sz w:val="28"/>
          <w:szCs w:val="28"/>
        </w:rPr>
        <w:t vyd:_id="vyd:0000000000096k">социальной</w:t>
      </w:r>
      <w:r>
        <w:rPr>
          <w:sz w:val="28"/>
          <w:szCs w:val="28"/>
        </w:rPr>
        <w:t vyd:_id="vyd:0000000000096j" xml:space="preserve"> </w:t>
      </w:r>
      <w:r>
        <w:rPr>
          <w:sz w:val="28"/>
          <w:szCs w:val="28"/>
        </w:rPr>
        <w:t vyd:_id="vyd:0000000000096i">сферы,</w:t>
      </w:r>
      <w:r>
        <w:rPr>
          <w:sz w:val="28"/>
          <w:szCs w:val="28"/>
        </w:rPr>
        <w:t vyd:_id="vyd:0000000000096h" xml:space="preserve"> </w:t>
      </w:r>
      <w:r>
        <w:rPr>
          <w:sz w:val="28"/>
          <w:szCs w:val="28"/>
        </w:rPr>
        <w:t vyd:_id="vyd:0000000000096g">поддерживать</w:t>
      </w:r>
      <w:r>
        <w:rPr>
          <w:sz w:val="28"/>
          <w:szCs w:val="28"/>
        </w:rPr>
        <w:t vyd:_id="vyd:0000000000096f" xml:space="preserve"> </w:t>
      </w:r>
      <w:r>
        <w:rPr>
          <w:sz w:val="28"/>
          <w:szCs w:val="28"/>
        </w:rPr>
        <w:t vyd:_id="vyd:0000000000096e">культурную</w:t>
      </w:r>
      <w:r>
        <w:rPr>
          <w:sz w:val="28"/>
          <w:szCs w:val="28"/>
        </w:rPr>
        <w:t vyd:_id="vyd:0000000000096d" xml:space="preserve"> </w:t>
      </w:r>
      <w:r>
        <w:rPr>
          <w:sz w:val="28"/>
          <w:szCs w:val="28"/>
        </w:rPr>
        <w:t vyd:_id="vyd:0000000000096c">преемственность</w:t>
      </w:r>
      <w:r>
        <w:rPr>
          <w:sz w:val="28"/>
          <w:szCs w:val="28"/>
        </w:rPr>
        <w:t vyd:_id="vyd:0000000000096b" xml:space="preserve"> </w:t>
      </w:r>
      <w:r>
        <w:rPr>
          <w:sz w:val="28"/>
          <w:szCs w:val="28"/>
        </w:rPr>
        <w:t vyd:_id="vyd:0000000000096a">и</w:t>
      </w:r>
      <w:r>
        <w:rPr>
          <w:sz w:val="28"/>
          <w:szCs w:val="28"/>
        </w:rPr>
        <w:t vyd:_id="vyd:00000000000969" xml:space="preserve"> </w:t>
      </w:r>
      <w:r>
        <w:rPr>
          <w:sz w:val="28"/>
          <w:szCs w:val="28"/>
        </w:rPr>
        <w:t vyd:_id="vyd:00000000000968">выстраивать</w:t>
      </w:r>
      <w:r>
        <w:rPr>
          <w:sz w:val="28"/>
          <w:szCs w:val="28"/>
        </w:rPr>
        <w:t vyd:_id="vyd:00000000000967" xml:space="preserve"> </w:t>
      </w:r>
      <w:r>
        <w:rPr>
          <w:sz w:val="28"/>
          <w:szCs w:val="28"/>
        </w:rPr>
        <w:t vyd:_id="vyd:00000000000966">новые</w:t>
      </w:r>
      <w:r>
        <w:rPr>
          <w:sz w:val="28"/>
          <w:szCs w:val="28"/>
        </w:rPr>
        <w:t vyd:_id="vyd:00000000000965" xml:space="preserve"> </w:t>
      </w:r>
      <w:r>
        <w:rPr>
          <w:sz w:val="28"/>
          <w:szCs w:val="28"/>
        </w:rPr>
        <w:t vyd:_id="vyd:00000000000964">направления</w:t>
      </w:r>
      <w:r>
        <w:rPr>
          <w:sz w:val="28"/>
          <w:szCs w:val="28"/>
        </w:rPr>
        <w:t vyd:_id="vyd:00000000000963" xml:space="preserve"> </w:t>
      </w:r>
      <w:r>
        <w:rPr>
          <w:sz w:val="28"/>
          <w:szCs w:val="28"/>
        </w:rPr>
        <w:t vyd:_id="vyd:00000000000962">международного</w:t>
      </w:r>
      <w:r>
        <w:rPr>
          <w:sz w:val="28"/>
          <w:szCs w:val="28"/>
        </w:rPr>
        <w:t vyd:_id="vyd:00000000000961" xml:space="preserve"> </w:t>
      </w:r>
      <w:r>
        <w:rPr>
          <w:sz w:val="28"/>
          <w:szCs w:val="28"/>
        </w:rPr>
        <w:t vyd:_id="vyd:00000000000960">сотрудничества.</w:t>
      </w:r>
      <w:r>
        <w:rPr>
          <w:sz w:val="28"/>
          <w:szCs w:val="28"/>
        </w:rPr>
        <w:t vyd:_id="vyd:0000000000095z" xml:space="preserve"> </w:t>
      </w:r>
      <w:r>
        <w:rPr>
          <w:sz w:val="28"/>
          <w:szCs w:val="28"/>
        </w:rPr>
        <w:t vyd:_id="vyd:0000000000095y">В</w:t>
      </w:r>
      <w:r>
        <w:rPr>
          <w:sz w:val="28"/>
          <w:szCs w:val="28"/>
        </w:rPr>
        <w:t vyd:_id="vyd:0000000000095x" xml:space="preserve"> </w:t>
      </w:r>
      <w:r>
        <w:rPr>
          <w:sz w:val="28"/>
          <w:szCs w:val="28"/>
        </w:rPr>
        <w:t vyd:_id="vyd:0000000000095w">ряде</w:t>
      </w:r>
      <w:r>
        <w:rPr>
          <w:sz w:val="28"/>
          <w:szCs w:val="28"/>
        </w:rPr>
        <w:t vyd:_id="vyd:0000000000095v" xml:space="preserve"> </w:t>
      </w:r>
      <w:r>
        <w:rPr>
          <w:sz w:val="28"/>
          <w:szCs w:val="28"/>
        </w:rPr>
        <w:t vyd:_id="vyd:0000000000095u">областей</w:t>
      </w:r>
      <w:r>
        <w:rPr>
          <w:sz w:val="28"/>
          <w:szCs w:val="28"/>
        </w:rPr>
        <w:t vyd:_id="vyd:0000000000095t" xml:space="preserve"> </w:t>
      </w:r>
      <w:r>
        <w:rPr>
          <w:sz w:val="28"/>
          <w:szCs w:val="28"/>
        </w:rPr>
        <w:t vyd:_id="vyd:0000000000095s">необходимость</w:t>
      </w:r>
      <w:r>
        <w:rPr>
          <w:sz w:val="28"/>
          <w:szCs w:val="28"/>
        </w:rPr>
        <w:t vyd:_id="vyd:0000000000095r" xml:space="preserve"> </w:t>
      </w:r>
      <w:r>
        <w:rPr>
          <w:sz w:val="28"/>
          <w:szCs w:val="28"/>
        </w:rPr>
        <w:t vyd:_id="vyd:0000000000095q">отвечать</w:t>
      </w:r>
      <w:r>
        <w:rPr>
          <w:sz w:val="28"/>
          <w:szCs w:val="28"/>
        </w:rPr>
        <w:t vyd:_id="vyd:0000000000095p" xml:space="preserve"> </w:t>
      </w:r>
      <w:r>
        <w:rPr>
          <w:sz w:val="28"/>
          <w:szCs w:val="28"/>
        </w:rPr>
        <w:t vyd:_id="vyd:0000000000095o">на</w:t>
      </w:r>
      <w:r>
        <w:rPr>
          <w:sz w:val="28"/>
          <w:szCs w:val="28"/>
        </w:rPr>
        <w:t vyd:_id="vyd:0000000000095n" xml:space="preserve"> </w:t>
      </w:r>
      <w:r>
        <w:rPr>
          <w:sz w:val="28"/>
          <w:szCs w:val="28"/>
        </w:rPr>
        <w:t vyd:_id="vyd:0000000000095m">внешние</w:t>
      </w:r>
      <w:r>
        <w:rPr>
          <w:sz w:val="28"/>
          <w:szCs w:val="28"/>
        </w:rPr>
        <w:t vyd:_id="vyd:0000000000095l" xml:space="preserve"> </w:t>
      </w:r>
      <w:r>
        <w:rPr>
          <w:sz w:val="28"/>
          <w:szCs w:val="28"/>
        </w:rPr>
        <w:t vyd:_id="vyd:0000000000095k">ограничения</w:t>
      </w:r>
      <w:r>
        <w:rPr>
          <w:sz w:val="28"/>
          <w:szCs w:val="28"/>
        </w:rPr>
        <w:t vyd:_id="vyd:0000000000095j" xml:space="preserve"> </w:t>
      </w:r>
      <w:r>
        <w:rPr>
          <w:sz w:val="28"/>
          <w:szCs w:val="28"/>
        </w:rPr>
        <w:t vyd:_id="vyd:0000000000095i">дала</w:t>
      </w:r>
      <w:r>
        <w:rPr>
          <w:sz w:val="28"/>
          <w:szCs w:val="28"/>
        </w:rPr>
        <w:t vyd:_id="vyd:0000000000095h" xml:space="preserve"> </w:t>
      </w:r>
      <w:r>
        <w:rPr>
          <w:sz w:val="28"/>
          <w:szCs w:val="28"/>
        </w:rPr>
        <w:t vyd:_id="vyd:0000000000095g">дополнительный</w:t>
      </w:r>
      <w:r>
        <w:rPr>
          <w:sz w:val="28"/>
          <w:szCs w:val="28"/>
        </w:rPr>
        <w:t vyd:_id="vyd:0000000000095f" xml:space="preserve"> </w:t>
      </w:r>
      <w:r>
        <w:rPr>
          <w:sz w:val="28"/>
          <w:szCs w:val="28"/>
        </w:rPr>
        <w:t vyd:_id="vyd:0000000000095e">импульс</w:t>
      </w:r>
      <w:r>
        <w:rPr>
          <w:sz w:val="28"/>
          <w:szCs w:val="28"/>
        </w:rPr>
        <w:t vyd:_id="vyd:0000000000095d" xml:space="preserve"> </w:t>
      </w:r>
      <w:r>
        <w:rPr>
          <w:sz w:val="28"/>
          <w:szCs w:val="28"/>
        </w:rPr>
        <w:t vyd:_id="vyd:0000000000095c">развитию</w:t>
      </w:r>
      <w:r>
        <w:rPr>
          <w:sz w:val="28"/>
          <w:szCs w:val="28"/>
        </w:rPr>
        <w:t vyd:_id="vyd:0000000000095b" xml:space="preserve"> </w:t>
      </w:r>
      <w:r>
        <w:rPr>
          <w:sz w:val="28"/>
          <w:szCs w:val="28"/>
        </w:rPr>
        <w:t vyd:_id="vyd:0000000000095a">собственных</w:t>
      </w:r>
      <w:r>
        <w:rPr>
          <w:sz w:val="28"/>
          <w:szCs w:val="28"/>
        </w:rPr>
        <w:t vyd:_id="vyd:00000000000959" xml:space="preserve"> </w:t>
      </w:r>
      <w:r>
        <w:rPr>
          <w:sz w:val="28"/>
          <w:szCs w:val="28"/>
        </w:rPr>
        <w:t vyd:_id="vyd:00000000000958">решений,</w:t>
      </w:r>
      <w:r>
        <w:rPr>
          <w:sz w:val="28"/>
          <w:szCs w:val="28"/>
        </w:rPr>
        <w:t vyd:_id="vyd:00000000000957" xml:space="preserve"> </w:t>
      </w:r>
      <w:r>
        <w:rPr>
          <w:sz w:val="28"/>
          <w:szCs w:val="28"/>
        </w:rPr>
        <w:t vyd:_id="vyd:00000000000956">перестройке</w:t>
      </w:r>
      <w:r>
        <w:rPr>
          <w:sz w:val="28"/>
          <w:szCs w:val="28"/>
        </w:rPr>
        <w:t vyd:_id="vyd:00000000000955" xml:space="preserve"> </w:t>
      </w:r>
      <w:r>
        <w:rPr>
          <w:sz w:val="28"/>
          <w:szCs w:val="28"/>
        </w:rPr>
        <w:t vyd:_id="vyd:00000000000954">сложившихся</w:t>
      </w:r>
      <w:r>
        <w:rPr>
          <w:sz w:val="28"/>
          <w:szCs w:val="28"/>
        </w:rPr>
        <w:t vyd:_id="vyd:00000000000953" xml:space="preserve"> </w:t>
      </w:r>
      <w:r>
        <w:rPr>
          <w:sz w:val="28"/>
          <w:szCs w:val="28"/>
        </w:rPr>
        <w:t vyd:_id="vyd:00000000000952">связей</w:t>
      </w:r>
      <w:r>
        <w:rPr>
          <w:sz w:val="28"/>
          <w:szCs w:val="28"/>
        </w:rPr>
        <w:t vyd:_id="vyd:00000000000951" xml:space="preserve"> </w:t>
      </w:r>
      <w:r>
        <w:rPr>
          <w:sz w:val="28"/>
          <w:szCs w:val="28"/>
        </w:rPr>
        <w:t vyd:_id="vyd:00000000000950">и</w:t>
      </w:r>
      <w:r>
        <w:rPr>
          <w:sz w:val="28"/>
          <w:szCs w:val="28"/>
        </w:rPr>
        <w:t vyd:_id="vyd:0000000000094z" xml:space="preserve"> </w:t>
      </w:r>
      <w:r>
        <w:rPr>
          <w:sz w:val="28"/>
          <w:szCs w:val="28"/>
        </w:rPr>
        <w:t vyd:_id="vyd:0000000000094y">концентрации</w:t>
      </w:r>
      <w:r>
        <w:rPr>
          <w:sz w:val="28"/>
          <w:szCs w:val="28"/>
        </w:rPr>
        <w:t vyd:_id="vyd:0000000000094x" xml:space="preserve"> </w:t>
      </w:r>
      <w:r>
        <w:rPr>
          <w:sz w:val="28"/>
          <w:szCs w:val="28"/>
        </w:rPr>
        <w:t vyd:_id="vyd:0000000000094w">ресурсов</w:t>
      </w:r>
      <w:r>
        <w:rPr>
          <w:sz w:val="28"/>
          <w:szCs w:val="28"/>
        </w:rPr>
        <w:t vyd:_id="vyd:0000000000094v" xml:space="preserve"> </w:t>
      </w:r>
      <w:r>
        <w:rPr>
          <w:sz w:val="28"/>
          <w:szCs w:val="28"/>
        </w:rPr>
        <w:t vyd:_id="vyd:0000000000094u">на</w:t>
      </w:r>
      <w:r>
        <w:rPr>
          <w:sz w:val="28"/>
          <w:szCs w:val="28"/>
        </w:rPr>
        <w:t vyd:_id="vyd:0000000000094t" xml:space="preserve"> </w:t>
      </w:r>
      <w:r>
        <w:rPr>
          <w:sz w:val="28"/>
          <w:szCs w:val="28"/>
        </w:rPr>
        <w:t vyd:_id="vyd:0000000000094s">критически</w:t>
      </w:r>
      <w:r>
        <w:rPr>
          <w:sz w:val="28"/>
          <w:szCs w:val="28"/>
        </w:rPr>
        <w:t vyd:_id="vyd:0000000000094r" xml:space="preserve"> </w:t>
      </w:r>
      <w:r>
        <w:rPr>
          <w:sz w:val="28"/>
          <w:szCs w:val="28"/>
        </w:rPr>
        <w:t vyd:_id="vyd:0000000000094q">важных</w:t>
      </w:r>
      <w:r>
        <w:rPr>
          <w:sz w:val="28"/>
          <w:szCs w:val="28"/>
        </w:rPr>
        <w:t vyd:_id="vyd:0000000000094p" xml:space="preserve"> </w:t>
      </w:r>
      <w:r>
        <w:rPr>
          <w:sz w:val="28"/>
          <w:szCs w:val="28"/>
        </w:rPr>
        <w:t vyd:_id="vyd:0000000000094o">направлениях.</w:t>
      </w:r>
    </w:p>
    <w:p w14:paraId="1468F710" w14:textId="77777777" w:rsidR="00401D4A" w:rsidRPr="003850CC" w:rsidRDefault="00401D4A" w:rsidP="00401D4A" vyd:_id="vyd:0000000000091y">
      <w:pPr>
        <w:pStyle w:val="isselecteden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94m">В</w:t>
      </w:r>
      <w:r>
        <w:rPr>
          <w:sz w:val="28"/>
          <w:szCs w:val="28"/>
        </w:rPr>
        <w:t vyd:_id="vyd:0000000000094l" xml:space="preserve"> </w:t>
      </w:r>
      <w:r>
        <w:rPr>
          <w:sz w:val="28"/>
          <w:szCs w:val="28"/>
        </w:rPr>
        <w:t vyd:_id="vyd:0000000000094k">этом</w:t>
      </w:r>
      <w:r>
        <w:rPr>
          <w:sz w:val="28"/>
          <w:szCs w:val="28"/>
        </w:rPr>
        <w:t vyd:_id="vyd:0000000000094j" xml:space="preserve"> </w:t>
      </w:r>
      <w:r>
        <w:rPr>
          <w:sz w:val="28"/>
          <w:szCs w:val="28"/>
        </w:rPr>
        <w:t vyd:_id="vyd:0000000000094i">проявляется</w:t>
      </w:r>
      <w:r>
        <w:rPr>
          <w:sz w:val="28"/>
          <w:szCs w:val="28"/>
        </w:rPr>
        <w:t vyd:_id="vyd:0000000000094h" xml:space="preserve"> </w:t>
      </w:r>
      <w:r>
        <w:rPr>
          <w:sz w:val="28"/>
          <w:szCs w:val="28"/>
        </w:rPr>
        <w:t vyd:_id="vyd:0000000000094g">важное</w:t>
      </w:r>
      <w:r>
        <w:rPr>
          <w:sz w:val="28"/>
          <w:szCs w:val="28"/>
        </w:rPr>
        <w:t vyd:_id="vyd:0000000000094f" xml:space="preserve"> </w:t>
      </w:r>
      <w:r>
        <w:rPr>
          <w:sz w:val="28"/>
          <w:szCs w:val="28"/>
        </w:rPr>
        <w:t vyd:_id="vyd:0000000000094e">качество</w:t>
      </w:r>
      <w:r>
        <w:rPr>
          <w:sz w:val="28"/>
          <w:szCs w:val="28"/>
        </w:rPr>
        <w:t vyd:_id="vyd:0000000000094d" xml:space="preserve"> </w:t>
      </w:r>
      <w:r>
        <w:rPr>
          <w:sz w:val="28"/>
          <w:szCs w:val="28"/>
        </w:rPr>
        <w:t vyd:_id="vyd:0000000000094c">российского</w:t>
      </w:r>
      <w:r>
        <w:rPr>
          <w:sz w:val="28"/>
          <w:szCs w:val="28"/>
        </w:rPr>
        <w:t vyd:_id="vyd:0000000000094b" xml:space="preserve"> </w:t>
      </w:r>
      <w:r>
        <w:rPr>
          <w:sz w:val="28"/>
          <w:szCs w:val="28"/>
        </w:rPr>
        <w:t vyd:_id="vyd:0000000000094a">общества</w:t>
      </w:r>
      <w:r>
        <w:rPr>
          <w:sz w:val="28"/>
          <w:szCs w:val="28"/>
        </w:rPr>
        <w:t vyd:_id="vyd:00000000000949" xml:space="preserve"> </w:t>
      </w:r>
      <w:r>
        <w:rPr>
          <w:sz w:val="28"/>
          <w:szCs w:val="28"/>
        </w:rPr>
        <w:t vyd:_id="vyd:00000000000948">и</w:t>
      </w:r>
      <w:r>
        <w:rPr>
          <w:sz w:val="28"/>
          <w:szCs w:val="28"/>
        </w:rPr>
        <w:t vyd:_id="vyd:00000000000947" xml:space="preserve"> </w:t>
      </w:r>
      <w:r>
        <w:rPr>
          <w:sz w:val="28"/>
          <w:szCs w:val="28"/>
        </w:rPr>
        <w:t vyd:_id="vyd:00000000000946">созданных</w:t>
      </w:r>
      <w:r>
        <w:rPr>
          <w:sz w:val="28"/>
          <w:szCs w:val="28"/>
        </w:rPr>
        <w:t vyd:_id="vyd:00000000000945" xml:space="preserve"> </w:t>
      </w:r>
      <w:r>
        <w:rPr>
          <w:sz w:val="28"/>
          <w:szCs w:val="28"/>
        </w:rPr>
        <w:t vyd:_id="vyd:00000000000944">им</w:t>
      </w:r>
      <w:r>
        <w:rPr>
          <w:sz w:val="28"/>
          <w:szCs w:val="28"/>
        </w:rPr>
        <w:t vyd:_id="vyd:00000000000943" xml:space="preserve"> </w:t>
      </w:r>
      <w:r>
        <w:rPr>
          <w:sz w:val="28"/>
          <w:szCs w:val="28"/>
        </w:rPr>
        <w:t vyd:_id="vyd:00000000000942">институтов</w:t>
      </w:r>
      <w:r>
        <w:rPr>
          <w:sz w:val="28"/>
          <w:szCs w:val="28"/>
        </w:rPr>
        <w:t vyd:_id="vyd:00000000000941" xml:space="preserve"> —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40">способность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3z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3y">к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3x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3w">адаптации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3v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3u">и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3t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3s">мобилизации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3r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3q">в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3p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3o">условиях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3n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3m">жёстких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3l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3k">вызовов</w:t>
      </w:r>
      <w:r>
        <w:rPr>
          <w:sz w:val="28"/>
          <w:szCs w:val="28"/>
        </w:rPr>
        <w:t vyd:_id="vyd:0000000000093j">.</w:t>
      </w:r>
      <w:r>
        <w:rPr>
          <w:sz w:val="28"/>
          <w:szCs w:val="28"/>
        </w:rPr>
        <w:t vyd:_id="vyd:0000000000093i" xml:space="preserve"> </w:t>
      </w:r>
      <w:r>
        <w:rPr>
          <w:sz w:val="28"/>
          <w:szCs w:val="28"/>
        </w:rPr>
        <w:t vyd:_id="vyd:0000000000093h">Такая</w:t>
      </w:r>
      <w:r>
        <w:rPr>
          <w:sz w:val="28"/>
          <w:szCs w:val="28"/>
        </w:rPr>
        <w:t vyd:_id="vyd:0000000000093g" xml:space="preserve"> </w:t>
      </w:r>
      <w:r>
        <w:rPr>
          <w:sz w:val="28"/>
          <w:szCs w:val="28"/>
        </w:rPr>
        <w:t vyd:_id="vyd:0000000000093f">способность</w:t>
      </w:r>
      <w:r>
        <w:rPr>
          <w:sz w:val="28"/>
          <w:szCs w:val="28"/>
        </w:rPr>
        <w:t vyd:_id="vyd:0000000000093e" xml:space="preserve"> </w:t>
      </w:r>
      <w:r>
        <w:rPr>
          <w:sz w:val="28"/>
          <w:szCs w:val="28"/>
        </w:rPr>
        <w:t vyd:_id="vyd:0000000000093d">означает</w:t>
      </w:r>
      <w:r>
        <w:rPr>
          <w:sz w:val="28"/>
          <w:szCs w:val="28"/>
        </w:rPr>
        <w:t vyd:_id="vyd:0000000000093c" xml:space="preserve"> </w:t>
      </w:r>
      <w:r>
        <w:rPr>
          <w:sz w:val="28"/>
          <w:szCs w:val="28"/>
        </w:rPr>
        <w:t vyd:_id="vyd:0000000000093b">умение</w:t>
      </w:r>
      <w:r>
        <w:rPr>
          <w:sz w:val="28"/>
          <w:szCs w:val="28"/>
        </w:rPr>
        <w:t vyd:_id="vyd:0000000000093a" xml:space="preserve"> </w:t>
      </w:r>
      <w:r>
        <w:rPr>
          <w:sz w:val="28"/>
          <w:szCs w:val="28"/>
        </w:rPr>
        <w:t vyd:_id="vyd:00000000000939">сохранять</w:t>
      </w:r>
      <w:r>
        <w:rPr>
          <w:sz w:val="28"/>
          <w:szCs w:val="28"/>
        </w:rPr>
        <w:t vyd:_id="vyd:00000000000938" xml:space="preserve"> </w:t>
      </w:r>
      <w:r>
        <w:rPr>
          <w:sz w:val="28"/>
          <w:szCs w:val="28"/>
        </w:rPr>
        <w:t vyd:_id="vyd:00000000000937">работоспособность</w:t>
      </w:r>
      <w:r>
        <w:rPr>
          <w:sz w:val="28"/>
          <w:szCs w:val="28"/>
        </w:rPr>
        <w:t vyd:_id="vyd:00000000000936" xml:space="preserve"> </w:t>
      </w:r>
      <w:r>
        <w:rPr>
          <w:sz w:val="28"/>
          <w:szCs w:val="28"/>
        </w:rPr>
        <w:t vyd:_id="vyd:00000000000935">ключевых</w:t>
      </w:r>
      <w:r>
        <w:rPr>
          <w:sz w:val="28"/>
          <w:szCs w:val="28"/>
        </w:rPr>
        <w:t vyd:_id="vyd:00000000000934" xml:space="preserve"> </w:t>
      </w:r>
      <w:r>
        <w:rPr>
          <w:sz w:val="28"/>
          <w:szCs w:val="28"/>
        </w:rPr>
        <w:t vyd:_id="vyd:00000000000933">систем,</w:t>
      </w:r>
      <w:r>
        <w:rPr>
          <w:sz w:val="28"/>
          <w:szCs w:val="28"/>
        </w:rPr>
        <w:t vyd:_id="vyd:00000000000932" xml:space="preserve"> </w:t>
      </w:r>
      <w:r>
        <w:rPr>
          <w:sz w:val="28"/>
          <w:szCs w:val="28"/>
        </w:rPr>
        <w:t vyd:_id="vyd:00000000000931">концентрировать</w:t>
      </w:r>
      <w:r>
        <w:rPr>
          <w:sz w:val="28"/>
          <w:szCs w:val="28"/>
        </w:rPr>
        <w:t vyd:_id="vyd:00000000000930" xml:space="preserve"> </w:t>
      </w:r>
      <w:r>
        <w:rPr>
          <w:sz w:val="28"/>
          <w:szCs w:val="28"/>
        </w:rPr>
        <w:t vyd:_id="vyd:0000000000092z">знания</w:t>
      </w:r>
      <w:r>
        <w:rPr>
          <w:sz w:val="28"/>
          <w:szCs w:val="28"/>
        </w:rPr>
        <w:t vyd:_id="vyd:0000000000092y" xml:space="preserve"> </w:t>
      </w:r>
      <w:r>
        <w:rPr>
          <w:sz w:val="28"/>
          <w:szCs w:val="28"/>
        </w:rPr>
        <w:t vyd:_id="vyd:0000000000092x">и</w:t>
      </w:r>
      <w:r>
        <w:rPr>
          <w:sz w:val="28"/>
          <w:szCs w:val="28"/>
        </w:rPr>
        <w:t vyd:_id="vyd:0000000000092w" xml:space="preserve"> </w:t>
      </w:r>
      <w:r>
        <w:rPr>
          <w:sz w:val="28"/>
          <w:szCs w:val="28"/>
        </w:rPr>
        <w:t vyd:_id="vyd:0000000000092v">ресурсы,</w:t>
      </w:r>
      <w:r>
        <w:rPr>
          <w:sz w:val="28"/>
          <w:szCs w:val="28"/>
        </w:rPr>
        <w:t vyd:_id="vyd:0000000000092u" xml:space="preserve"> </w:t>
      </w:r>
      <w:r>
        <w:rPr>
          <w:sz w:val="28"/>
          <w:szCs w:val="28"/>
        </w:rPr>
        <w:t vyd:_id="vyd:0000000000092t">находить</w:t>
      </w:r>
      <w:r>
        <w:rPr>
          <w:sz w:val="28"/>
          <w:szCs w:val="28"/>
        </w:rPr>
        <w:t vyd:_id="vyd:0000000000092s" xml:space="preserve"> </w:t>
      </w:r>
      <w:r>
        <w:rPr>
          <w:sz w:val="28"/>
          <w:szCs w:val="28"/>
        </w:rPr>
        <w:t vyd:_id="vyd:0000000000092r">новые</w:t>
      </w:r>
      <w:r>
        <w:rPr>
          <w:sz w:val="28"/>
          <w:szCs w:val="28"/>
        </w:rPr>
        <w:t vyd:_id="vyd:0000000000092q" xml:space="preserve"> </w:t>
      </w:r>
      <w:r>
        <w:rPr>
          <w:sz w:val="28"/>
          <w:szCs w:val="28"/>
        </w:rPr>
        <w:t vyd:_id="vyd:0000000000092p">решения</w:t>
      </w:r>
      <w:r>
        <w:rPr>
          <w:sz w:val="28"/>
          <w:szCs w:val="28"/>
        </w:rPr>
        <w:t vyd:_id="vyd:0000000000092o" xml:space="preserve"> </w:t>
      </w:r>
      <w:r>
        <w:rPr>
          <w:sz w:val="28"/>
          <w:szCs w:val="28"/>
        </w:rPr>
        <w:t vyd:_id="vyd:0000000000092n">и</w:t>
      </w:r>
      <w:r>
        <w:rPr>
          <w:sz w:val="28"/>
          <w:szCs w:val="28"/>
        </w:rPr>
        <w:t vyd:_id="vyd:0000000000092m" xml:space="preserve"> </w:t>
      </w:r>
      <w:r>
        <w:rPr>
          <w:sz w:val="28"/>
          <w:szCs w:val="28"/>
        </w:rPr>
        <w:t vyd:_id="vyd:0000000000092l">продолжать</w:t>
      </w:r>
      <w:r>
        <w:rPr>
          <w:sz w:val="28"/>
          <w:szCs w:val="28"/>
        </w:rPr>
        <w:t vyd:_id="vyd:0000000000092k" xml:space="preserve"> </w:t>
      </w:r>
      <w:r>
        <w:rPr>
          <w:sz w:val="28"/>
          <w:szCs w:val="28"/>
        </w:rPr>
        <w:t vyd:_id="vyd:0000000000092j">движение</w:t>
      </w:r>
      <w:r>
        <w:rPr>
          <w:sz w:val="28"/>
          <w:szCs w:val="28"/>
        </w:rPr>
        <w:t vyd:_id="vyd:0000000000092i" xml:space="preserve"> </w:t>
      </w:r>
      <w:r>
        <w:rPr>
          <w:sz w:val="28"/>
          <w:szCs w:val="28"/>
        </w:rPr>
        <w:t vyd:_id="vyd:0000000000092h">к</w:t>
      </w:r>
      <w:r>
        <w:rPr>
          <w:sz w:val="28"/>
          <w:szCs w:val="28"/>
        </w:rPr>
        <w:t vyd:_id="vyd:0000000000092g" xml:space="preserve"> </w:t>
      </w:r>
      <w:r>
        <w:rPr>
          <w:sz w:val="28"/>
          <w:szCs w:val="28"/>
        </w:rPr>
        <w:t vyd:_id="vyd:0000000000092f">долгосрочным</w:t>
      </w:r>
      <w:r>
        <w:rPr>
          <w:sz w:val="28"/>
          <w:szCs w:val="28"/>
        </w:rPr>
        <w:t vyd:_id="vyd:0000000000092e" xml:space="preserve"> </w:t>
      </w:r>
      <w:r>
        <w:rPr>
          <w:sz w:val="28"/>
          <w:szCs w:val="28"/>
        </w:rPr>
        <w:t vyd:_id="vyd:0000000000092d">целям</w:t>
      </w:r>
      <w:r>
        <w:rPr>
          <w:sz w:val="28"/>
          <w:szCs w:val="28"/>
        </w:rPr>
        <w:t vyd:_id="vyd:0000000000092c" xml:space="preserve"> </w:t>
      </w:r>
      <w:r>
        <w:rPr>
          <w:sz w:val="28"/>
          <w:szCs w:val="28"/>
        </w:rPr>
        <w:t vyd:_id="vyd:0000000000092b">даже</w:t>
      </w:r>
      <w:r>
        <w:rPr>
          <w:sz w:val="28"/>
          <w:szCs w:val="28"/>
        </w:rPr>
        <w:t vyd:_id="vyd:0000000000092a" xml:space="preserve"> </w:t>
      </w:r>
      <w:r>
        <w:rPr>
          <w:sz w:val="28"/>
          <w:szCs w:val="28"/>
        </w:rPr>
        <w:t vyd:_id="vyd:00000000000929">тогда,</w:t>
      </w:r>
      <w:r>
        <w:rPr>
          <w:sz w:val="28"/>
          <w:szCs w:val="28"/>
        </w:rPr>
        <w:t vyd:_id="vyd:00000000000928" xml:space="preserve"> </w:t>
      </w:r>
      <w:r>
        <w:rPr>
          <w:sz w:val="28"/>
          <w:szCs w:val="28"/>
        </w:rPr>
        <w:t vyd:_id="vyd:00000000000927">когда</w:t>
      </w:r>
      <w:r>
        <w:rPr>
          <w:sz w:val="28"/>
          <w:szCs w:val="28"/>
        </w:rPr>
        <w:t vyd:_id="vyd:00000000000926" xml:space="preserve"> </w:t>
      </w:r>
      <w:r>
        <w:rPr>
          <w:sz w:val="28"/>
          <w:szCs w:val="28"/>
        </w:rPr>
        <w:t vyd:_id="vyd:00000000000925">привычные</w:t>
      </w:r>
      <w:r>
        <w:rPr>
          <w:sz w:val="28"/>
          <w:szCs w:val="28"/>
        </w:rPr>
        <w:t vyd:_id="vyd:00000000000924" xml:space="preserve"> </w:t>
      </w:r>
      <w:r>
        <w:rPr>
          <w:sz w:val="28"/>
          <w:szCs w:val="28"/>
        </w:rPr>
        <w:t vyd:_id="vyd:00000000000923">условия</w:t>
      </w:r>
      <w:r>
        <w:rPr>
          <w:sz w:val="28"/>
          <w:szCs w:val="28"/>
        </w:rPr>
        <w:t vyd:_id="vyd:00000000000922" xml:space="preserve"> </w:t>
      </w:r>
      <w:r>
        <w:rPr>
          <w:sz w:val="28"/>
          <w:szCs w:val="28"/>
        </w:rPr>
        <w:t vyd:_id="vyd:00000000000921">резко</w:t>
      </w:r>
      <w:r>
        <w:rPr>
          <w:sz w:val="28"/>
          <w:szCs w:val="28"/>
        </w:rPr>
        <w:t vyd:_id="vyd:00000000000920" xml:space="preserve"> </w:t>
      </w:r>
      <w:r>
        <w:rPr>
          <w:sz w:val="28"/>
          <w:szCs w:val="28"/>
        </w:rPr>
        <w:t vyd:_id="vyd:0000000000091z">меняются.</w:t>
      </w:r>
    </w:p>
    <w:p w14:paraId="19DACE99" w14:textId="77777777" w:rsidR="00401D4A" w:rsidRPr="003850CC" w:rsidRDefault="00401D4A" w:rsidP="00401D4A" vyd:_id="vyd:00000000000901">
      <w:pPr>
        <w:pStyle w:val="isselecteden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91x">Однако</w:t>
      </w:r>
      <w:r>
        <w:rPr>
          <w:sz w:val="28"/>
          <w:szCs w:val="28"/>
        </w:rPr>
        <w:t vyd:_id="vyd:0000000000091w" xml:space="preserve"> </w:t>
      </w:r>
      <w:r>
        <w:rPr>
          <w:sz w:val="28"/>
          <w:szCs w:val="28"/>
        </w:rPr>
        <w:t vyd:_id="vyd:0000000000091v">мобилизационный</w:t>
      </w:r>
      <w:r>
        <w:rPr>
          <w:sz w:val="28"/>
          <w:szCs w:val="28"/>
        </w:rPr>
        <w:t vyd:_id="vyd:0000000000091u" xml:space="preserve"> </w:t>
      </w:r>
      <w:r>
        <w:rPr>
          <w:sz w:val="28"/>
          <w:szCs w:val="28"/>
        </w:rPr>
        <w:t vyd:_id="vyd:0000000000091t">ответ</w:t>
      </w:r>
      <w:r>
        <w:rPr>
          <w:sz w:val="28"/>
          <w:szCs w:val="28"/>
        </w:rPr>
        <w:t vyd:_id="vyd:0000000000091s" xml:space="preserve"> </w:t>
      </w:r>
      <w:r>
        <w:rPr>
          <w:sz w:val="28"/>
          <w:szCs w:val="28"/>
        </w:rPr>
        <w:t vyd:_id="vyd:0000000000091r">становится</w:t>
      </w:r>
      <w:r>
        <w:rPr>
          <w:sz w:val="28"/>
          <w:szCs w:val="28"/>
        </w:rPr>
        <w:t vyd:_id="vyd:0000000000091q" xml:space="preserve"> </w:t>
      </w:r>
      <w:r>
        <w:rPr>
          <w:sz w:val="28"/>
          <w:szCs w:val="28"/>
        </w:rPr>
        <w:t vyd:_id="vyd:0000000000091p">устойчивым</w:t>
      </w:r>
      <w:r>
        <w:rPr>
          <w:sz w:val="28"/>
          <w:szCs w:val="28"/>
        </w:rPr>
        <w:t vyd:_id="vyd:0000000000091o" xml:space="preserve"> </w:t>
      </w:r>
      <w:r>
        <w:rPr>
          <w:sz w:val="28"/>
          <w:szCs w:val="28"/>
        </w:rPr>
        <w:t vyd:_id="vyd:0000000000091n">достижением</w:t>
      </w:r>
      <w:r>
        <w:rPr>
          <w:sz w:val="28"/>
          <w:szCs w:val="28"/>
        </w:rPr>
        <w:t vyd:_id="vyd:0000000000091m" xml:space="preserve"> </w:t>
      </w:r>
      <w:r>
        <w:rPr>
          <w:sz w:val="28"/>
          <w:szCs w:val="28"/>
        </w:rPr>
        <w:t vyd:_id="vyd:0000000000091l">тогда,</w:t>
      </w:r>
      <w:r>
        <w:rPr>
          <w:sz w:val="28"/>
          <w:szCs w:val="28"/>
        </w:rPr>
        <w:t vyd:_id="vyd:0000000000091k" xml:space="preserve"> </w:t>
      </w:r>
      <w:r>
        <w:rPr>
          <w:sz w:val="28"/>
          <w:szCs w:val="28"/>
        </w:rPr>
        <w:t vyd:_id="vyd:0000000000091j">когда</w:t>
      </w:r>
      <w:r>
        <w:rPr>
          <w:sz w:val="28"/>
          <w:szCs w:val="28"/>
        </w:rPr>
        <w:t vyd:_id="vyd:0000000000091i" xml:space="preserve"> </w:t>
      </w:r>
      <w:r>
        <w:rPr>
          <w:sz w:val="28"/>
          <w:szCs w:val="28"/>
        </w:rPr>
        <w:t vyd:_id="vyd:0000000000091h">найденные</w:t>
      </w:r>
      <w:r>
        <w:rPr>
          <w:sz w:val="28"/>
          <w:szCs w:val="28"/>
        </w:rPr>
        <w:t vyd:_id="vyd:0000000000091g" xml:space="preserve"> </w:t>
      </w:r>
      <w:r>
        <w:rPr>
          <w:sz w:val="28"/>
          <w:szCs w:val="28"/>
        </w:rPr>
        <w:t vyd:_id="vyd:0000000000091f">в</w:t>
      </w:r>
      <w:r>
        <w:rPr>
          <w:sz w:val="28"/>
          <w:szCs w:val="28"/>
        </w:rPr>
        <w:t vyd:_id="vyd:0000000000091e" xml:space="preserve"> </w:t>
      </w:r>
      <w:r>
        <w:rPr>
          <w:sz w:val="28"/>
          <w:szCs w:val="28"/>
        </w:rPr>
        <w:t vyd:_id="vyd:0000000000091d">период</w:t>
      </w:r>
      <w:r>
        <w:rPr>
          <w:sz w:val="28"/>
          <w:szCs w:val="28"/>
        </w:rPr>
        <w:t vyd:_id="vyd:0000000000091c" xml:space="preserve"> </w:t>
      </w:r>
      <w:r>
        <w:rPr>
          <w:sz w:val="28"/>
          <w:szCs w:val="28"/>
        </w:rPr>
        <w:t vyd:_id="vyd:0000000000091b">кризиса</w:t>
      </w:r>
      <w:r>
        <w:rPr>
          <w:sz w:val="28"/>
          <w:szCs w:val="28"/>
        </w:rPr>
        <w:t vyd:_id="vyd:0000000000091a" xml:space="preserve"> </w:t>
      </w:r>
      <w:r>
        <w:rPr>
          <w:sz w:val="28"/>
          <w:szCs w:val="28"/>
        </w:rPr>
        <w:t vyd:_id="vyd:00000000000919">решения</w:t>
      </w:r>
      <w:r>
        <w:rPr>
          <w:sz w:val="28"/>
          <w:szCs w:val="28"/>
        </w:rPr>
        <w:t vyd:_id="vyd:00000000000918" xml:space="preserve"> </w:t>
      </w:r>
      <w:r>
        <w:rPr>
          <w:sz w:val="28"/>
          <w:szCs w:val="28"/>
        </w:rPr>
        <w:t vyd:_id="vyd:00000000000917">превращаются</w:t>
      </w:r>
      <w:r>
        <w:rPr>
          <w:sz w:val="28"/>
          <w:szCs w:val="28"/>
        </w:rPr>
        <w:t vyd:_id="vyd:00000000000916" xml:space="preserve"> </w:t>
      </w:r>
      <w:r>
        <w:rPr>
          <w:sz w:val="28"/>
          <w:szCs w:val="28"/>
        </w:rPr>
        <w:t vyd:_id="vyd:00000000000915">в</w:t>
      </w:r>
      <w:r>
        <w:rPr>
          <w:sz w:val="28"/>
          <w:szCs w:val="28"/>
        </w:rPr>
        <w:t vyd:_id="vyd:00000000000914" xml:space="preserve"> </w:t>
      </w:r>
      <w:r>
        <w:rPr>
          <w:sz w:val="28"/>
          <w:szCs w:val="28"/>
        </w:rPr>
        <w:t vyd:_id="vyd:00000000000913">постоянно</w:t>
      </w:r>
      <w:r>
        <w:rPr>
          <w:sz w:val="28"/>
          <w:szCs w:val="28"/>
        </w:rPr>
        <w:t vyd:_id="vyd:00000000000912" xml:space="preserve"> </w:t>
      </w:r>
      <w:r>
        <w:rPr>
          <w:sz w:val="28"/>
          <w:szCs w:val="28"/>
        </w:rPr>
        <w:t vyd:_id="vyd:00000000000911">действующие</w:t>
      </w:r>
      <w:r>
        <w:rPr>
          <w:sz w:val="28"/>
          <w:szCs w:val="28"/>
        </w:rPr>
        <w:t vyd:_id="vyd:00000000000910" xml:space="preserve"> </w:t>
      </w:r>
      <w:r>
        <w:rPr>
          <w:sz w:val="28"/>
          <w:szCs w:val="28"/>
        </w:rPr>
        <w:t vyd:_id="vyd:0000000000090z">институты,</w:t>
      </w:r>
      <w:r>
        <w:rPr>
          <w:sz w:val="28"/>
          <w:szCs w:val="28"/>
        </w:rPr>
        <w:t vyd:_id="vyd:0000000000090y" xml:space="preserve"> </w:t>
      </w:r>
      <w:r>
        <w:rPr>
          <w:sz w:val="28"/>
          <w:szCs w:val="28"/>
        </w:rPr>
        <w:t vyd:_id="vyd:0000000000090x">технологии,</w:t>
      </w:r>
      <w:r>
        <w:rPr>
          <w:sz w:val="28"/>
          <w:szCs w:val="28"/>
        </w:rPr>
        <w:t vyd:_id="vyd:0000000000090w" xml:space="preserve"> </w:t>
      </w:r>
      <w:r>
        <w:rPr>
          <w:sz w:val="28"/>
          <w:szCs w:val="28"/>
        </w:rPr>
        <w:t vyd:_id="vyd:0000000000090v">инфраструктуру</w:t>
      </w:r>
      <w:r>
        <w:rPr>
          <w:sz w:val="28"/>
          <w:szCs w:val="28"/>
        </w:rPr>
        <w:t vyd:_id="vyd:0000000000090u" xml:space="preserve"> </w:t>
      </w:r>
      <w:r>
        <w:rPr>
          <w:sz w:val="28"/>
          <w:szCs w:val="28"/>
        </w:rPr>
        <w:t vyd:_id="vyd:0000000000090t">и</w:t>
      </w:r>
      <w:r>
        <w:rPr>
          <w:sz w:val="28"/>
          <w:szCs w:val="28"/>
        </w:rPr>
        <w:t vyd:_id="vyd:0000000000090s" xml:space="preserve"> </w:t>
      </w:r>
      <w:r>
        <w:rPr>
          <w:sz w:val="28"/>
          <w:szCs w:val="28"/>
        </w:rPr>
        <w:t vyd:_id="vyd:0000000000090r">компетенции.</w:t>
      </w:r>
      <w:r>
        <w:rPr>
          <w:sz w:val="28"/>
          <w:szCs w:val="28"/>
        </w:rPr>
        <w:t vyd:_id="vyd:0000000000090q" xml:space="preserve"> </w:t>
      </w:r>
      <w:r>
        <w:rPr>
          <w:sz w:val="28"/>
          <w:szCs w:val="28"/>
        </w:rPr>
        <w:t vyd:_id="vyd:0000000000090p">Поэтому</w:t>
      </w:r>
      <w:r>
        <w:rPr>
          <w:sz w:val="28"/>
          <w:szCs w:val="28"/>
        </w:rPr>
        <w:t vyd:_id="vyd:0000000000090o" xml:space="preserve"> </w:t>
      </w:r>
      <w:r>
        <w:rPr>
          <w:sz w:val="28"/>
          <w:szCs w:val="28"/>
        </w:rPr>
        <w:t vyd:_id="vyd:0000000000090n">важен</w:t>
      </w:r>
      <w:r>
        <w:rPr>
          <w:sz w:val="28"/>
          <w:szCs w:val="28"/>
        </w:rPr>
        <w:t vyd:_id="vyd:0000000000090m" xml:space="preserve"> </w:t>
      </w:r>
      <w:r>
        <w:rPr>
          <w:sz w:val="28"/>
          <w:szCs w:val="28"/>
        </w:rPr>
        <w:t vyd:_id="vyd:0000000000090l">сам</w:t>
      </w:r>
      <w:r>
        <w:rPr>
          <w:sz w:val="28"/>
          <w:szCs w:val="28"/>
        </w:rPr>
        <w:t vyd:_id="vyd:0000000000090k" xml:space="preserve"> </w:t>
      </w:r>
      <w:r>
        <w:rPr>
          <w:sz w:val="28"/>
          <w:szCs w:val="28"/>
        </w:rPr>
        <w:t vyd:_id="vyd:0000000000090j">переход</w:t>
      </w:r>
      <w:r>
        <w:rPr>
          <w:sz w:val="28"/>
          <w:szCs w:val="28"/>
        </w:rPr>
        <w:t vyd:_id="vyd:0000000000090i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0h">от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0g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0f">ответа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0e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0d">на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0c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0b">вызов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0a" xml:space="preserve"> —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09">к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08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07">новому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06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05">этапу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04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903">развития</w:t>
      </w:r>
      <w:r>
        <w:rPr>
          <w:sz w:val="28"/>
          <w:szCs w:val="28"/>
        </w:rPr>
        <w:t vyd:_id="vyd:00000000000902">.</w:t>
      </w:r>
    </w:p>
    <w:p w14:paraId="7A347661" w14:textId="77777777" w:rsidR="00401D4A" w:rsidRPr="003850CC" w:rsidRDefault="00401D4A" w:rsidP="00401D4A" vyd:_id="vyd:000000000008wv">
      <w:pPr>
        <w:pStyle w:val="isselecteden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900">Именно</w:t>
      </w:r>
      <w:r>
        <w:rPr>
          <w:sz w:val="28"/>
          <w:szCs w:val="28"/>
        </w:rPr>
        <w:t vyd:_id="vyd:000000000008zz" xml:space="preserve"> </w:t>
      </w:r>
      <w:r>
        <w:rPr>
          <w:sz w:val="28"/>
          <w:szCs w:val="28"/>
        </w:rPr>
        <w:t vyd:_id="vyd:000000000008zy">здесь</w:t>
      </w:r>
      <w:r>
        <w:rPr>
          <w:sz w:val="28"/>
          <w:szCs w:val="28"/>
        </w:rPr>
        <w:t vyd:_id="vyd:000000000008zx" xml:space="preserve"> </w:t>
      </w:r>
      <w:r>
        <w:rPr>
          <w:sz w:val="28"/>
          <w:szCs w:val="28"/>
        </w:rPr>
        <w:t vyd:_id="vyd:000000000008zw">можно</w:t>
      </w:r>
      <w:r>
        <w:rPr>
          <w:sz w:val="28"/>
          <w:szCs w:val="28"/>
        </w:rPr>
        <w:t vyd:_id="vyd:000000000008zv" xml:space="preserve"> </w:t>
      </w:r>
      <w:r>
        <w:rPr>
          <w:sz w:val="28"/>
          <w:szCs w:val="28"/>
        </w:rPr>
        <w:t vyd:_id="vyd:000000000008zu">сформулировать</w:t>
      </w:r>
      <w:r>
        <w:rPr>
          <w:sz w:val="28"/>
          <w:szCs w:val="28"/>
        </w:rPr>
        <w:t vyd:_id="vyd:000000000008zt" xml:space="preserve"> </w:t>
      </w:r>
      <w:r>
        <w:rPr>
          <w:sz w:val="28"/>
          <w:szCs w:val="28"/>
        </w:rPr>
        <w:t vyd:_id="vyd:000000000008zs">общий</w:t>
      </w:r>
      <w:r>
        <w:rPr>
          <w:sz w:val="28"/>
          <w:szCs w:val="28"/>
        </w:rPr>
        <w:t vyd:_id="vyd:000000000008zr" xml:space="preserve"> </w:t>
      </w:r>
      <w:r>
        <w:rPr>
          <w:sz w:val="28"/>
          <w:szCs w:val="28"/>
        </w:rPr>
        <w:t vyd:_id="vyd:000000000008zq">итог</w:t>
      </w:r>
      <w:r>
        <w:rPr>
          <w:sz w:val="28"/>
          <w:szCs w:val="28"/>
        </w:rPr>
        <w:t vyd:_id="vyd:000000000008zp" xml:space="preserve"> </w:t>
      </w:r>
      <w:r>
        <w:rPr>
          <w:sz w:val="28"/>
          <w:szCs w:val="28"/>
        </w:rPr>
        <w:t vyd:_id="vyd:000000000008zo">всей</w:t>
      </w:r>
      <w:r>
        <w:rPr>
          <w:sz w:val="28"/>
          <w:szCs w:val="28"/>
        </w:rPr>
        <w:t vyd:_id="vyd:000000000008zn" xml:space="preserve"> </w:t>
      </w:r>
      <w:r>
        <w:rPr>
          <w:sz w:val="28"/>
          <w:szCs w:val="28"/>
        </w:rPr>
        <w:t vyd:_id="vyd:000000000008zm">лекции.</w:t>
      </w:r>
      <w:r>
        <w:rPr>
          <w:sz w:val="28"/>
          <w:szCs w:val="28"/>
        </w:rPr>
        <w:t vyd:_id="vyd:000000000008zl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k">Одним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j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i">из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h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g">главных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f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e">достижений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d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c">России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b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a">XXI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9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8">века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7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6">стала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5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4">способность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3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2">сохранять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1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z0">накопленный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z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y">потенциал,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x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w">воспроизводить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v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u">его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t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s">в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r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q">новых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p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o">условиях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n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m">и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l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k">превращать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j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i">ответ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h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g">на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f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e">серьёзные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d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c">вызовы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b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a">в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9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8">импульс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7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6">для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5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4">дальнейшего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3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y2">развития.</w:t>
      </w:r>
      <w:r>
        <w:rPr>
          <w:sz w:val="28"/>
          <w:szCs w:val="28"/>
        </w:rPr>
        <w:t vyd:_id="vyd:000000000008y1" xml:space="preserve"> </w:t>
      </w:r>
      <w:r>
        <w:rPr>
          <w:sz w:val="28"/>
          <w:szCs w:val="28"/>
        </w:rPr>
        <w:t vyd:_id="vyd:000000000008y0">Научные</w:t>
      </w:r>
      <w:r>
        <w:rPr>
          <w:sz w:val="28"/>
          <w:szCs w:val="28"/>
        </w:rPr>
        <w:t vyd:_id="vyd:000000000008xz" xml:space="preserve"> </w:t>
      </w:r>
      <w:r>
        <w:rPr>
          <w:sz w:val="28"/>
          <w:szCs w:val="28"/>
        </w:rPr>
        <w:t vyd:_id="vyd:000000000008xy">школы,</w:t>
      </w:r>
      <w:r>
        <w:rPr>
          <w:sz w:val="28"/>
          <w:szCs w:val="28"/>
        </w:rPr>
        <w:t vyd:_id="vyd:000000000008xx" xml:space="preserve"> </w:t>
      </w:r>
      <w:r>
        <w:rPr>
          <w:sz w:val="28"/>
          <w:szCs w:val="28"/>
        </w:rPr>
        <w:t vyd:_id="vyd:000000000008xw">технологические</w:t>
      </w:r>
      <w:r>
        <w:rPr>
          <w:sz w:val="28"/>
          <w:szCs w:val="28"/>
        </w:rPr>
        <w:t vyd:_id="vyd:000000000008xv" xml:space="preserve"> </w:t>
      </w:r>
      <w:r>
        <w:rPr>
          <w:sz w:val="28"/>
          <w:szCs w:val="28"/>
        </w:rPr>
        <w:t vyd:_id="vyd:000000000008xu">платформы,</w:t>
      </w:r>
      <w:r>
        <w:rPr>
          <w:sz w:val="28"/>
          <w:szCs w:val="28"/>
        </w:rPr>
        <w:t vyd:_id="vyd:000000000008xt" xml:space="preserve"> </w:t>
      </w:r>
      <w:r>
        <w:rPr>
          <w:sz w:val="28"/>
          <w:szCs w:val="28"/>
        </w:rPr>
        <w:t vyd:_id="vyd:000000000008xs">социальная</w:t>
      </w:r>
      <w:r>
        <w:rPr>
          <w:sz w:val="28"/>
          <w:szCs w:val="28"/>
        </w:rPr>
        <w:t vyd:_id="vyd:000000000008xr" xml:space="preserve"> </w:t>
      </w:r>
      <w:r>
        <w:rPr>
          <w:sz w:val="28"/>
          <w:szCs w:val="28"/>
        </w:rPr>
        <w:t vyd:_id="vyd:000000000008xq">инфраструктура,</w:t>
      </w:r>
      <w:r>
        <w:rPr>
          <w:sz w:val="28"/>
          <w:szCs w:val="28"/>
        </w:rPr>
        <w:t vyd:_id="vyd:000000000008xp" xml:space="preserve"> </w:t>
      </w:r>
      <w:r>
        <w:rPr>
          <w:sz w:val="28"/>
          <w:szCs w:val="28"/>
        </w:rPr>
        <w:t vyd:_id="vyd:000000000008xo">культурная</w:t>
      </w:r>
      <w:r>
        <w:rPr>
          <w:sz w:val="28"/>
          <w:szCs w:val="28"/>
        </w:rPr>
        <w:t vyd:_id="vyd:000000000008xn" xml:space="preserve"> </w:t>
      </w:r>
      <w:r>
        <w:rPr>
          <w:sz w:val="28"/>
          <w:szCs w:val="28"/>
        </w:rPr>
        <w:t vyd:_id="vyd:000000000008xm">преемственность</w:t>
      </w:r>
      <w:r>
        <w:rPr>
          <w:sz w:val="28"/>
          <w:szCs w:val="28"/>
        </w:rPr>
        <w:t vyd:_id="vyd:000000000008xl" xml:space="preserve"> </w:t>
      </w:r>
      <w:r>
        <w:rPr>
          <w:sz w:val="28"/>
          <w:szCs w:val="28"/>
        </w:rPr>
        <w:t vyd:_id="vyd:000000000008xk">и</w:t>
      </w:r>
      <w:r>
        <w:rPr>
          <w:sz w:val="28"/>
          <w:szCs w:val="28"/>
        </w:rPr>
        <w:t vyd:_id="vyd:000000000008xj" xml:space="preserve"> </w:t>
      </w:r>
      <w:r>
        <w:rPr>
          <w:sz w:val="28"/>
          <w:szCs w:val="28"/>
        </w:rPr>
        <w:t vyd:_id="vyd:000000000008xi">международные</w:t>
      </w:r>
      <w:r>
        <w:rPr>
          <w:sz w:val="28"/>
          <w:szCs w:val="28"/>
        </w:rPr>
        <w:t vyd:_id="vyd:000000000008xh" xml:space="preserve"> </w:t>
      </w:r>
      <w:r>
        <w:rPr>
          <w:sz w:val="28"/>
          <w:szCs w:val="28"/>
        </w:rPr>
        <w:t vyd:_id="vyd:000000000008xg">связи</w:t>
      </w:r>
      <w:r>
        <w:rPr>
          <w:sz w:val="28"/>
          <w:szCs w:val="28"/>
        </w:rPr>
        <w:t vyd:_id="vyd:000000000008xf" xml:space="preserve"> </w:t>
      </w:r>
      <w:r>
        <w:rPr>
          <w:sz w:val="28"/>
          <w:szCs w:val="28"/>
        </w:rPr>
        <w:t vyd:_id="vyd:000000000008xe">в</w:t>
      </w:r>
      <w:r>
        <w:rPr>
          <w:sz w:val="28"/>
          <w:szCs w:val="28"/>
        </w:rPr>
        <w:t vyd:_id="vyd:000000000008xd" xml:space="preserve"> </w:t>
      </w:r>
      <w:r>
        <w:rPr>
          <w:sz w:val="28"/>
          <w:szCs w:val="28"/>
        </w:rPr>
        <w:t vyd:_id="vyd:000000000008xc">этой</w:t>
      </w:r>
      <w:r>
        <w:rPr>
          <w:sz w:val="28"/>
          <w:szCs w:val="28"/>
        </w:rPr>
        <w:t vyd:_id="vyd:000000000008xb" xml:space="preserve"> </w:t>
      </w:r>
      <w:r>
        <w:rPr>
          <w:sz w:val="28"/>
          <w:szCs w:val="28"/>
        </w:rPr>
        <w:t vyd:_id="vyd:000000000008xa">логике</w:t>
      </w:r>
      <w:r>
        <w:rPr>
          <w:sz w:val="28"/>
          <w:szCs w:val="28"/>
        </w:rPr>
        <w:t vyd:_id="vyd:000000000008x9" xml:space="preserve"> </w:t>
      </w:r>
      <w:r>
        <w:rPr>
          <w:sz w:val="28"/>
          <w:szCs w:val="28"/>
        </w:rPr>
        <w:t vyd:_id="vyd:000000000008x8">являются</w:t>
      </w:r>
      <w:r>
        <w:rPr>
          <w:sz w:val="28"/>
          <w:szCs w:val="28"/>
        </w:rPr>
        <w:t vyd:_id="vyd:000000000008x7" xml:space="preserve"> </w:t>
      </w:r>
      <w:r>
        <w:rPr>
          <w:sz w:val="28"/>
          <w:szCs w:val="28"/>
        </w:rPr>
        <w:t vyd:_id="vyd:000000000008x6">частями</w:t>
      </w:r>
      <w:r>
        <w:rPr>
          <w:sz w:val="28"/>
          <w:szCs w:val="28"/>
        </w:rPr>
        <w:t vyd:_id="vyd:000000000008x5" xml:space="preserve"> </w:t>
      </w:r>
      <w:r>
        <w:rPr>
          <w:sz w:val="28"/>
          <w:szCs w:val="28"/>
        </w:rPr>
        <w:t vyd:_id="vyd:000000000008x4">единой</w:t>
      </w:r>
      <w:r>
        <w:rPr>
          <w:sz w:val="28"/>
          <w:szCs w:val="28"/>
        </w:rPr>
        <w:t vyd:_id="vyd:000000000008x3" xml:space="preserve"> </w:t>
      </w:r>
      <w:r>
        <w:rPr>
          <w:sz w:val="28"/>
          <w:szCs w:val="28"/>
        </w:rPr>
        <w:t vyd:_id="vyd:000000000008x2">системы</w:t>
      </w:r>
      <w:r>
        <w:rPr>
          <w:sz w:val="28"/>
          <w:szCs w:val="28"/>
        </w:rPr>
        <w:t vyd:_id="vyd:000000000008x1" xml:space="preserve"> </w:t>
      </w:r>
      <w:r>
        <w:rPr>
          <w:sz w:val="28"/>
          <w:szCs w:val="28"/>
        </w:rPr>
        <w:t vyd:_id="vyd:000000000008x0">устойчивого</w:t>
      </w:r>
      <w:r>
        <w:rPr>
          <w:sz w:val="28"/>
          <w:szCs w:val="28"/>
        </w:rPr>
        <w:t vyd:_id="vyd:000000000008wz" xml:space="preserve"> </w:t>
      </w:r>
      <w:r>
        <w:rPr>
          <w:sz w:val="28"/>
          <w:szCs w:val="28"/>
        </w:rPr>
        <w:t vyd:_id="vyd:000000000008wy">развития</w:t>
      </w:r>
      <w:r>
        <w:rPr>
          <w:sz w:val="28"/>
          <w:szCs w:val="28"/>
        </w:rPr>
        <w:t vyd:_id="vyd:000000000008wx" xml:space="preserve"> </w:t>
      </w:r>
      <w:r>
        <w:rPr>
          <w:sz w:val="28"/>
          <w:szCs w:val="28"/>
        </w:rPr>
        <w:t vyd:_id="vyd:000000000008ww">страны.</w:t>
      </w:r>
    </w:p>
    <w:p w14:paraId="49AE6D49" w14:textId="77777777" w:rsidR="00401D4A" w:rsidRPr="003850CC" w:rsidRDefault="00401D4A" w:rsidP="00401D4A" vyd:_id="vyd:000000000008u7">
      <w:pPr>
        <w:pStyle w:val="isselecteden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8wu">Такая</w:t>
      </w:r>
      <w:r>
        <w:rPr>
          <w:sz w:val="28"/>
          <w:szCs w:val="28"/>
        </w:rPr>
        <w:t vyd:_id="vyd:000000000008wt" xml:space="preserve"> </w:t>
      </w:r>
      <w:r>
        <w:rPr>
          <w:sz w:val="28"/>
          <w:szCs w:val="28"/>
        </w:rPr>
        <w:t vyd:_id="vyd:000000000008ws">система</w:t>
      </w:r>
      <w:r>
        <w:rPr>
          <w:sz w:val="28"/>
          <w:szCs w:val="28"/>
        </w:rPr>
        <w:t vyd:_id="vyd:000000000008wr" xml:space="preserve"> </w:t>
      </w:r>
      <w:r>
        <w:rPr>
          <w:sz w:val="28"/>
          <w:szCs w:val="28"/>
        </w:rPr>
        <w:t vyd:_id="vyd:000000000008wq">существует</w:t>
      </w:r>
      <w:r>
        <w:rPr>
          <w:sz w:val="28"/>
          <w:szCs w:val="28"/>
        </w:rPr>
        <w:t vyd:_id="vyd:000000000008wp" xml:space="preserve"> </w:t>
      </w:r>
      <w:r>
        <w:rPr>
          <w:sz w:val="28"/>
          <w:szCs w:val="28"/>
        </w:rPr>
        <w:t vyd:_id="vyd:000000000008wo">благодаря</w:t>
      </w:r>
      <w:r>
        <w:rPr>
          <w:sz w:val="28"/>
          <w:szCs w:val="28"/>
        </w:rPr>
        <w:t vyd:_id="vyd:000000000008wn" xml:space="preserve"> </w:t>
      </w:r>
      <w:r>
        <w:rPr>
          <w:sz w:val="28"/>
          <w:szCs w:val="28"/>
        </w:rPr>
        <w:t vyd:_id="vyd:000000000008wm">людям.</w:t>
      </w:r>
      <w:r>
        <w:rPr>
          <w:sz w:val="28"/>
          <w:szCs w:val="28"/>
        </w:rPr>
        <w:t vyd:_id="vyd:000000000008wl" xml:space="preserve"> </w:t>
      </w:r>
      <w:r>
        <w:rPr>
          <w:sz w:val="28"/>
          <w:szCs w:val="28"/>
        </w:rPr>
        <w:t vyd:_id="vyd:000000000008wk">Исследователь</w:t>
      </w:r>
      <w:r>
        <w:rPr>
          <w:sz w:val="28"/>
          <w:szCs w:val="28"/>
        </w:rPr>
        <w:t vyd:_id="vyd:000000000008wj" xml:space="preserve"> </w:t>
      </w:r>
      <w:r>
        <w:rPr>
          <w:sz w:val="28"/>
          <w:szCs w:val="28"/>
        </w:rPr>
        <w:t vyd:_id="vyd:000000000008wi">продолжает</w:t>
      </w:r>
      <w:r>
        <w:rPr>
          <w:sz w:val="28"/>
          <w:szCs w:val="28"/>
        </w:rPr>
        <w:t vyd:_id="vyd:000000000008wh" xml:space="preserve"> </w:t>
      </w:r>
      <w:r>
        <w:rPr>
          <w:sz w:val="28"/>
          <w:szCs w:val="28"/>
        </w:rPr>
        <w:t vyd:_id="vyd:000000000008wg">научную</w:t>
      </w:r>
      <w:r>
        <w:rPr>
          <w:sz w:val="28"/>
          <w:szCs w:val="28"/>
        </w:rPr>
        <w:t vyd:_id="vyd:000000000008wf" xml:space="preserve"> </w:t>
      </w:r>
      <w:r>
        <w:rPr>
          <w:sz w:val="28"/>
          <w:szCs w:val="28"/>
        </w:rPr>
        <w:t vyd:_id="vyd:000000000008we">школу,</w:t>
      </w:r>
      <w:r>
        <w:rPr>
          <w:sz w:val="28"/>
          <w:szCs w:val="28"/>
        </w:rPr>
        <w:t vyd:_id="vyd:000000000008wd" xml:space="preserve"> </w:t>
      </w:r>
      <w:r>
        <w:rPr>
          <w:sz w:val="28"/>
          <w:szCs w:val="28"/>
        </w:rPr>
        <w:t vyd:_id="vyd:000000000008wc">инженер</w:t>
      </w:r>
      <w:r>
        <w:rPr>
          <w:sz w:val="28"/>
          <w:szCs w:val="28"/>
        </w:rPr>
        <w:t vyd:_id="vyd:000000000008wb" xml:space="preserve"> </w:t>
      </w:r>
      <w:r>
        <w:rPr>
          <w:sz w:val="28"/>
          <w:szCs w:val="28"/>
        </w:rPr>
        <w:t vyd:_id="vyd:000000000008wa">превращает</w:t>
      </w:r>
      <w:r>
        <w:rPr>
          <w:sz w:val="28"/>
          <w:szCs w:val="28"/>
        </w:rPr>
        <w:t vyd:_id="vyd:000000000008w9" xml:space="preserve"> </w:t>
      </w:r>
      <w:r>
        <w:rPr>
          <w:sz w:val="28"/>
          <w:szCs w:val="28"/>
        </w:rPr>
        <w:t vyd:_id="vyd:000000000008w8">знание</w:t>
      </w:r>
      <w:r>
        <w:rPr>
          <w:sz w:val="28"/>
          <w:szCs w:val="28"/>
        </w:rPr>
        <w:t vyd:_id="vyd:000000000008w7" xml:space="preserve"> </w:t>
      </w:r>
      <w:r>
        <w:rPr>
          <w:sz w:val="28"/>
          <w:szCs w:val="28"/>
        </w:rPr>
        <w:t vyd:_id="vyd:000000000008w6">в</w:t>
      </w:r>
      <w:r>
        <w:rPr>
          <w:sz w:val="28"/>
          <w:szCs w:val="28"/>
        </w:rPr>
        <w:t vyd:_id="vyd:000000000008w5" xml:space="preserve"> </w:t>
      </w:r>
      <w:r>
        <w:rPr>
          <w:sz w:val="28"/>
          <w:szCs w:val="28"/>
        </w:rPr>
        <w:t vyd:_id="vyd:000000000008w4">технологию,</w:t>
      </w:r>
      <w:r>
        <w:rPr>
          <w:sz w:val="28"/>
          <w:szCs w:val="28"/>
        </w:rPr>
        <w:t vyd:_id="vyd:000000000008w3" xml:space="preserve"> </w:t>
      </w:r>
      <w:r>
        <w:rPr>
          <w:sz w:val="28"/>
          <w:szCs w:val="28"/>
        </w:rPr>
        <w:t vyd:_id="vyd:000000000008w2">врач</w:t>
      </w:r>
      <w:r>
        <w:rPr>
          <w:sz w:val="28"/>
          <w:szCs w:val="28"/>
        </w:rPr>
        <w:t vyd:_id="vyd:000000000008w1" xml:space="preserve"> </w:t>
      </w:r>
      <w:r>
        <w:rPr>
          <w:sz w:val="28"/>
          <w:szCs w:val="28"/>
        </w:rPr>
        <w:t vyd:_id="vyd:000000000008w0">сохраняет</w:t>
      </w:r>
      <w:r>
        <w:rPr>
          <w:sz w:val="28"/>
          <w:szCs w:val="28"/>
        </w:rPr>
        <w:t vyd:_id="vyd:000000000008vz" xml:space="preserve"> </w:t>
      </w:r>
      <w:r>
        <w:rPr>
          <w:sz w:val="28"/>
          <w:szCs w:val="28"/>
        </w:rPr>
        <w:t vyd:_id="vyd:000000000008vy">здоровье,</w:t>
      </w:r>
      <w:r>
        <w:rPr>
          <w:sz w:val="28"/>
          <w:szCs w:val="28"/>
        </w:rPr>
        <w:t vyd:_id="vyd:000000000008vx" xml:space="preserve"> </w:t>
      </w:r>
      <w:r>
        <w:rPr>
          <w:sz w:val="28"/>
          <w:szCs w:val="28"/>
        </w:rPr>
        <w:t vyd:_id="vyd:000000000008vw">учитель</w:t>
      </w:r>
      <w:r>
        <w:rPr>
          <w:sz w:val="28"/>
          <w:szCs w:val="28"/>
        </w:rPr>
        <w:t vyd:_id="vyd:000000000008vv" xml:space="preserve"> </w:t>
      </w:r>
      <w:r>
        <w:rPr>
          <w:sz w:val="28"/>
          <w:szCs w:val="28"/>
        </w:rPr>
        <w:t vyd:_id="vyd:000000000008vu">передаёт</w:t>
      </w:r>
      <w:r>
        <w:rPr>
          <w:sz w:val="28"/>
          <w:szCs w:val="28"/>
        </w:rPr>
        <w:t vyd:_id="vyd:000000000008vt" xml:space="preserve"> </w:t>
      </w:r>
      <w:r>
        <w:rPr>
          <w:sz w:val="28"/>
          <w:szCs w:val="28"/>
        </w:rPr>
        <w:t vyd:_id="vyd:000000000008vs">знания</w:t>
      </w:r>
      <w:r>
        <w:rPr>
          <w:sz w:val="28"/>
          <w:szCs w:val="28"/>
        </w:rPr>
        <w:t vyd:_id="vyd:000000000008vr" xml:space="preserve"> </w:t>
      </w:r>
      <w:r>
        <w:rPr>
          <w:sz w:val="28"/>
          <w:szCs w:val="28"/>
        </w:rPr>
        <w:t vyd:_id="vyd:000000000008vq">и</w:t>
      </w:r>
      <w:r>
        <w:rPr>
          <w:sz w:val="28"/>
          <w:szCs w:val="28"/>
        </w:rPr>
        <w:t vyd:_id="vyd:000000000008vp" xml:space="preserve"> </w:t>
      </w:r>
      <w:r>
        <w:rPr>
          <w:sz w:val="28"/>
          <w:szCs w:val="28"/>
        </w:rPr>
        <w:t vyd:_id="vyd:000000000008vo">ценности,</w:t>
      </w:r>
      <w:r>
        <w:rPr>
          <w:sz w:val="28"/>
          <w:szCs w:val="28"/>
        </w:rPr>
        <w:t vyd:_id="vyd:000000000008vn" xml:space="preserve"> </w:t>
      </w:r>
      <w:r>
        <w:rPr>
          <w:sz w:val="28"/>
          <w:szCs w:val="28"/>
        </w:rPr>
        <w:t vyd:_id="vyd:000000000008vm">предприниматель</w:t>
      </w:r>
      <w:r>
        <w:rPr>
          <w:sz w:val="28"/>
          <w:szCs w:val="28"/>
        </w:rPr>
        <w:t vyd:_id="vyd:000000000008vl" xml:space="preserve"> </w:t>
      </w:r>
      <w:r>
        <w:rPr>
          <w:sz w:val="28"/>
          <w:szCs w:val="28"/>
        </w:rPr>
        <w:t vyd:_id="vyd:000000000008vk">масштабирует</w:t>
      </w:r>
      <w:r>
        <w:rPr>
          <w:sz w:val="28"/>
          <w:szCs w:val="28"/>
        </w:rPr>
        <w:t vyd:_id="vyd:000000000008vj" xml:space="preserve"> </w:t>
      </w:r>
      <w:r>
        <w:rPr>
          <w:sz w:val="28"/>
          <w:szCs w:val="28"/>
        </w:rPr>
        <w:t vyd:_id="vyd:000000000008vi">новое</w:t>
      </w:r>
      <w:r>
        <w:rPr>
          <w:sz w:val="28"/>
          <w:szCs w:val="28"/>
        </w:rPr>
        <w:t vyd:_id="vyd:000000000008vh" xml:space="preserve"> </w:t>
      </w:r>
      <w:r>
        <w:rPr>
          <w:sz w:val="28"/>
          <w:szCs w:val="28"/>
        </w:rPr>
        <w:t vyd:_id="vyd:000000000008vg">решение,</w:t>
      </w:r>
      <w:r>
        <w:rPr>
          <w:sz w:val="28"/>
          <w:szCs w:val="28"/>
        </w:rPr>
        <w:t vyd:_id="vyd:000000000008vf" xml:space="preserve"> </w:t>
      </w:r>
      <w:r>
        <w:rPr>
          <w:sz w:val="28"/>
          <w:szCs w:val="28"/>
        </w:rPr>
        <w:t vyd:_id="vyd:000000000008ve">работник</w:t>
      </w:r>
      <w:r>
        <w:rPr>
          <w:sz w:val="28"/>
          <w:szCs w:val="28"/>
        </w:rPr>
        <w:t vyd:_id="vyd:000000000008vd" xml:space="preserve"> </w:t>
      </w:r>
      <w:r>
        <w:rPr>
          <w:sz w:val="28"/>
          <w:szCs w:val="28"/>
        </w:rPr>
        <w:t vyd:_id="vyd:000000000008vc">культуры</w:t>
      </w:r>
      <w:r>
        <w:rPr>
          <w:sz w:val="28"/>
          <w:szCs w:val="28"/>
        </w:rPr>
        <w:t vyd:_id="vyd:000000000008vb" xml:space="preserve"> </w:t>
      </w:r>
      <w:r>
        <w:rPr>
          <w:sz w:val="28"/>
          <w:szCs w:val="28"/>
        </w:rPr>
        <w:t vyd:_id="vyd:000000000008va">сохраняет</w:t>
      </w:r>
      <w:r>
        <w:rPr>
          <w:sz w:val="28"/>
          <w:szCs w:val="28"/>
        </w:rPr>
        <w:t vyd:_id="vyd:000000000008v9" xml:space="preserve"> </w:t>
      </w:r>
      <w:r>
        <w:rPr>
          <w:sz w:val="28"/>
          <w:szCs w:val="28"/>
        </w:rPr>
        <w:t vyd:_id="vyd:000000000008v8">и</w:t>
      </w:r>
      <w:r>
        <w:rPr>
          <w:sz w:val="28"/>
          <w:szCs w:val="28"/>
        </w:rPr>
        <w:t vyd:_id="vyd:000000000008v7" xml:space="preserve"> </w:t>
      </w:r>
      <w:r>
        <w:rPr>
          <w:sz w:val="28"/>
          <w:szCs w:val="28"/>
        </w:rPr>
        <w:t vyd:_id="vyd:000000000008v6">создаёт</w:t>
      </w:r>
      <w:r>
        <w:rPr>
          <w:sz w:val="28"/>
          <w:szCs w:val="28"/>
        </w:rPr>
        <w:t vyd:_id="vyd:000000000008v5" xml:space="preserve"> </w:t>
      </w:r>
      <w:r>
        <w:rPr>
          <w:sz w:val="28"/>
          <w:szCs w:val="28"/>
        </w:rPr>
        <w:t vyd:_id="vyd:000000000008v4">наследие.</w:t>
      </w:r>
      <w:r>
        <w:rPr>
          <w:sz w:val="28"/>
          <w:szCs w:val="28"/>
        </w:rPr>
        <w:t vyd:_id="vyd:000000000008v3" xml:space="preserve"> </w:t>
      </w:r>
      <w:r>
        <w:rPr>
          <w:sz w:val="28"/>
          <w:szCs w:val="28"/>
        </w:rPr>
        <w:t vyd:_id="vyd:000000000008v2">Поэтому</w:t>
      </w:r>
      <w:r>
        <w:rPr>
          <w:sz w:val="28"/>
          <w:szCs w:val="28"/>
        </w:rPr>
        <w:t vyd:_id="vyd:000000000008v1" xml:space="preserve"> </w:t>
      </w:r>
      <w:r>
        <w:rPr>
          <w:sz w:val="28"/>
          <w:szCs w:val="28"/>
        </w:rPr>
        <w:t vyd:_id="vyd:000000000008v0">достижения</w:t>
      </w:r>
      <w:r>
        <w:rPr>
          <w:sz w:val="28"/>
          <w:szCs w:val="28"/>
        </w:rPr>
        <w:t vyd:_id="vyd:000000000008uz" xml:space="preserve"> </w:t>
      </w:r>
      <w:r>
        <w:rPr>
          <w:sz w:val="28"/>
          <w:szCs w:val="28"/>
        </w:rPr>
        <w:t vyd:_id="vyd:000000000008uy">России</w:t>
      </w:r>
      <w:r>
        <w:rPr>
          <w:sz w:val="28"/>
          <w:szCs w:val="28"/>
        </w:rPr>
        <w:t vyd:_id="vyd:000000000008ux" xml:space="preserve"> </w:t>
      </w:r>
      <w:r>
        <w:rPr>
          <w:sz w:val="28"/>
          <w:szCs w:val="28"/>
        </w:rPr>
        <w:t vyd:_id="vyd:000000000008uw">XXI</w:t>
      </w:r>
      <w:r>
        <w:rPr>
          <w:sz w:val="28"/>
          <w:szCs w:val="28"/>
        </w:rPr>
        <w:t vyd:_id="vyd:000000000008uv" xml:space="preserve"> </w:t>
      </w:r>
      <w:r>
        <w:rPr>
          <w:sz w:val="28"/>
          <w:szCs w:val="28"/>
        </w:rPr>
        <w:t vyd:_id="vyd:000000000008uu">века</w:t>
      </w:r>
      <w:r>
        <w:rPr>
          <w:sz w:val="28"/>
          <w:szCs w:val="28"/>
        </w:rPr>
        <w:t vyd:_id="vyd:000000000008ut" xml:space="preserve"> — </w:t>
      </w:r>
      <w:r>
        <w:rPr>
          <w:sz w:val="28"/>
          <w:szCs w:val="28"/>
        </w:rPr>
        <w:t vyd:_id="vyd:000000000008us">это</w:t>
      </w:r>
      <w:r>
        <w:rPr>
          <w:sz w:val="28"/>
          <w:szCs w:val="28"/>
        </w:rPr>
        <w:t vyd:_id="vyd:000000000008ur" xml:space="preserve"> </w:t>
      </w:r>
      <w:r>
        <w:rPr>
          <w:sz w:val="28"/>
          <w:szCs w:val="28"/>
        </w:rPr>
        <w:t vyd:_id="vyd:000000000008uq">открытый</w:t>
      </w:r>
      <w:r>
        <w:rPr>
          <w:sz w:val="28"/>
          <w:szCs w:val="28"/>
        </w:rPr>
        <w:t vyd:_id="vyd:000000000008up" xml:space="preserve"> </w:t>
      </w:r>
      <w:r>
        <w:rPr>
          <w:sz w:val="28"/>
          <w:szCs w:val="28"/>
        </w:rPr>
        <w:t vyd:_id="vyd:000000000008uo">процесс:</w:t>
      </w:r>
      <w:r>
        <w:rPr>
          <w:sz w:val="28"/>
          <w:szCs w:val="28"/>
        </w:rPr>
        <w:t vyd:_id="vyd:000000000008un" xml:space="preserve"> </w:t>
      </w:r>
      <w:r>
        <w:rPr>
          <w:sz w:val="28"/>
          <w:szCs w:val="28"/>
        </w:rPr>
        <w:t vyd:_id="vyd:000000000008um">каждый</w:t>
      </w:r>
      <w:r>
        <w:rPr>
          <w:sz w:val="28"/>
          <w:szCs w:val="28"/>
        </w:rPr>
        <w:t vyd:_id="vyd:000000000008ul" xml:space="preserve"> </w:t>
      </w:r>
      <w:r>
        <w:rPr>
          <w:sz w:val="28"/>
          <w:szCs w:val="28"/>
        </w:rPr>
        <w:t vyd:_id="vyd:000000000008uk">достигнутый</w:t>
      </w:r>
      <w:r>
        <w:rPr>
          <w:sz w:val="28"/>
          <w:szCs w:val="28"/>
        </w:rPr>
        <w:t vyd:_id="vyd:000000000008uj" xml:space="preserve"> </w:t>
      </w:r>
      <w:r>
        <w:rPr>
          <w:sz w:val="28"/>
          <w:szCs w:val="28"/>
        </w:rPr>
        <w:t vyd:_id="vyd:000000000008ui">результат</w:t>
      </w:r>
      <w:r>
        <w:rPr>
          <w:sz w:val="28"/>
          <w:szCs w:val="28"/>
        </w:rPr>
        <w:t vyd:_id="vyd:000000000008uh" xml:space="preserve"> </w:t>
      </w:r>
      <w:r>
        <w:rPr>
          <w:sz w:val="28"/>
          <w:szCs w:val="28"/>
        </w:rPr>
        <w:t vyd:_id="vyd:000000000008ug">становится</w:t>
      </w:r>
      <w:r>
        <w:rPr>
          <w:sz w:val="28"/>
          <w:szCs w:val="28"/>
        </w:rPr>
        <w:t vyd:_id="vyd:000000000008uf" xml:space="preserve"> </w:t>
      </w:r>
      <w:r>
        <w:rPr>
          <w:sz w:val="28"/>
          <w:szCs w:val="28"/>
        </w:rPr>
        <w:t vyd:_id="vyd:000000000008ue">основой</w:t>
      </w:r>
      <w:r>
        <w:rPr>
          <w:sz w:val="28"/>
          <w:szCs w:val="28"/>
        </w:rPr>
        <w:t vyd:_id="vyd:000000000008ud" xml:space="preserve"> </w:t>
      </w:r>
      <w:r>
        <w:rPr>
          <w:sz w:val="28"/>
          <w:szCs w:val="28"/>
        </w:rPr>
        <w:t vyd:_id="vyd:000000000008uc">для</w:t>
      </w:r>
      <w:r>
        <w:rPr>
          <w:sz w:val="28"/>
          <w:szCs w:val="28"/>
        </w:rPr>
        <w:t vyd:_id="vyd:000000000008ub" xml:space="preserve"> </w:t>
      </w:r>
      <w:r>
        <w:rPr>
          <w:sz w:val="28"/>
          <w:szCs w:val="28"/>
        </w:rPr>
        <w:t vyd:_id="vyd:000000000008ua">следующего</w:t>
      </w:r>
      <w:r>
        <w:rPr>
          <w:sz w:val="28"/>
          <w:szCs w:val="28"/>
        </w:rPr>
        <w:t vyd:_id="vyd:000000000008u9" xml:space="preserve"> </w:t>
      </w:r>
      <w:r>
        <w:rPr>
          <w:sz w:val="28"/>
          <w:szCs w:val="28"/>
        </w:rPr>
        <w:t vyd:_id="vyd:000000000008u8">шага.</w:t>
      </w:r>
    </w:p>
    <w:p w14:paraId="43A361B6" w14:textId="77777777" w:rsidR="00401D4A" w:rsidRPr="003850CC" w:rsidRDefault="00401D4A" w:rsidP="00401D4A" vyd:_id="vyd:000000000008t5">
      <w:pPr>
        <w:pStyle w:val="isselectedend"/>
        <w:spacing w:before="0" w:beforeAutospacing="0" w:after="0" w:afterAutospacing="0" w:line="360" w:lineRule="auto"/>
        <w:ind w:firstLine="709"/>
        <w:jc w:val="both"/>
        <w:rPr>
          <w:rStyle w:val="af6"/>
          <w:rFonts w:eastAsiaTheme="majorEastAsia"/>
          <w:sz w:val="28"/>
          <w:b w:val="0"/>
          <w:bCs w:val="0"/>
          <w:szCs w:val="28"/>
        </w:rPr>
      </w:pP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u6">Заключительный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u5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u4">вопрос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u3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u2">этой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u1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u0">лекции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z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y">обращён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x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w">уже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v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u">к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t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s">каждому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r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q">из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p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o">нас: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n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m">какое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l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k">место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j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i">в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h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g">этом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f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e">процессе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d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c">можем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b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a">занять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9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8">мы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7" xml:space="preserve"> </w:t>
      </w:r>
      <w:r>
        <w:rPr>
          <w:rStyle w:val="af6"/>
          <w:rFonts w:eastAsiaTheme="majorEastAsia"/>
          <w:sz w:val="28"/>
          <w:b w:val="0"/>
          <w:bCs w:val="0"/>
          <w:szCs w:val="28"/>
        </w:rPr>
        <w:t vyd:_id="vyd:000000000008t6">сами?</w:t>
      </w:r>
    </w:p>
    <w:p w14:paraId="7348029D" w14:textId="77777777" w:rsidR="00401D4A" w:rsidRPr="00401D4A" w:rsidRDefault="00401D4A" w:rsidP="00401D4A" vyd:_id="vyd:000000000008t4">
      <w:pPr>
        <w:spacing w:after="0" w:line="360" w:lineRule="auto"/>
        <w:ind w:firstLine="709"/>
        <w:jc w:val="start"/>
        <w:rPr>
          <w:rStyle w:val="af6"/>
          <w:rFonts w:eastAsiaTheme="majorEastAsia"/>
          <w:sz w:val="28"/>
          <w:b w:val="0"/>
          <w:lang w:val="ru-RU"/>
          <w:bCs w:val="0"/>
          <w:szCs w:val="28"/>
        </w:rPr>
      </w:pPr>
    </w:p>
    <w:p w14:paraId="2504C686" w14:textId="5378374C" w:rsidR="0068543E" w:rsidRDefault="0068543E" w:rsidP="003850CC" vyd:_id="vyd:000000000008t2">
      <w:pPr>
        <w:pStyle w:val="isselectedend"/>
        <w:spacing w:before="0" w:beforeAutospacing="0" w:after="0" w:afterAutospacing="0" w:line="360" w:lineRule="auto"/>
        <w:ind w:firstLine="709"/>
        <w:jc w:val="both"/>
        <w:rPr>
          <w:rStyle w:val="af6"/>
          <w:rFonts w:eastAsiaTheme="majorEastAsia"/>
          <w:sz w:val="28"/>
          <w:szCs w:val="28"/>
        </w:rPr>
      </w:pPr>
      <w:r>
        <w:rPr>
          <w:rStyle w:val="af6"/>
          <w:rFonts w:eastAsiaTheme="majorEastAsia"/>
          <w:sz w:val="28"/>
          <w:szCs w:val="28"/>
        </w:rPr>
        <w:t vyd:_id="vyd:000000000008t3">Слайды 24-27. Обратная связь</w:t>
      </w:r>
    </w:p>
    <w:p w14:paraId="36CE47F9" w14:textId="77777777" w:rsidR="00401D4A" w:rsidRPr="00401D4A" w:rsidRDefault="00401D4A" w:rsidP="00401D4A" vyd:_id="vyd:000000000008sy">
      <w:pPr>
        <w:spacing w:after="0" w:line="360" w:lineRule="auto"/>
        <w:ind w:firstLine="709"/>
        <w:jc w:val="start"/>
        <w:rPr>
          <w:rStyle w:val="af6"/>
          <w:rFonts w:ascii="Times New Roman" w:hAnsi="Times New Roman" w:cs="Times New Roman" w:eastAsiaTheme="majorEastAsia"/>
          <w:sz w:val="28"/>
          <w:b w:val="0"/>
          <w:lang w:val="ru-RU"/>
          <w:bCs w:val="0"/>
          <w:szCs w:val="28"/>
        </w:rPr>
      </w:pPr>
      <w:r>
        <w:rPr>
          <w:rStyle w:val="af6"/>
          <w:rFonts w:ascii="Times New Roman" w:hAnsi="Times New Roman" w:cs="Times New Roman" w:eastAsiaTheme="majorEastAsia"/>
          <w:sz w:val="28"/>
          <w:b w:val="0"/>
          <w:lang w:val="ru-RU"/>
          <w:bCs w:val="0"/>
          <w:szCs w:val="28"/>
        </w:rPr>
        <w:t vyd:_id="vyd:000000000008t1" xml:space="preserve">Спасибо за внимание! Нам очень важно ваше мнение, поэтому прошу вас отсканировать </w:t>
      </w:r>
      <w:r>
        <w:rPr>
          <w:rStyle w:val="af6"/>
          <w:rFonts w:ascii="Times New Roman" w:hAnsi="Times New Roman" w:cs="Times New Roman" w:eastAsiaTheme="majorEastAsia"/>
          <w:sz w:val="28"/>
          <w:b w:val="0"/>
          <w:bCs w:val="0"/>
          <w:szCs w:val="28"/>
        </w:rPr>
        <w:t vyd:_id="vyd:000000000008t0">QR</w:t>
      </w:r>
      <w:r>
        <w:rPr>
          <w:rStyle w:val="af6"/>
          <w:rFonts w:ascii="Times New Roman" w:hAnsi="Times New Roman" w:cs="Times New Roman" w:eastAsiaTheme="majorEastAsia"/>
          <w:sz w:val="28"/>
          <w:b w:val="0"/>
          <w:lang w:val="ru-RU"/>
          <w:bCs w:val="0"/>
          <w:szCs w:val="28"/>
        </w:rPr>
        <w:t vyd:_id="vyd:000000000008sz">-код, который вы видите на экране, и ответить на несколько коротких вопросов о нашей сегодняшней встрече.</w:t>
      </w:r>
    </w:p>
    <w:p w14:paraId="45EE3BE5" w14:textId="77777777" w:rsidR="00401D4A" w:rsidRPr="0068543E" w:rsidRDefault="00401D4A" w:rsidP="003850CC" vyd:_id="vyd:000000000008sx">
      <w:pPr>
        <w:pStyle w:val="isselectedend"/>
        <w:spacing w:before="0" w:beforeAutospacing="0" w:after="0" w:afterAutospacing="0" w:line="360" w:lineRule="auto"/>
        <w:ind w:firstLine="709"/>
        <w:jc w:val="both"/>
        <w:rPr>
          <w:rStyle w:val="af6"/>
          <w:rFonts w:eastAsiaTheme="majorEastAsia"/>
          <w:sz w:val="28"/>
          <w:szCs w:val="28"/>
        </w:rPr>
      </w:pPr>
    </w:p>
    <w:p w14:paraId="4EFC4CE0" w14:textId="2B45E0E9" w:rsidR="003850CC" w:rsidRDefault="006B19F2" w:rsidP="0068543E" vyd:_id="vyd:000000000008so">
      <w:pPr>
        <w:spacing w:after="200" w:line="276" w:lineRule="auto"/>
        <w:jc w:val="center"/>
        <w:rPr>
          <w:rFonts w:ascii="Times New Roman" w:hAnsi="Times New Roman" w:cs="Times New Roman"/>
          <w:sz w:val="28"/>
          <w:b w:val="1"/>
          <w:lang w:val="ru-RU"/>
          <w:szCs w:val="28"/>
        </w:rPr>
      </w:pPr>
      <w:r>
        <w:rPr>
          <w:rStyle w:val="af6"/>
          <w:rFonts w:eastAsiaTheme="majorEastAsia"/>
          <w:sz w:val="28"/>
          <w:b w:val="0"/>
          <w:shd w:val="clear" w:fill="#ffff00"/>
          <w:lang w:val="ru-RU"/>
          <w:bCs w:val="0"/>
          <w:szCs w:val="28"/>
        </w:rPr>
        <w:br w:type="page" vyd:_id="vyd:000000000008sw"/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v">Список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u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t">источников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s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r">и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q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p">литературы</w:t>
      </w:r>
    </w:p>
    <w:p w14:paraId="4FE1BDC5" w14:textId="3076D690" w:rsidR="007F6534" w:rsidRPr="003850CC" w:rsidRDefault="007F6534" w:rsidP="002D4F78" vyd:_id="vyd:000000000008sc">
      <w:pPr>
        <w:spacing w:after="0" w:line="360" w:lineRule="auto"/>
        <w:jc w:val="center"/>
        <w:rPr>
          <w:rFonts w:ascii="Times New Roman" w:hAnsi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n">к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m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l">лекции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k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j">«Достижения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i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h">России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g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f">XXI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e" xml:space="preserve"> </w:t>
      </w:r>
      <w:r>
        <w:rPr>
          <w:rFonts w:ascii="Times New Roman" w:hAnsi="Times New Roman" w:cs="Times New Roman"/>
          <w:sz w:val="28"/>
          <w:b w:val="1"/>
          <w:lang w:val="ru-RU"/>
          <w:szCs w:val="28"/>
        </w:rPr>
        <w:t vyd:_id="vyd:000000000008sd">века»</w:t>
      </w:r>
    </w:p>
    <w:p w14:paraId="223A16A5" w14:textId="77777777" w:rsidR="007F6534" w:rsidRPr="003850CC" w:rsidRDefault="007F6534" w:rsidP="003850CC" vyd:_id="vyd:000000000008sb">
      <w:pPr>
        <w:pStyle w:val="isselecteden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298376E2" w14:textId="4CB29325" w:rsidR="007F6534" w:rsidRPr="003850CC" w:rsidRDefault="007F6534" w:rsidP="002D4F78" vyd:_id="vyd:000000000008s0">
      <w:pPr>
        <w:spacing w:after="0" w:line="360" w:lineRule="auto"/>
        <w:jc w:val="center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8sa">I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s9">.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s8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s7">Основные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s6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s5">источники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s4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s3">и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s2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s1">литература</w:t>
      </w:r>
    </w:p>
    <w:p w14:paraId="337485C2" w14:textId="77777777" w:rsidR="007F6534" w:rsidRPr="003850CC" w:rsidRDefault="007F6534" w:rsidP="002D4F78" vyd:_id="vyd:000000000008rz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</w:p>
    <w:p w14:paraId="183C2C29" w14:textId="701D17FD" w:rsidR="007F6534" w:rsidRPr="003850CC" w:rsidRDefault="007F6534" w:rsidP="002D4F78" vyd:_id="vyd:000000000008rh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ry">Нормативные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rx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rw">правовые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rv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ru">акты,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rt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rs">документы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rr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rq">стратегического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rp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ro">планирования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rn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rm">и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rl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rk">государственные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rj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8ri">программы</w:t>
      </w:r>
    </w:p>
    <w:p w14:paraId="5776DBB6" w14:textId="77777777" w:rsidR="007F6534" w:rsidRPr="003850CC" w:rsidRDefault="007F6534" w:rsidP="003850CC" vyd:_id="vyd:000000000008rg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05D7C583" w14:textId="63708A4F" w:rsidR="007F6534" w:rsidRPr="003850CC" w:rsidRDefault="007F6534" w:rsidP="003850CC" vyd:_id="vyd:000000000008po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rf">Указ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r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rd">Президента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r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rb">РФ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r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r9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r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r7">25.04.2022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r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r5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r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r3">231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r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r1">«Об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r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z">объявлении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x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v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t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r">Десятилетия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p">науки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n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l">технологий»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j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h">Президент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f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d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b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q9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8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7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q6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5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q4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3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q2">kremlin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q1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q0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z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py">acts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x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pw">bank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v">/47771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t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r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p">16.08.2026).</w:t>
      </w:r>
    </w:p>
    <w:p w14:paraId="41C0F7C0" w14:textId="4F4E5611" w:rsidR="007F6534" w:rsidRPr="003850CC" w:rsidRDefault="007F6534" w:rsidP="003850CC" vyd:_id="vyd:000000000008nn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n">Концепция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l">технологического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j">развития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h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f">период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d">до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b">2030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9">года: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8p7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6">утв.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4">распоряжением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2">Правительства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p0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y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w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u">20.05.2023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8os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r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p">1315-р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n">(ред.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l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j">21.10.2024)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h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f">Правительство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d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b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9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8o7"/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o6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5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o3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2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o1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o0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nz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y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nx">docs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w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nv">all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u">/147621/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s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q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o">18.08.2026).</w:t>
      </w:r>
    </w:p>
    <w:p w14:paraId="22ED4D54" w14:textId="0B48A943" w:rsidR="007F6534" w:rsidRPr="003850CC" w:rsidRDefault="007F6534" w:rsidP="003850CC" vyd:_id="vyd:000000000008li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m">Указ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k">Президента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i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g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e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c">30.03.2022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a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8">166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8n6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5">«О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3">мерах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1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n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z">обеспечению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x">технологической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v">независимости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t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r">безопасности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p">критической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n">информационной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l">инфраструктуры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j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h">Федерации»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f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d">Официальное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b">опубликование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9">правовых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7">актов.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m5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4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m2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m1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m0">publication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z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ly">pravo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x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lw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v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lu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t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ls">Document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r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lq">View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p">/0001202203300001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n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l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j">18.08.2026)</w:t>
      </w:r>
    </w:p>
    <w:p w14:paraId="04BC5B6C" w14:textId="14E57DF3" w:rsidR="007F6534" w:rsidRPr="003850CC" w:rsidRDefault="007F6534" w:rsidP="003850CC" vyd:_id="vyd:000000000008kc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h">Государственная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f">программа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d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b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9">«Развитие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7">образования»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5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3">Правительство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1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l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z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x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kv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u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ks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r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kq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p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ko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n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km">docs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l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kk">all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j">/115042/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h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f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d">14.08.2026)</w:t>
      </w:r>
    </w:p>
    <w:p w14:paraId="490BF1C9" w14:textId="4A81918B" w:rsidR="007F6534" w:rsidRPr="003850CC" w:rsidRDefault="007F6534" w:rsidP="003850CC" vyd:_id="vyd:000000000008ih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b">Стратегия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9">действий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7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5">реализации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3">семейной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1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k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z">демографической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x">политики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v">до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t">2036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r">года: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p">утв.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n">распоряжением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l">Правительства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j">РФ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h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f">15.03.2025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8jd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c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a">615-р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8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6">Правительство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4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2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j0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z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iy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x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iv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u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it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s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ir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q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ip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o">/54573/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m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k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i">18.08.2026).</w:t>
      </w:r>
    </w:p>
    <w:p w14:paraId="6A4784A8" w14:textId="56B9B6F8" w:rsidR="007F6534" w:rsidRPr="003850CC" w:rsidRDefault="007F6534" w:rsidP="003850CC" vyd:_id="vyd:000000000008h5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g">Государственная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e">программа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c">«Спорт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a">России»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8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6">Национальные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4">проекты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2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i0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y">интернет-портал.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x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hw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v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ht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s">://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r">национальныепроекты.рф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q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hp">new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o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hn">projects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m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hl">razvitie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k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hj">fizicheskoy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i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hh">kultury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g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hf">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e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hd">sporta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c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a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8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6">16.08.2026)</w:t>
      </w:r>
    </w:p>
    <w:p w14:paraId="54B91CA9" w14:textId="03DCE412" w:rsidR="007F6534" w:rsidRPr="003850CC" w:rsidRDefault="007F6534" w:rsidP="003850CC" vyd:_id="vyd:000000000008fl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4">Указ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2">Президента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h0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y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w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u">21.01.2020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s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q">20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o">«Об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m">утверждении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k">Доктрины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i">продовольственной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g">безопасности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e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c">Федерации».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ga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9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g7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6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g5">publication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4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g3">pravo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2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g1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g0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fz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y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fx">Document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w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fv">View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u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s">0001202001210021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q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o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m">14.08.2026).</w:t>
      </w:r>
    </w:p>
    <w:p w14:paraId="5C8D745B" w14:textId="75A4BD36" w:rsidR="007F6534" w:rsidRPr="003850CC" w:rsidRDefault="007F6534" w:rsidP="003850CC" vyd:_id="vyd:000000000008df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k">Стратегия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i">развития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g">агропромышленного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e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c">рыбохозяйственного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a">комплексов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8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6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4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2">период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f0">до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y">2030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w">года: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u">утв.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s">распоряжением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q">Правительства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o">РФ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m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k">08.09.2022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i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g">2567-р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e">(в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c">действующей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a">редакции)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8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6">Правительство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4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2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e0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z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dy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x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dv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u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dt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s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dr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q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dp">docs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o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dn">all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m">/143037/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k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i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g">18.08.2026).</w:t>
      </w:r>
    </w:p>
    <w:p w14:paraId="39B5B5A7" w14:textId="4BFBA83E" w:rsidR="007F6534" w:rsidRPr="003850CC" w:rsidRDefault="007F6534" w:rsidP="003850CC" vyd:_id="vyd:000000000008c1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e">Основные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c">показатели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a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8">мероприятия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6">национального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4">проекта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2">«Технологическое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d0">обеспечение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y">продовольственной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w">безопасности»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u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s">Правительство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q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o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m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k">24.02.2025.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j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ci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h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cf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e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cd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c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cb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a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c9">rugovclassifier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8">/924/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6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4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2">14.08.2026)</w:t>
      </w:r>
    </w:p>
    <w:p w14:paraId="0B06A568" w14:textId="0E29A753" w:rsidR="007F6534" w:rsidRPr="003850CC" w:rsidRDefault="007F6534" w:rsidP="003850CC" vyd:_id="vyd:0000000000089f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c0">Указ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y">Президента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w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u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s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q">09.11.2022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o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m">809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k">«Об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i">утверждении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g">Основ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e">государственной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c">политики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a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8">сохранению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6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4">укреплению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2">традиционных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b0">российских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y">духовно-нравственных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w">ценностей»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u">(в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s">ред.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q">Указа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o">Президента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m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k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i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g">04.03.2026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e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c">136)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a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8">Официальное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6">опубликование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4">правовых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2">актов.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a1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a0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z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9x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w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9v">publication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u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9t">pravo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s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9r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q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9p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o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9n">document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m">/0001202211090019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k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i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g">18.08.2026).</w:t>
      </w:r>
    </w:p>
    <w:p w14:paraId="1904432D" w14:textId="10723475" w:rsidR="007F6534" w:rsidRPr="003850CC" w:rsidRDefault="007F6534" w:rsidP="003850CC" vyd:_id="vyd:00000000000874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e">Указ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c">Президента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a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8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6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4">07.05.2024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2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90">309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88y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x">«О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v">национальных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t">целях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r">развития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p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n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l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j">период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h">до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f">2030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d">года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b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9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7">перспективу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5">до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3">2036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1">года»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8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z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x">Официальное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v">опубликование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t">правовых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r">актов.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7p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o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n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7m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l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7k">publication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j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7i">pravo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h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7g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f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7e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d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7c">document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b">/0001202405070015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9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7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5">18.08.2026).</w:t>
      </w:r>
    </w:p>
    <w:p w14:paraId="5391D842" w14:textId="08532F7E" w:rsidR="007F6534" w:rsidRPr="003850CC" w:rsidRDefault="007F6534" w:rsidP="003850CC" vyd:_id="vyd:0000000000085e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3">Указ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1">Президента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7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z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x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v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t">31.03.2023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r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p">229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n">«Об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l">утверждении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j">Концепции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h">внешней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f">политики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d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b">Федерации»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9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7">Президент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5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3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1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6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5z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y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x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5w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v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5u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t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5s">kremlin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r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5q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p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5o">acts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n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5m">bank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l">/49090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j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h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f">18.08.2026).</w:t>
      </w:r>
    </w:p>
    <w:p w14:paraId="1D223DAF" w14:textId="7A51B715" w:rsidR="007F6534" w:rsidRPr="003850CC" w:rsidRDefault="007F6534" w:rsidP="003850CC" vyd:_id="vyd:0000000000083p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d">Указ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b">Президента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9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7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5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3">28.02.2024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1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5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z">145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x">«О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v">Стратегии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t">научно-технологического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r">развития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p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n">Федерации»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l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j">Официальное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h">опубликование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f">правовых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d">актов.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4b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a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48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7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46">publication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5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44">pravo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3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42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41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40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z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3y">document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x">/0001202402280003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v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t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r">17.08.2026)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q">.</w:t>
      </w:r>
    </w:p>
    <w:p w14:paraId="45A53705" w14:textId="1773C199" w:rsidR="007F6534" w:rsidRPr="003850CC" w:rsidRDefault="007F6534" w:rsidP="003850CC" vyd:_id="vyd:0000000000081o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o">Указ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m">Президента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k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i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g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e">18.06.2024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c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a">529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838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7">«Об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5">утверждении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3">приоритетных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1">направлений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3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z">научно-технологического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x">развития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v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t">перечня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r">важнейших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p">наукоемких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n">технологий»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l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j">Официальное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h">опубликование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f">правовых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d">актов.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2b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a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28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7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26">publication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5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24">pravo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3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22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21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20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z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1y">document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x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v">0001202406180018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t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r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p">17.08.2026).</w:t>
      </w:r>
    </w:p>
    <w:p w14:paraId="6E3C897D" w14:textId="5178C12A" w:rsidR="007F6534" w:rsidRPr="003850CC" w:rsidRDefault="007F6534" w:rsidP="003850CC" vyd:_id="vyd:000000000007zq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n">Указ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l">Президента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j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h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f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d">08.05.2024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b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9">314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7">«Об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5">утверждении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3">Основ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1">государственной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1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z">политики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x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v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t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r">области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p">исторического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n">просвещения»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l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j">Официальное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h">опубликование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f">правовых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d">актов.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0b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a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08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7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06">publication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5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04">pravo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3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02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801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800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zz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zy">document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zx">/0001202405080001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z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zv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z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zt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z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zr">17.08.2026).</w:t>
      </w:r>
    </w:p>
    <w:p w14:paraId="237375FA" w14:textId="77777777" w:rsidR="007F6534" w:rsidRPr="003850CC" w:rsidRDefault="007F6534" w:rsidP="003850CC" vyd:_id="vyd:000000000007zp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</w:p>
    <w:p w14:paraId="1F81AB26" w14:textId="4F5E0F3B" w:rsidR="007F6534" w:rsidRPr="003850CC" w:rsidRDefault="007F6534" w:rsidP="00B553BE" vyd:_id="vyd:000000000007zf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zo">Статистические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zn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zm">сборники,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zl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zk">доклады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zj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zi">и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zh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zg">отчёты</w:t>
      </w:r>
    </w:p>
    <w:p w14:paraId="4C8F948A" w14:textId="77777777" w:rsidR="007F6534" w:rsidRPr="003850CC" w:rsidRDefault="007F6534" w:rsidP="003850CC" vyd:_id="vyd:000000000007ze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3B4253C4" w14:textId="252BEFBF" w:rsidR="007F6534" w:rsidRPr="003850CC" w:rsidRDefault="007F6534" w:rsidP="003850CC" vyd:_id="vyd:000000000007xs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7zd">International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z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zb">Telecommunication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z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z9">Union.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z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z7">Measuring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z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z5">digital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z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z3">development: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z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z1">Facts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z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z">and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x">Figures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v">2025.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t">Geneva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ys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y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q">ITU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yp">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y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yn">2025.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y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l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yk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yj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i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yh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g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yf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e">itu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yd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c">int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yb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a">itu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y9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8">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y7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6">reports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y5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4">statistics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y3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2">facts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y1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y0">figures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xz">-2025/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x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xx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x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xv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x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xt">17.08.2026).</w:t>
      </w:r>
    </w:p>
    <w:p w14:paraId="7A9453AD" w14:textId="0549A20E" w:rsidR="007F6534" w:rsidRPr="003850CC" w:rsidRDefault="007F6534" w:rsidP="003850CC" vyd:_id="vyd:000000000007wm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7xr">Stanford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p">Institute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n">for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l">Human-Centered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j">Artificial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h">Intelligence.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f">The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d">2026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b">AI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9">Index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7">Report.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5">Economy.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3">Stanford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1">University,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x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z">2026.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x">URL: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v">https://hai.stanford.edu/ai-index/2026-ai-index-report/economy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t">(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s">дата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q">обращения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p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n">17.08.2026).</w:t>
      </w:r>
    </w:p>
    <w:p w14:paraId="275B0D02" w14:textId="219931A1" w:rsidR="007F6534" w:rsidRPr="003850CC" w:rsidRDefault="007F6534" w:rsidP="003850CC" vyd:_id="vyd:000000000007vg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7wl">World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j">Robotics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h">2025: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f">Industrial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d">Robots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b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9">International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7">Federation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5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3">Robotics: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1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w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z">website.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x">25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v">September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t">2025.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r">URL: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p">https://ifr.org/worldrobotics/report-2025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n">(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m">дата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l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k">обращения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j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h">17.08.2026).</w:t>
      </w:r>
    </w:p>
    <w:p w14:paraId="6B0ED4A0" w14:textId="0D11ACA8" w:rsidR="007F6534" w:rsidRPr="003850CC" w:rsidRDefault="007F6534" w:rsidP="003850CC" vyd:_id="vyd:000000000007uc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7vf">International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d">Renewable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b">Energy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9">Agency.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7">Renewable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5">Capacity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3">Statistics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1">2026.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v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z">Abu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x">Dhabi: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v">IRENA,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t">2026.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r">ISBN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p">978-92-9260-725-8.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n">URL: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l">https://www.irena.org/Publications/2026/Mar/Renewable-capacity-statistics-2026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j">(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ui">дата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ug">обращения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f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ud">17.08.2026).</w:t>
      </w:r>
    </w:p>
    <w:p w14:paraId="32FFE23B" w14:textId="2BBCD20B" w:rsidR="007F6534" w:rsidRPr="003850CC" w:rsidRDefault="007F6534" w:rsidP="003850CC" vyd:_id="vyd:000000000007t2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ub">Индикаторы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u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u9">науки: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u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u7">2026: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u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u5">статистический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u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u3">сборник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u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u1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u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z">Л.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x">М.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v">Гохберг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u">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s">Е.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q">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o">Стрельцова,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m">М.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k">Я.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i">Бочаров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g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e">др.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c">М.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b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9">ИСИЭЗ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7">НИУ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5">ВШЭ,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3">2026.</w:t>
      </w:r>
    </w:p>
    <w:p w14:paraId="1D96BEB0" w14:textId="2FE236C9" w:rsidR="007F6534" w:rsidRPr="003850CC" w:rsidRDefault="007F6534" w:rsidP="003850CC" vyd:_id="vyd:000000000007rm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1">Образование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t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z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x">цифрах: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v">2023: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t">краткий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r">статистический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p">сборник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n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7sl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k">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i">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g">Варламова,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e">Л.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c">М.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a">Гохберг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9">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7">О.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5">К.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3">Озерова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1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s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z">др.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x">М.: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v">НИУ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t">ВШЭ,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r">2023.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p">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n">21.</w:t>
      </w:r>
    </w:p>
    <w:p w14:paraId="3B1E23D4" w14:textId="15568A32" w:rsidR="007F6534" w:rsidRPr="003850CC" w:rsidRDefault="007F6534" w:rsidP="003850CC" vyd:_id="vyd:000000000007qd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l">Здравоохранение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j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h">России.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f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d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b">Федеральная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9">служба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7">государственной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5">статистики: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3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1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r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qz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y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x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qw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v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qu">rosstat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t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qs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r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qq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p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qo">folder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n">/210/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qm">document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l">/13218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j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h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f">14.08.2026)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e">.</w:t>
      </w:r>
    </w:p>
    <w:p w14:paraId="0E515735" w14:textId="77777777" w:rsidR="007F6534" w:rsidRPr="003850CC" w:rsidRDefault="007F6534" w:rsidP="003850CC" vyd:_id="vyd:000000000007qc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</w:p>
    <w:p w14:paraId="618B41E7" w14:textId="00AB6B8D" w:rsidR="007F6534" w:rsidRPr="003850CC" w:rsidRDefault="007F6534" w:rsidP="00B553BE" vyd:_id="vyd:000000000007q8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qb">Научная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qa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q9">литература</w:t>
      </w:r>
    </w:p>
    <w:p w14:paraId="366C16DB" w14:textId="77777777" w:rsidR="007F6534" w:rsidRPr="003850CC" w:rsidRDefault="007F6534" w:rsidP="003850CC" vyd:_id="vyd:000000000007q7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6BB5A486" w14:textId="1A395F91" w:rsidR="007F6534" w:rsidRPr="003850CC" w:rsidRDefault="007F6534" w:rsidP="003850CC" vyd:_id="vyd:000000000007os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6">Дежина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4">И.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2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q0">Государственная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y">политика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w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u">развитию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s">науки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q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o">российских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m">вузах: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k">уроки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i">90-х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g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e">Высшее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c">образование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a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8">России.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6">2023.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4">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2">32,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p0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y">10.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w">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u">76–90.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t" xml:space="preserve"> </w:t>
      </w:r>
    </w:p>
    <w:p w14:paraId="3275A822" w14:textId="6919942E" w:rsidR="007F6534" w:rsidRPr="00B553BE" w:rsidRDefault="007F6534" w:rsidP="003850CC" vyd:_id="vyd:000000000007n6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r">Симачёв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p">Ю.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n">В.,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l">Засимова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j">Л.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h">С.,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f">Курбанов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d">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b">Грантовая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9">поддержка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7">фундаментальных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5">исследований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3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1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o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z">уроки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x">первого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v">конкурса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t">Российского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r">научного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p">фонда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n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l">Форсайт.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j">2017.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h">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f">11,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d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b">4.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9">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n7">74–83.</w:t>
      </w:r>
    </w:p>
    <w:p w14:paraId="66BFF924" w14:textId="34005FB4" w:rsidR="007F6534" w:rsidRPr="003850CC" w:rsidRDefault="007F6534" w:rsidP="003850CC" vyd:_id="vyd:000000000007lo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7n5">Lovakov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n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n3">A.,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n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n1">Chankseliani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n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z">M.,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x">Panova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v">A.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t">Universities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r">vs.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p">research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n">institutes?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l">Overcoming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j">the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h">Soviet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f">legacy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d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b">higher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9">education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7">and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5">research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3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1">Scientometrics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m0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z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y">2022.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x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w">Vol.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u">127.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s">P.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q">6293–6313.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p" xml:space="preserve"> </w:t>
      </w:r>
    </w:p>
    <w:p w14:paraId="6DC5BD48" w14:textId="44DDE7C5" w:rsidR="007F6534" w:rsidRPr="003850CC" w:rsidRDefault="007F6534" w:rsidP="003850CC" vyd:_id="vyd:000000000007jw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7ln">Zhang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l">L.,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j">Cao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h">Z.,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f">Sivertsen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d">G.,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b">Kochetkov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9">D.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7">The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5">influence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3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1">geopolitics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l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z">on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x">research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v">activity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t">and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r">international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p">collaboration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n">in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l">science: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j">the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h">case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f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d">Russia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b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9">Scientometrics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8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7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6">2024.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5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4">Vol.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2">129.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1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k0">P.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z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y">6007–6021.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x" xml:space="preserve"> </w:t>
      </w:r>
    </w:p>
    <w:p w14:paraId="55FB5FE0" w14:textId="10114C22" w:rsidR="007F6534" w:rsidRPr="003850CC" w:rsidRDefault="007F6534" w:rsidP="003850CC" vyd:_id="vyd:000000000007il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7jv">Dezhina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t">I.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r">Formation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p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n">a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l">Mobilization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j">Mode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h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f">Science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d">Management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b">in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9">Russia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7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5">Science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3">Management: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1">Theory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j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iz">and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i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ix">Practice.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i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iv">2025.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i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it">Vol.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i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ir">7,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i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ip">no.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i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in">1.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im" xml:space="preserve"> </w:t>
      </w:r>
    </w:p>
    <w:p w14:paraId="279A03CC" w14:textId="02A2667C" w:rsidR="007F6534" w:rsidRPr="003850CC" w:rsidRDefault="007F6534" w:rsidP="003850CC" vyd:_id="vyd:000000000007h4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k">Прахов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i">И.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g">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e">Барьеры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c">доступа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a">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8">качественному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6">высшему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4">образованию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2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i0">условиях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y">ЕГЭ: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w">семья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u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s">школа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q">как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o">сдерживающие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m">факторы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k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i">Вопросы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g">образования.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e">2015.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c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a">1.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8">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6">88–117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5">.</w:t>
      </w:r>
    </w:p>
    <w:p w14:paraId="5A906068" w14:textId="2B424404" w:rsidR="007F6534" w:rsidRPr="003850CC" w:rsidRDefault="007F6534" w:rsidP="003850CC" vyd:_id="vyd:000000000007fu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3">Фирсова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1">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h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z">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x">Структурные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v">дисбалансы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t">региональных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r">систем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p">высшего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n">образования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l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j">рынка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h">труда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f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gd">Ars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gb">Administrandi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a">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8">2020.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6">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4">12,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2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g0">4.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y">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w">639–655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v">.</w:t>
      </w:r>
    </w:p>
    <w:p w14:paraId="6FCF5191" w14:textId="19A29477" w:rsidR="007F6534" w:rsidRPr="003850CC" w:rsidRDefault="007F6534" w:rsidP="003850CC" vyd:_id="vyd:000000000007ee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t">Розенфельд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r">Н.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p">Я.,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n">Мальцева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l">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j">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h">Социальная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f">мобильность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d">выпускников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b">вузов: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9">какие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7">траектории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5">ведут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3">наверх?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1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f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z">Высшее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x">образование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v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t">России.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r">2024.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p">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n">33,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l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j">12.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e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eh">С.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e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ef">80–102.</w:t>
      </w:r>
    </w:p>
    <w:p w14:paraId="7F791511" w14:textId="6EC161E1" w:rsidR="007F6534" w:rsidRPr="003850CC" w:rsidRDefault="007F6534" w:rsidP="003850CC" vyd:_id="vyd:000000000007ca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7ed">Logunov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e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eb">D.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e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e9">Y.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e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e7">et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e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e5">al.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e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e3">Safety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e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e1">and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e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z">efficacy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x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v">an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t">rAd26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r">and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p">rAd5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n">vector-based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l">heterologous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j">prime-boost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h">COVID-19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f">vaccine: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d">an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b">interim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9">analysis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7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5">a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3">randomised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1">controlled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d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z">phase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x">3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v">trial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t">in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r">Russia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p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n">The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l">Lancet.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k" xml:space="preserve"> —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j">2021.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i" xml:space="preserve"> —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h">Vol.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f">397.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e" xml:space="preserve"> —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d">P.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cb">671–681.</w:t>
      </w:r>
    </w:p>
    <w:p w14:paraId="632A34DE" w14:textId="2838244D" w:rsidR="007F6534" w:rsidRPr="003850CC" w:rsidRDefault="007F6534" w:rsidP="003850CC" vyd:_id="vyd:000000000007at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c9">Дегтерев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c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c7">Д.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c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c5">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c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c3">Ценностный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c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c1">суверенитет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c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z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x">эпоху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v">глобальных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t">конвергентных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r">медиа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p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n">Вестник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l">Российского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j">университета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h">дружбы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f">народов.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d">Серия: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b">Международные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9">отношения.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7">2022.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5">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3">22,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1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b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z">2.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x">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v">352–371.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u" xml:space="preserve"> </w:t>
      </w:r>
    </w:p>
    <w:p w14:paraId="653B270D" w14:textId="0CD55619" w:rsidR="007F6534" w:rsidRPr="003850CC" w:rsidRDefault="007F6534" w:rsidP="003850CC" vyd:_id="vyd:0000000000079v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s">Борщевский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q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o">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m">Традиционные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k">российские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i">ценности: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g">институциональный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e">анализ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c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a">Полития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9">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7">2023.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5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3">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1">(111).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a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z">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x">67–93.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w" xml:space="preserve"> </w:t>
      </w:r>
    </w:p>
    <w:p w14:paraId="295607F9" w14:textId="1F4E0C64" w:rsidR="007F6534" w:rsidRPr="003850CC" w:rsidRDefault="007F6534" w:rsidP="003850CC" vyd:_id="vyd:0000000000078p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u">Шестопал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s">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q">В.,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o">Литвак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m">Н.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k">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i">Научная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g">дипломатия.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e">Опыт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c">современной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a">Франции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8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6">Вестник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4">МГИМО-Университета.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2">2016.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90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y">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w">(50).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78u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t">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r">106–114.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q" xml:space="preserve"> </w:t>
      </w:r>
    </w:p>
    <w:p w14:paraId="647CA4A9" w14:textId="39181B55" w:rsidR="007F6534" w:rsidRPr="003850CC" w:rsidRDefault="007F6534" w:rsidP="003850CC" vyd:_id="vyd:0000000000077d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o">Гутенев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m">М.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k">Ю.,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i">Сергунин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g">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e">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c">Арктическая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a">научная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8">дипломатия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6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4">теория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2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80">практика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y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w">Вестник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u">международных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s">организаций.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q">2022.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o">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m">17,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k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i">3.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g">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e">155–174.</w:t>
      </w:r>
    </w:p>
    <w:p w14:paraId="1CC5D2FE" w14:textId="05E74642" w:rsidR="007F6534" w:rsidRPr="003850CC" w:rsidRDefault="007F6534" w:rsidP="003850CC" vyd:_id="vyd:0000000000075q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c">Вилков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a">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8">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6">Проблематика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4">общественной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2">дипломатии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70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y">политическом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w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u">научном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s">дискурсе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q">современной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o">России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m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k">Известия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i">Саратовского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g">университета.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e">Новая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c">серия.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a">Серия: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8">Социология.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6">Политология.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4">2018.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2">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60">18,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y">вып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x">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v">2.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t">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r">184–188.</w:t>
      </w:r>
    </w:p>
    <w:p w14:paraId="6C3C2DD1" w14:textId="147F1172" w:rsidR="007F6534" w:rsidRPr="003850CC" w:rsidRDefault="007F6534" w:rsidP="003850CC" vyd:_id="vyd:0000000000073x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p">Парубочая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n">Е.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l">Ф.,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j">Пискунов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h">Н.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f">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d">Общественная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b">дипломатия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9">как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7">инструмент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5">реализации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3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1">«мягкой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5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z">силы»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x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v">Вестник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t">Волгоградского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r">государственного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p">университета.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n">Серия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l">4: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j">История.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h">Регионоведение.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f">Международные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d">отношения.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b">2018.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9">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7">23,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5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3">6.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1">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4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z">197–207.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y" xml:space="preserve"> </w:t>
      </w:r>
    </w:p>
    <w:p w14:paraId="5BB69912" w14:textId="69CCF01E" w:rsidR="007F6534" w:rsidRPr="003850CC" w:rsidRDefault="007F6534" w:rsidP="003850CC" vyd:_id="vyd:00000000000728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w">Цвык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u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s">И.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q">Культурная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o">дипломатия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m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k">современных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i">международных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g">отношениях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e">(на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c">примере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a">России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8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6">Китая)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4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2">Вестник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30">Российского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y">университета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w">дружбы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u">народов.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s">Серия: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q">Всеобщая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o">история.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m">2018.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k">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i">10,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g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e">2.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c">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a">135–144.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9" xml:space="preserve"> </w:t>
      </w:r>
    </w:p>
    <w:p w14:paraId="071B21FB" w14:textId="7624A774" w:rsidR="007F6534" w:rsidRPr="003850CC" w:rsidRDefault="007F6534" w:rsidP="003850CC" vyd:_id="vyd:0000000000070y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7">Табаринцева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6">-Романова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4">К.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2">М.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20">«Новые»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y">виды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w">дипломатии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1u">XXI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s">в.: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q">культурная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o">дипломатия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m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k">современном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i">международном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g">дискурсе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e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c">Дискурс-Пи.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a">2019.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8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6">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4">(36).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2">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10">26–37.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70z" xml:space="preserve"> </w:t>
      </w:r>
    </w:p>
    <w:p w14:paraId="36F356E0" w14:textId="77777777" w:rsidR="007F6534" w:rsidRPr="003850CC" w:rsidRDefault="007F6534" w:rsidP="003850CC" vyd:_id="vyd:0000000000070x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</w:p>
    <w:p w14:paraId="3058AE29" w14:textId="0E78D694" w:rsidR="007F6534" w:rsidRPr="003850CC" w:rsidRDefault="007F6534" w:rsidP="003850CC" vyd:_id="vyd:0000000000070j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0w">Документы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0v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0u">и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0t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0s">материалы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0r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0q">международных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0p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0o">организаций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0n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0m">и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0l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70k">объединений</w:t>
      </w:r>
    </w:p>
    <w:p w14:paraId="551E2C1E" w14:textId="77777777" w:rsidR="007F6534" w:rsidRPr="003850CC" w:rsidRDefault="007F6534" w:rsidP="003850CC" vyd:_id="vyd:0000000000070i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018F50D8" w14:textId="389FCF75" w:rsidR="007F6534" w:rsidRPr="003850CC" w:rsidRDefault="007F6534" w:rsidP="003850CC" vyd:_id="vyd:000000000006yu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70h">International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0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0f">Atomic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0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0d">Energy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0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0b">Agency.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0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09">Country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0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07">Nuclear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0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05">Power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0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03">Profiles: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0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01">Russian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70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zz">Federation.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z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zx">Vienna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w">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u">2021.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zs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r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zp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o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zn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m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zl">pub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k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zj">iaea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i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zh">org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g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zf">mtcd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e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zd">publications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c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zb">pdf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a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z9">cnpp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8">-2021/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z7">countryprofiles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6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z5">Russia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4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z3">Russia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2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z1">htm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z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yz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y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yx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y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yv">17.08.2026).</w:t>
      </w:r>
    </w:p>
    <w:p w14:paraId="721D2F0E" w14:textId="7739174E" w:rsidR="007F6534" w:rsidRPr="003850CC" w:rsidRDefault="007F6534" w:rsidP="003850CC" vyd:_id="vyd:000000000006we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6yt">Declaration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r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p">the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n">IX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l">BRICS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j">Ministers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h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f">Culture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d">Meeting.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b">Saint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9">Petersburg,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7">11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5">September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3">2024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1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y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z">BRICS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x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v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t">website.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r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xq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xp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o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xn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m">brics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xl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k">br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xj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i">pt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xh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g">br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xf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e">documentos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xd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c">acervo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xb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a">de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x9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8">presidencias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x7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6">anteriores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x5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4">culture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x3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2">ministerial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x1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x0">declarations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wz">/2024-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y">brics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wx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w">culture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wv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u">ministerial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wt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s">declaration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wr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q">pdf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wp">/@@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o">download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wn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m">file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w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wk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w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wi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w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wg">18.08.2026)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wf">.</w:t>
      </w:r>
    </w:p>
    <w:p w14:paraId="64A31BF4" w14:textId="64400970" w:rsidR="007F6534" w:rsidRPr="003850CC" w:rsidRDefault="007F6534" w:rsidP="003850CC" vyd:_id="vyd:000000000006ub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6wd">XVI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b">BRICS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9">Summit.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7">Kazan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5">Declaration.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3">Kazan,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1">23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w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z">October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x">2024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v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t">BRICS: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r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p">website.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n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vm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vl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k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vj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i">brics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vh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g">br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vf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e">pt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vd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c">br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vb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a">documentos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v9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8">acervo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v7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6">de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v5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4">presidencias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v3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2">anteriores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v1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v0">leaders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uz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y">declarations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ux">/2024-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w">xvi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uv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u">brics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ut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s">summit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ur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q">kazan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up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o">declaration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un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m">pdf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ul">/@@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k">download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uj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i">file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u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ug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u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ue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u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uc">18.08.2026).</w:t>
      </w:r>
    </w:p>
    <w:p w14:paraId="60744C5C" w14:textId="7FB399AC" w:rsidR="007F6534" w:rsidRPr="003850CC" w:rsidRDefault="007F6534" w:rsidP="003850CC" vyd:_id="vyd:000000000006rm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6ua">Culture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8">and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7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6">climate: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5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4">BRICS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2">expands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1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u0">cooperation,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z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y">highlights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x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w">role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u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s">culture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q">as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p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o">driver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n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m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l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k">sustainable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j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i">development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h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g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f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e">BRICS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d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c">Brasil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a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8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7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6">website.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t4">28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t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t2">May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t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t0">2025.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z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sy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x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sv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u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st">brics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s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sr">br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q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sp">en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o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sn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m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sl">culture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k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sj">and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i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sh">climate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g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sf">brics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e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sd">expands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c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sb">cooperation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a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s9">highlights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8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s7">role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6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s5">of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4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s3">culture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2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s1">as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s0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z">driver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ry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x">of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rw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v">sustainable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ru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t">development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r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rr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r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rp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r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rn">18.08.2026).</w:t>
      </w:r>
    </w:p>
    <w:p w14:paraId="68A254C3" w14:textId="4EEEC3B7" w:rsidR="007F6534" w:rsidRPr="003850CC" w:rsidRDefault="007F6534" w:rsidP="003850CC" vyd:_id="vyd:000000000006qq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6rl">BRICS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j">STI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h">Framework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f">Programme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d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b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9">website.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7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r6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r5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4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r3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2">brics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r1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r0">sti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qz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qy">org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qx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q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qv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q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qt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q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qr">17.08.2026).</w:t>
      </w:r>
    </w:p>
    <w:p w14:paraId="369AB9E5" w14:textId="77777777" w:rsidR="007F6534" w:rsidRPr="003850CC" w:rsidRDefault="007F6534" w:rsidP="003850CC" vyd:_id="vyd:000000000006qp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</w:p>
    <w:p w14:paraId="68DA6619" w14:textId="7AB55AD3" w:rsidR="007F6534" w:rsidRPr="003850CC" w:rsidRDefault="007F6534" w:rsidP="00B007E6" vyd:_id="vyd:000000000006q5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o">Официальные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n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m">материалы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l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k">органов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j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i">власти,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h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g">научных,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f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e">образовательных,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d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c">культурных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b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a">и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9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8">иных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7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q6">организаций</w:t>
      </w:r>
    </w:p>
    <w:p w14:paraId="1D8BBA1B" w14:textId="77777777" w:rsidR="007F6534" w:rsidRPr="003850CC" w:rsidRDefault="007F6534" w:rsidP="003850CC" vyd:_id="vyd:000000000006q4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146F5C4D" w14:textId="2D8F71A6" w:rsidR="007F6534" w:rsidRPr="003850CC" w:rsidRDefault="007F6534" w:rsidP="003850CC" vyd:_id="vyd:000000000006o1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q3">Информация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q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q1">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q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z">реализации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x">федерального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v">проекта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t">«Борьба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r">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p">онкологическими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n">заболеваниями»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l">национального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j">проекта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h">«Здравоохранение»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f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d">период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b">2019–2024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9">годов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7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5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3">здравоохранения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1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p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z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x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v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t">Обновлено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r">27.08.2025.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op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o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n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om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l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ok">minzdrav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j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oi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h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og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f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oe">special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d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oc">ministry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b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oa">natsproektzdravoohranenie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9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o8">onko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6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4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2">16.08.2026).</w:t>
      </w:r>
    </w:p>
    <w:p w14:paraId="0F34BC2F" w14:textId="7307C68B" w:rsidR="007F6534" w:rsidRPr="003850CC" w:rsidRDefault="007F6534" w:rsidP="003850CC" vyd:_id="vyd:000000000006lh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o0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y">итоговом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w">заседании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u">Коллегии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s">Минсельхоза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q">обсудили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o">итоги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m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k">приоритеты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i">развития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g">АПК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e">России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c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a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8">сельского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6">хозяйства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4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2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n0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y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w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v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u">27.05.2025.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ms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r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mp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o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mn">mcx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m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ml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k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mj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i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mh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g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mf">service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e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md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c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mb">na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a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m9">itogovom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8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m7">zasedanii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6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m5">kollegii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4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m3">minselkhoza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2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m1">obsudili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m0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lz">itogi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ly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lx">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lw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lv">prioritety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lu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lt">razvitiya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ls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lr">apk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lq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lp">rossii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lo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l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lm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l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lk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l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li">16.08.2026).</w:t>
      </w:r>
    </w:p>
    <w:p w14:paraId="7524121D" w14:textId="77777777" w:rsidR="007F6534" w:rsidRPr="003850CC" w:rsidRDefault="007F6534" w:rsidP="003850CC" vyd:_id="vyd:000000000006lg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lang w:val="ru-RU"/>
          <w:szCs w:val="28"/>
        </w:rPr>
      </w:pPr>
    </w:p>
    <w:p w14:paraId="03D7E7D6" w14:textId="07DB42A2" w:rsidR="007F6534" w:rsidRPr="003850CC" w:rsidRDefault="007F6534" w:rsidP="00B007E6" vyd:_id="vyd:000000000006l5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6lf">II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le">.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ld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lc">Дополнительные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lb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la">источники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l9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l8">и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l7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l6">литература</w:t>
      </w:r>
    </w:p>
    <w:p w14:paraId="0CE5B59E" w14:textId="77777777" w:rsidR="007F6534" w:rsidRPr="003850CC" w:rsidRDefault="007F6534" w:rsidP="00B007E6" vyd:_id="vyd:000000000006l4">
      <w:pPr>
        <w:spacing w:after="0" w:line="360" w:lineRule="auto"/>
        <w:jc w:val="center"/>
        <w:rPr>
          <w:rFonts w:ascii="Times New Roman" w:hAnsi="Times New Roman" w:cs="Times New Roman"/>
          <w:sz w:val="28"/>
          <w:lang w:val="ru-RU"/>
          <w:szCs w:val="28"/>
        </w:rPr>
      </w:pPr>
    </w:p>
    <w:p w14:paraId="63751CB4" w14:textId="22413B5C" w:rsidR="007F6534" w:rsidRPr="003850CC" w:rsidRDefault="007F6534" w:rsidP="00B007E6" vyd:_id="vyd:000000000006km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l3">Нормативные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l2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l1">правовые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l0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kz">акты,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ky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kx">документы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kw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kv">стратегического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ku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kt">планирования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ks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kr">и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kq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kp">государственные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ko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kn">программы</w:t>
      </w:r>
    </w:p>
    <w:p w14:paraId="1EDB08F9" w14:textId="77777777" w:rsidR="007F6534" w:rsidRPr="003850CC" w:rsidRDefault="007F6534" w:rsidP="003850CC" vyd:_id="vyd:000000000006kl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53F3FB4B" w14:textId="31FE9C8E" w:rsidR="007F6534" w:rsidRPr="003850CC" w:rsidRDefault="007F6534" w:rsidP="003850CC" vyd:_id="vyd:000000000006jd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k">Постановление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i">Правительства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g">РФ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e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c">13.07.2009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a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8">550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6k6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5">«О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3">конкурсном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1">отборе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k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z">программ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x">развития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v">университетов,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t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r">отношении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p">которых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n">устанавливается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l">категория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j">“национальный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h">исследовательский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f">университет”»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e">.</w:t>
      </w:r>
    </w:p>
    <w:p w14:paraId="51FC46FC" w14:textId="0FC8BEBE" w:rsidR="007F6534" w:rsidRPr="003850CC" w:rsidRDefault="007F6534" w:rsidP="003850CC" vyd:_id="vyd:000000000006hu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c">Постановление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a">Правительства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8">РФ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6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4">09.04.2010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2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j0">220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y">«О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w">мерах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u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s">привлечению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q">ведущих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o">учёных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m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k">российские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i">образовательные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g">организации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e">высшего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c">образования,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a">научные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8">учреждения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6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4">государственные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2">научные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i0">центры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y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w">Федерации»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v">.</w:t>
      </w:r>
    </w:p>
    <w:p w14:paraId="563C0A1C" w14:textId="234A399F" w:rsidR="007F6534" w:rsidRPr="003850CC" w:rsidRDefault="007F6534" w:rsidP="003850CC" vyd:_id="vyd:000000000006fw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t">Федеральный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r">закон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p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n">02.11.2013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l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j">291-ФЗ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h">«О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f">Российском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d">научном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b">фонде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9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7">внесении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5">изменений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3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1">отдельные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h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z">законодательные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x">акты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v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t">Федерации»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r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p">Российский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n">научный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l">фонд: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j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h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gf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e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d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gc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b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ga">rscf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9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g8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7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g6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5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g4">documents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3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1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g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z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x">16.08.2026).</w:t>
      </w:r>
    </w:p>
    <w:p w14:paraId="585CC8D6" w14:textId="71913DE2" w:rsidR="007F6534" w:rsidRPr="003850CC" w:rsidRDefault="007F6534" w:rsidP="003850CC" vyd:_id="vyd:000000000006ea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v">Указ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t">Президента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r">РФ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p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n">01.12.2016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l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j">642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h">«О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f">Стратегии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d">научно-технологического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b">развития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9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7">Федерации»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5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3">Президент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1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f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z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x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ev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u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es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r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eq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p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eo">kremlin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n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em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l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ek">acts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j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ei">bank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h">/41449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f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d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b">16.08.2026).</w:t>
      </w:r>
    </w:p>
    <w:p w14:paraId="7A918C76" w14:textId="6BFFFEFC" w:rsidR="007F6534" w:rsidRPr="003850CC" w:rsidRDefault="007F6534" w:rsidP="003850CC" vyd:_id="vyd:000000000006cm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9">Концепция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7">государственной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5">семейной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3">политики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1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e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z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x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v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t">период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r">до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p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n">года: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l">утв.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j">распоряжением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h">Правительства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f">РФ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d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b">25.08.2014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9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7">1618-р.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d5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4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d2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d1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d0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z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cy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x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cw">docs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v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cu">all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t">/92699/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r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p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n">18.08.2026).</w:t>
      </w:r>
    </w:p>
    <w:p w14:paraId="3CC67916" w14:textId="56E5FB5D" w:rsidR="007F6534" w:rsidRPr="003850CC" w:rsidRDefault="007F6534" w:rsidP="003850CC" vyd:_id="vyd:000000000006a8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l">Распоряжением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j">Правительства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h">России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f">утверждена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d">Межотраслевая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b">программа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9">развития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7">студенческого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5">спорта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3">до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1">2030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c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z">года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x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v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t">спорта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r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p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n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l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bj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i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h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bg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f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be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d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bc">minsport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b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ba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9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b8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7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b6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5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b4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3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b2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b1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b0">rasporyazheniem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z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ay">pravitelstva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x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aw">rossii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v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au">utverzhdena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t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as">mezhotraslevaya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r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aq">programma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p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ao">razvitiya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n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am">studencheskogo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l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ak">sporta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j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ai">do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h">-2030-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ag">goda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f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d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b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9">16.08.2026).</w:t>
      </w:r>
    </w:p>
    <w:p w14:paraId="25202253" w14:textId="4FE8F554" w:rsidR="007F6534" w:rsidRPr="003850CC" w:rsidRDefault="007F6534" w:rsidP="003850CC" vyd:_id="vyd:00000000000699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7">Постановление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5">Правительства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3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1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a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z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x">11.03.2025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v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t">300.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9r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q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p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9o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n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9m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l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9k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j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9i">docs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h">/54484/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f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d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b">14.08.2026)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a">.</w:t>
      </w:r>
    </w:p>
    <w:p w14:paraId="5CD1A21E" w14:textId="6BCC472B" w:rsidR="007F6534" w:rsidRPr="003850CC" w:rsidRDefault="007F6534" w:rsidP="003850CC" vyd:_id="vyd:0000000000068b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8">Распоряжение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6">Правительства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4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2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90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y">01.12.2025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w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u">3530-р.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8s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r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8p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o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8n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m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8l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k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8j">docs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i">/57162/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g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e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c">14.08.2026).</w:t>
      </w:r>
    </w:p>
    <w:p w14:paraId="71453C2D" w14:textId="3E93AF4F" w:rsidR="007F6534" w:rsidRPr="003850CC" w:rsidRDefault="007F6534" w:rsidP="003850CC" vyd:_id="vyd:0000000000067b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a">Постановление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8">Правительства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6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4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2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80">30.09.2025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y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w">1509.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7u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t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7r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q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7p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o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7n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m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7l">docs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k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7j">all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i">/161065/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g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e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7c">16.08.2026).</w:t>
      </w:r>
    </w:p>
    <w:p w14:paraId="08227E0A" w14:textId="3CD33493" w:rsidR="007F6534" w:rsidRPr="003850CC" w:rsidRDefault="007F6534" w:rsidP="003850CC" vyd:_id="vyd:0000000000065d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67a">Федеральный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7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78">закон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7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76">от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7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74">8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7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72">марта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7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70">2022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y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w">№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u">46-ФЗ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s">«О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q">внесении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o">изменений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m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k">отдельные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i">законодательные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g">акты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e">Российской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c">Федерации»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a">//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8">Официальное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6">опубликование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4">правовых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2">актов.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61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660">URL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5z">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5y" xml:space="preserve"> 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65x">https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65w">://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65v">publication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65u">.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65t">pravo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65s">.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65r">gov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65q">.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65p">ru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65o">/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65n">Document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65m">/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65l">View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65k">/0001202203080001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5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5i">(дата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5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5g">обращения: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5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65e">19.08.2026).</w:t>
      </w:r>
    </w:p>
    <w:p w14:paraId="2E4A0A7E" w14:textId="1FDE2782" w:rsidR="007F6534" w:rsidRPr="003850CC" w:rsidRDefault="007F6534" w:rsidP="003850CC" vyd:_id="vyd:00000000000646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5c">Государственная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5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5a">программа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5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58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5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56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5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54">«Развитие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5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52">туризма»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5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50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y">Правительство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w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u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s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4q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p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4n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m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4l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k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4j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i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4h">docs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g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4f">all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e">/138661/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c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a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8">18.08.2026)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7">.</w:t>
      </w:r>
    </w:p>
    <w:p w14:paraId="69815AD7" w14:textId="438F7F64" w:rsidR="007F6534" w:rsidRPr="003850CC" w:rsidRDefault="007F6534" w:rsidP="003850CC" vyd:_id="vyd:00000000000625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5">Концепция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3">развития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1">автомобильного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4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z">туризма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x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v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t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r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p">период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n">до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l">2035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j">года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h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f">утв.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d">распоряжением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b">Правительства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9">РФ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637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6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4">25.04.2024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2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30">1025-р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y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w">Правительство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u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s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q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p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2o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n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2l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k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2j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i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2h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g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2f">docs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e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2d">all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c">/153130/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a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8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6">18.08.2026).</w:t>
      </w:r>
    </w:p>
    <w:p w14:paraId="2286C67F" w14:textId="53B4362F" w:rsidR="007F6534" w:rsidRPr="003850CC" w:rsidRDefault="007F6534" w:rsidP="003850CC" vyd:_id="vyd:0000000000060a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4">Указ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2">Президента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20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y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w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u">04.03.2026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s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q">136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61o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n">«О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l">внесении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j">изменений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h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f">некоторые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d">акты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b">Президента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9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7">Федерации»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5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3">Официальное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1">опубликование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1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z">правовых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x">актов.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0v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u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0s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r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0q">publication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p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0o">pravo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n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0m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l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0k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j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60i">document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h">/0001202603040016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f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d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60b">17.08.2026).</w:t>
      </w:r>
    </w:p>
    <w:p w14:paraId="2779A831" w14:textId="77777777" w:rsidR="007F6534" w:rsidRPr="003850CC" w:rsidRDefault="007F6534" w:rsidP="003850CC" vyd:_id="vyd:00000000000609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</w:p>
    <w:p w14:paraId="0136202B" w14:textId="1E8C4E34" w:rsidR="007F6534" w:rsidRPr="003850CC" w:rsidRDefault="007F6534" w:rsidP="00A66862" vyd:_id="vyd:000000000005zz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08">Статистические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07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06">сборники,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05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04">доклады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03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02">и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01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600">отчёты</w:t>
      </w:r>
    </w:p>
    <w:p w14:paraId="147CC639" w14:textId="77777777" w:rsidR="007F6534" w:rsidRPr="003850CC" w:rsidRDefault="007F6534" w:rsidP="003850CC" vyd:_id="vyd:000000000005zy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11CD3FD1" w14:textId="0F8FEB7D" w:rsidR="007F6534" w:rsidRPr="003850CC" w:rsidRDefault="007F6534" w:rsidP="003850CC" vyd:_id="vyd:000000000005yt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x">Концерн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v">«Росэнергоатом».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t">Годовой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r">отчёт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p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n">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l">год.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j">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h">38.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zf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e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d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zc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b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za">report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9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z8">rosatom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7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z6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5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z4">go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3">/2024/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z2">rea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z1">_2024.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z0">pdf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y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w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u">17.08.2026).</w:t>
      </w:r>
    </w:p>
    <w:p w14:paraId="0A16025E" w14:textId="78E6D76B" w:rsidR="007F6534" w:rsidRPr="003850CC" w:rsidRDefault="007F6534" w:rsidP="003850CC" vyd:_id="vyd:000000000005wo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s">ФГУП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q">«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p">Атомфлот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o">».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m">Отчёт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k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i">экологической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g">безопасности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e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c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a">год.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8">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6">8–11.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5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y4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3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y1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y0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xz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y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xx">report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w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xv">rosatom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u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xt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s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xr">go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q">/2025/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xp">eco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o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xn">arkticheskiy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m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k">%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xj">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i">0%90%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xh">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g">1%82%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xf">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e">0%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xd">BE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c">%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xb">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a">0%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x9">BC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8">%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x7">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6">1%84%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x5">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4">0%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x3">BB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2">%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x1">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x0">0%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wz">BE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y">%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wx">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w">1%82.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wv">pdf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t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r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p">17.08.2026).</w:t>
      </w:r>
    </w:p>
    <w:p w14:paraId="17C363DD" w14:textId="067EAA7A" w:rsidR="007F6534" w:rsidRPr="003850CC" w:rsidRDefault="007F6534" w:rsidP="003850CC" vyd:_id="vyd:000000000005v6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n">СБП: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l">основные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j">показатели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h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f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d">год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b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9">Банк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7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5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3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1">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w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z">февраля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x">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v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vt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s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vq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p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vo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n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vm">cbr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l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vk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j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vi">analytics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h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vg">nps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f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ve">sbp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d">/4_2025/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b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9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7">17.08.2026).</w:t>
      </w:r>
    </w:p>
    <w:p w14:paraId="3DDACBDF" w14:textId="20ABA845" w:rsidR="007F6534" w:rsidRPr="003850CC" w:rsidRDefault="007F6534" w:rsidP="003850CC" vyd:_id="vyd:000000000005u1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5">Фонд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3">«НИР»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1">опубликовал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v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uz">финансовую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u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ux">отчётность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u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uv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u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ut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u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ur">год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u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up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u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un">Иннопрактика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um">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ul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k">15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j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i">июня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h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g">2026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f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e">г.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d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c">URL: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a">https://innopraktika.ru/news/3314/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8">(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7">дата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5">обращения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4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u2">17.08.2026).</w:t>
      </w:r>
    </w:p>
    <w:p w14:paraId="0DCBFD26" w14:textId="434BCF5A" w:rsidR="007F6534" w:rsidRPr="003850CC" w:rsidRDefault="007F6534" w:rsidP="003850CC" vyd:_id="vyd:000000000005sr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5u0">WTO-IMF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z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y">Vaccine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x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w">Trade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u">Tracker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s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q">World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p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o">Trade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n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m">Organization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l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k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j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i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h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g">website.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f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e">Data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d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c">as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a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8">31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7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6">May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5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4">2022.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2">URL: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1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t0">https://www.wto.org/english/tratop_e/covid19_e/vaccine_trade_tracker_12_11_2021.html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sz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sy">(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sx">дата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s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sv">обращения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su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s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ss">18.08.2026).</w:t>
      </w:r>
    </w:p>
    <w:p w14:paraId="65BB4F67" w14:textId="77777777" w:rsidR="007F6534" w:rsidRPr="003850CC" w:rsidRDefault="007F6534" w:rsidP="003850CC" vyd:_id="vyd:000000000005sq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b w:val="1"/>
          <w:szCs w:val="28"/>
        </w:rPr>
      </w:pPr>
    </w:p>
    <w:p w14:paraId="5DE20FE3" w14:textId="1B1CE676" w:rsidR="007F6534" w:rsidRPr="003850CC" w:rsidRDefault="007F6534" w:rsidP="00A66862" vyd:_id="vyd:000000000005sm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sp">Научная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so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sn">литература</w:t>
      </w:r>
    </w:p>
    <w:p w14:paraId="44885FC4" w14:textId="77777777" w:rsidR="007F6534" w:rsidRPr="003850CC" w:rsidRDefault="007F6534" w:rsidP="003850CC" vyd:_id="vyd:000000000005sl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3ECEB60C" w14:textId="42EC0009" w:rsidR="007F6534" w:rsidRPr="003850CC" w:rsidRDefault="007F6534" w:rsidP="003850CC" vyd:_id="vyd:000000000005r7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k">Коваленко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i">А.,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g">Полушкина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e">А.,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c">Федотов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a">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8">Наука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6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4">университетах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3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2">драйвер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s0">развития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y">или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w">привилегия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u">избранных?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s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q">Университетское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o">управление: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m">практика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k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i">анализ.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h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g">2021.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f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e">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c">25,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a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8">4.</w:t>
      </w:r>
    </w:p>
    <w:p w14:paraId="1B2ACE04" w14:textId="54F523C0" w:rsidR="007F6534" w:rsidRPr="003850CC" w:rsidRDefault="007F6534" w:rsidP="003850CC" vyd:_id="vyd:000000000005q5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6">Слонимчик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4">Ф.,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2">Юрко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r0">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y">Оценка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w">влияния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u">политики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s">материнского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q">капитала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o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m">России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k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i">Демографическое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g">обозрение.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f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e">2015.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d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c">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a">2,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8">№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q6">3.</w:t>
      </w:r>
    </w:p>
    <w:p w14:paraId="542E3942" w14:textId="77777777" w:rsidR="007F6534" w:rsidRPr="003850CC" w:rsidRDefault="007F6534" w:rsidP="003850CC" vyd:_id="vyd:000000000005q4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</w:p>
    <w:p w14:paraId="0C576F99" w14:textId="1E9F5574" w:rsidR="007F6534" w:rsidRPr="003850CC" w:rsidRDefault="007F6534" w:rsidP="00A66862" vyd:_id="vyd:000000000005pq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q3">Документы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q2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q1">и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q0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pz">материалы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py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px">международных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pw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pv">организаций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pu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pt">и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ps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pr">объединений</w:t>
      </w:r>
    </w:p>
    <w:p w14:paraId="1160F329" w14:textId="77777777" w:rsidR="007F6534" w:rsidRPr="003850CC" w:rsidRDefault="007F6534" w:rsidP="003850CC" vyd:_id="vyd:000000000005pp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4F5D36AC" w14:textId="6B0A4DD7" w:rsidR="007F6534" w:rsidRPr="003850CC" w:rsidRDefault="007F6534" w:rsidP="003850CC" vyd:_id="vyd:000000000005ol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5po">BN-800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n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m">operation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l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k">on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j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i">a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h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g">full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f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e">MOX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d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c">fuel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a">core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8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7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6">International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5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4">Atomic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2">Energy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1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p0">Agency.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z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y">2026.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x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w">URL: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u">https://conferences.iaea.org/event/436/contributions/38850/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s">(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r">дата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p">обращения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o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n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m">17.08.2026).</w:t>
      </w:r>
    </w:p>
    <w:p w14:paraId="460748F7" w14:textId="44A71326" w:rsidR="007F6534" w:rsidRPr="003850CC" w:rsidRDefault="007F6534" w:rsidP="003850CC" vyd:_id="vyd:000000000005n0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5ok">Floating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j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i">power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h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g">unit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f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e">technologies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d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c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a">International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8">Atomic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7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6">Energy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5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4">Agency.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o2">2025.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o1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o0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z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nx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w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nv">nucleus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u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nt">iaea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s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nr">org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q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np">sites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o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nn">INPRO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m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nl">df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k">24/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nj">presentations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i">/1.2.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nh">Lazarev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g">%20-%20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nf">Floating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e">%20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nd">power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c">%20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nb">unit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a">%20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n9">technologies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8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n7">pdf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5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3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n1">17.08.2026).</w:t>
      </w:r>
    </w:p>
    <w:p w14:paraId="2086F576" w14:textId="1495E821" w:rsidR="007F6534" w:rsidRPr="00A66862" w:rsidRDefault="007F6534" w:rsidP="003850CC" vyd:_id="vyd:000000000005lm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5mz">Global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x">Navigation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v">Satellite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t">Systems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r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p">United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n">Nations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l">Office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j">for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h">Outer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f">Space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d">Affairs: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b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9">website.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7">URL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6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5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4" xml:space="preserve">https://www.unoosa.org/oosa/en/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3">ourwork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2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1">psa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m0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z">gnss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y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x">gnss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w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v">html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t">(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ls">дата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lq">обращения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p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n">17.08.2026).</w:t>
      </w:r>
    </w:p>
    <w:p w14:paraId="74837F83" w14:textId="55F6F914" w:rsidR="007F6534" w:rsidRPr="003850CC" w:rsidRDefault="007F6534" w:rsidP="003850CC" vyd:_id="vyd:000000000005kd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5ll">Component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j">transport: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h">poloidal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f">field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d">coil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b">PF1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9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7">ITER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5">Organization: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3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1">website.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l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z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ky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kx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w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kv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u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kt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s">iter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kr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q">org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kp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o">machine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kn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m">component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kl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k">transport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k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ki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k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kg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k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ke">17.08.2026).</w:t>
      </w:r>
    </w:p>
    <w:p w14:paraId="73BFC803" w14:textId="7EBE4BDA" w:rsidR="007F6534" w:rsidRPr="003850CC" w:rsidRDefault="007F6534" w:rsidP="003850CC" vyd:_id="vyd:000000000005iy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5kc">Plant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a">Assembly: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8">First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7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6">Russian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5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4">gyrotrons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2">installed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1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k0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z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y">ITER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x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w">Organization: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u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s">website.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q">28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p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o">May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m">2026.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l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k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j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h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g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f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e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d">iter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c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b">org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a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9">project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8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7">plant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6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j5">assembly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3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1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j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iz">17.08.2026).</w:t>
      </w:r>
    </w:p>
    <w:p w14:paraId="1F690C02" w14:textId="6570F75C" w:rsidR="007F6534" w:rsidRPr="003850CC" w:rsidRDefault="007F6534" w:rsidP="003850CC" vyd:_id="vyd:000000000005ho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5ix">Russian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v">Agreement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t">with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r">CERN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p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n">CERN: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l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j">website.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ih">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i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f">November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i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id">1993.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i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b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ia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i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8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i7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6">home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i5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4">cern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i3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2">russian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i1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i0">agreement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hz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y">with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hx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w">cern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hv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h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ht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h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hr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h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hp">17.08.2026).</w:t>
      </w:r>
    </w:p>
    <w:p w14:paraId="1BFE7861" w14:textId="39CE665B" w:rsidR="007F6534" w:rsidRPr="003850CC" w:rsidRDefault="007F6534" w:rsidP="003850CC" vyd:_id="vyd:000000000005fq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5hn">CERN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l">Council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j">decides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h">to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f">conclude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d">cooperation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b">with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9">Russia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7">and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5">Belarus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3">in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1">2024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h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z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x">CERN: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v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t">website.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gr">15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g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p">December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g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gn">2023.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g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l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gk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gj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i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gh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g">home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gf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e">cern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gd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c">cern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gb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a">council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g9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8">decides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g7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6">conclude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g5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4">cooperation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g3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2">russia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g1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g0">and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fz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y">belarus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fx">-2024/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f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fv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f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ft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f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fr">17.08.2026).</w:t>
      </w:r>
    </w:p>
    <w:p w14:paraId="0C5CD7F0" w14:textId="3E39740C" w:rsidR="007F6534" w:rsidRPr="003850CC" w:rsidRDefault="007F6534" w:rsidP="003850CC" vyd:_id="vyd:000000000005eo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5fp">Astronomical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n">Observatories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l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j">Kazan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h">Federal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f">University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d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b">UNESCO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9">World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7">Heritage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5">Centre: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3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1">website.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f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z">URL: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x">https://whc.unesco.org/en/list/1678/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v">(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u">дата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s">обращения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r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p">17.08.2026)</w:t>
      </w:r>
    </w:p>
    <w:p w14:paraId="60D4DC97" w14:textId="3D25B2AC" w:rsidR="007F6534" w:rsidRPr="00A66862" w:rsidRDefault="007F6534" w:rsidP="003850CC" vyd:_id="vyd:000000000005dc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5en">Cultural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l">Landscape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j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h">Kenozero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f">Lake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d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b">UNESCO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9">World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7">Heritage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5">Centre: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3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1">website.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e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z">URL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y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x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w">https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v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u">whc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t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s">unesco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r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q">org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p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o">en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n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m">list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l">/1688/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j">(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di">дата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dg">обращения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f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d">17.08.2026)</w:t>
      </w:r>
    </w:p>
    <w:p w14:paraId="611F74DB" w14:textId="6A4440CE" w:rsidR="007F6534" w:rsidRPr="003850CC" w:rsidRDefault="007F6534" w:rsidP="003850CC" vyd:_id="vyd:000000000005cb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5db">Rock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9">Paintings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7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5">Shulgan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4">-Tash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2">Cave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1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d0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z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y">UNESCO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x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w">World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u">Heritage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s">Centre: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q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p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o">website.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n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m">URL: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l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k">https://whc.unesco.org/en/list/1743/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j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i">(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h">дата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f">обращения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e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d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c">17.08.2026).</w:t>
      </w:r>
    </w:p>
    <w:p w14:paraId="0ED2D3E6" w14:textId="79677C85" w:rsidR="007F6534" w:rsidRPr="003850CC" w:rsidRDefault="007F6534" w:rsidP="003850CC" vyd:_id="vyd:000000000005b2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5ca">About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8">the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7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6">BRICS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5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4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2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1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c0">portal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z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y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x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w">the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u">Brazilian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s">BRICS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q">Presidency.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p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o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bn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b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l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bk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j">brics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bi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h">br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bg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f">en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be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d">about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bc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b">the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ba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9">brics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b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b7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b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b5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b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b3">17.08.2026).</w:t>
      </w:r>
    </w:p>
    <w:p w14:paraId="4917C5F7" w14:textId="7FA5A05C" w:rsidR="007F6534" w:rsidRPr="003850CC" w:rsidRDefault="007F6534" w:rsidP="003850CC" vyd:_id="vyd:0000000000058n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5b1">Department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b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z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x">Science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v">and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t">Technology,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r">Government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p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n">India.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l">BRICS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j">STI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h">Framework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f">Programme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e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d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c">7th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a">Coordinated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8">Call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7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6">for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5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4">BRICS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2">Multilateral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1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a0">Projects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9z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9y">2026.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9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w">20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9u">May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s">2026.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9q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p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9n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m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9l">dst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k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9j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i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9h">in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g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9f">callforproposals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e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9d">brics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c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9b">sti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a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99">framework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8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97">programme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6">-7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95">th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4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93">coordinated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2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91">call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90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8z">brics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8y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8x">multilateral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8w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8v">projects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8u">-2026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8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8s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8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8q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8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8o">17.08.2026).</w:t>
      </w:r>
    </w:p>
    <w:p w14:paraId="30128367" w14:textId="36BD3ED9" w:rsidR="007F6534" w:rsidRDefault="007F6534" w:rsidP="003850CC" vyd:_id="vyd:0000000000058m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</w:p>
    <w:p w14:paraId="1520E4AD" w14:textId="29F16C28" w:rsidR="00A66862" w:rsidRDefault="00A66862" w:rsidP="003850CC" vyd:_id="vyd:0000000000058l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</w:p>
    <w:p w14:paraId="2DCF13EC" w14:textId="77777777" w:rsidR="00A66862" w:rsidRPr="003850CC" w:rsidRDefault="00A66862" w:rsidP="003850CC" vyd:_id="vyd:0000000000058k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</w:p>
    <w:p w14:paraId="5147C4C2" w14:textId="57BCC5B6" w:rsidR="007F6534" w:rsidRPr="003850CC" w:rsidRDefault="007F6534" w:rsidP="00A66862" vyd:_id="vyd:00000000000580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j">Официальные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i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h">материалы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g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f">органов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e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d">власти,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c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b">научных,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a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9">образовательных,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8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7">культурных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6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5">и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4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3">иных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2" xml:space="preserve"> </w:t>
      </w:r>
      <w:r>
        <w:rPr>
          <w:rFonts w:ascii="Times New Roman" w:hAnsi="Times New Roman" w:eastAsia="Times New Roman" w:cs="Times New Roman"/>
          <w:sz w:val="28"/>
          <w:b w:val="1"/>
          <w:lang w:val="ru-RU"/>
          <w:szCs w:val="28"/>
        </w:rPr>
        <w:t vyd:_id="vyd:00000000000581">организаций</w:t>
      </w:r>
    </w:p>
    <w:p w14:paraId="4954251C" w14:textId="77777777" w:rsidR="007F6534" w:rsidRPr="003850CC" w:rsidRDefault="007F6534" w:rsidP="003850CC" vyd:_id="vyd:0000000000057z">
      <w:pPr>
        <w:spacing w:after="0" w:line="360" w:lineRule="auto"/>
        <w:ind w:firstLine="709"/>
        <w:rPr>
          <w:rFonts w:ascii="Times New Roman" w:hAnsi="Times New Roman" w:cs="Times New Roman"/>
          <w:sz w:val="28"/>
          <w:lang w:val="ru-RU"/>
          <w:szCs w:val="28"/>
        </w:rPr>
      </w:pPr>
    </w:p>
    <w:p w14:paraId="3C208CD2" w14:textId="7972276D" w:rsidR="007F6534" w:rsidRPr="003850CC" w:rsidRDefault="007F6534" w:rsidP="003850CC" vyd:_id="vyd:0000000000055c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y">Ковальчук: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w">РФ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u">почти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s">не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q">имеет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o">конкурентов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m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k">развитии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i">науки,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g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e">которой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c">зависит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a">суверенитет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8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6">Первый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4">канал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2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70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y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w">7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u">мая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s">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q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p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6o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n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6l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k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6j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i">.1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6h">tv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g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6f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e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6d">publikacii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c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6b">obzor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a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69">smi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8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67">kovalchuk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6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65">rf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4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63">pochti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2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61">ne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60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5z">imeet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y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5x">konkurentov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w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5v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u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5t">razvitii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s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5r">nauki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q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5p">ot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o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5n">kotoroy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m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5l">zavisit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k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5j">suverenitet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h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f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d">16.08.2026).</w:t>
      </w:r>
    </w:p>
    <w:p w14:paraId="47C73279" w14:textId="7C3C12F5" w:rsidR="007F6534" w:rsidRPr="003850CC" w:rsidRDefault="007F6534" w:rsidP="003850CC" vyd:_id="vyd:00000000000549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b">Фурсенко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9">Андрей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7">Александрович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5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3">Президент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1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5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z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x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4v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u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4s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r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4q">special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p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4o">kremlin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n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4m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l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4k">catalog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j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4i">persons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h">/71/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4g">biography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e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c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a">16.08.2026).</w:t>
      </w:r>
    </w:p>
    <w:p w14:paraId="3FE83229" w14:textId="27B0331F" w:rsidR="007F6534" w:rsidRPr="003850CC" w:rsidRDefault="007F6534" w:rsidP="003850CC" vyd:_id="vyd:0000000000052t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8">Стартовал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6">приём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4">заявок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2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40">создание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y">новых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w">молодёжных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u">лабораторий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s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q">Правительство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o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m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k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i">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g">сентября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e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c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3a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9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37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6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35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4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33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2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31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30">/56129/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y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w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u">16.08.2026).</w:t>
      </w:r>
    </w:p>
    <w:p w14:paraId="49D91F71" w14:textId="2DA5F851" w:rsidR="007F6534" w:rsidRPr="003850CC" w:rsidRDefault="007F6534" w:rsidP="003850CC" vyd:_id="vyd:00000000000519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s">Дмитрий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q">Чернышенко: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o">передовым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m">инженерным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k">школам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i">второй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g">волны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e">распределили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c">государственное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a">финансирование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8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6">Правительство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4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2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20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y">27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w">марта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u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s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1q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p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1n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m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1l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k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1j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i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51h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g">/54610/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e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c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a">16.08.2026).</w:t>
      </w:r>
    </w:p>
    <w:p w14:paraId="29981602" w14:textId="3B0A34A9" w:rsidR="007F6534" w:rsidRPr="003850CC" w:rsidRDefault="007F6534" w:rsidP="003850CC" vyd:_id="vyd:000000000004yv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8">Количество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6">индустриальных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4">партнёров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2">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10">студенческих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y">конструкторских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w">бюро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u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s">год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q">увеличилось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o">вдвое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m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k">Наука.рф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i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g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e">сайт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c">Десятилетия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a">науки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8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6">технологий.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4">14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2">августа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500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y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x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zw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v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zt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s">://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r">наука.рф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q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zp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o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zn">kolichestvo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m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zl">industrialnykh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k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zj">partnerov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i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zh">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g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zf">studencheskikh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e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zd">konstruktorskikh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c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zb">byuro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a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z9">za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8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z7">god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6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z5">uvelichilos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4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z3">vdvo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2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z0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y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w">16.08.2026).</w:t>
      </w:r>
    </w:p>
    <w:p w14:paraId="4A910A0A" w14:textId="5333FCEA" w:rsidR="007F6534" w:rsidRPr="003850CC" w:rsidRDefault="007F6534" w:rsidP="003850CC" vyd:_id="vyd:000000000004x3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u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s">площадке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q">ПМЭФ-2026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o">открылась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m">выставка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k">«Наука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i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g">лицах»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e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c">Минобрнауки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a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8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6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4">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2">июня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y0">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y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x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xw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v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xt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s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xr">minobrnauki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q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xp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o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xn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m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xl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k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xj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i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xh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g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xf">nauka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e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xd">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c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xb">obrazovanie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a">/100741/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8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6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4">18.08.2026).</w:t>
      </w:r>
    </w:p>
    <w:p w14:paraId="393B0E21" w14:textId="2DF8F408" w:rsidR="007F6534" w:rsidRPr="003850CC" w:rsidRDefault="007F6534" w:rsidP="003850CC" vyd:_id="vyd:000000000004va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2">Вручение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x0">премий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y">Президента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w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u">области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s">науки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q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o">инноваций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m">для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k">молодых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i">учёных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g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e">Президент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c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a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8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6">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4">февраля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2">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w0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4vy"/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vx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w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vu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t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vs">special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r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vq">kremlin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p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vo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n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vm">events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l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vk">president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j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vi">transcripts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h">/79105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f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d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b">18.08.2026).</w:t>
      </w:r>
    </w:p>
    <w:p w14:paraId="2999E26E" w14:textId="4FC404CC" w:rsidR="007F6534" w:rsidRPr="003850CC" w:rsidRDefault="007F6534" w:rsidP="003850CC" vyd:_id="vyd:000000000004tu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9">Арсений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7">Евгеньевич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5">Южалин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3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1">Университет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v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z">«Сириус»: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x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v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ut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s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uq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p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uo">siriusuniversity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n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um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l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uk">university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j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ui">in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h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ug">faces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f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ue">sotrudniki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d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uc">napravleniya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b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ua">gennaya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9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u8">terapiya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7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u6">arseniy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5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u4">evgenevich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3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u2">yuzhalin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1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u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z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x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v">18.08.2026).</w:t>
      </w:r>
    </w:p>
    <w:p w14:paraId="0F9052A8" w14:textId="42B69C4A" w:rsidR="007F6534" w:rsidRPr="003850CC" w:rsidRDefault="007F6534" w:rsidP="003850CC" vyd:_id="vyd:000000000004rq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t">Таргетирование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r">адаптивного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p">иммунного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n">ответа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l">для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j">терапии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h">опухолей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f">центральной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d">нервной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b">системы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9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7">Университет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5">«Сириус»: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3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1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t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z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y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x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w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v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u">siriusuniversity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t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s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r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q">research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p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o">nauchnii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n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m">tsentr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l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k">translyatsionnoi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j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i">meditsini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h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g">targetirovanie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f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e">adaptivnogo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d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c">immunnogo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b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a">otveta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9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8">dlya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7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6">terapii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5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4">opukholey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3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2">tsentralnoy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s1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s0">nervnoy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z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ry">sistemy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x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v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t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r">18.08.2026).</w:t>
      </w:r>
    </w:p>
    <w:p w14:paraId="2EBFAF74" w14:textId="7296A45D" w:rsidR="007F6534" w:rsidRPr="003850CC" w:rsidRDefault="007F6534" w:rsidP="003850CC" vyd:_id="vyd:000000000004q7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p">Курчатовский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n">институт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l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rj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h">Конгрессе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f">молодых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d">ученых.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b">День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9">первый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7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5">НИЦ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3">«Курчатовский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1">институт»: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r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z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x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v">26.11.2025.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qt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s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qq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p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qo">nrcki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n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qm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l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qk">product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j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qi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h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qg">nrcki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f">/-52424.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qe">shtml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c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a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8">18.08.2026)</w:t>
      </w:r>
    </w:p>
    <w:p w14:paraId="0ABAC65E" w14:textId="182C69B1" w:rsidR="007F6534" w:rsidRPr="003850CC" w:rsidRDefault="007F6534" w:rsidP="003850CC" vyd:_id="vyd:000000000004or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6">КМУ-2024.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4">День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2">первый: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q0">материаловедение,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y">биоэкономика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x">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v">квантовая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t">сеть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r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p">НИЦ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n">«Курчатовский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l">институт»: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j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h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f">28.11.2024.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pd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c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pa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9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p8">nrcki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7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p6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5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p4">product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3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p2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p1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p0">nrcki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z">/-50455.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oy">shtml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w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u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s">18.08.2026).</w:t>
      </w:r>
    </w:p>
    <w:p w14:paraId="3A58B3BB" w14:textId="7ADF5FF9" w:rsidR="007F6534" w:rsidRPr="003850CC" w:rsidRDefault="007F6534" w:rsidP="003850CC" vyd:_id="vyd:000000000004n8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q">Материалы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o">мероприятия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m">«Просветительский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k">марафон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i">“Новые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g">горизонты”.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e">Наука»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c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a">Российское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8">общество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6">«Знание»: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4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2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o1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o0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z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nx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w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nv">znanierussia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u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nt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s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nr">events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q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np">prosvetitelskij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o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nn">marafon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m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nl">novye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k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nj">gorizonty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i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nh">nauka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g">-406/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nf">materials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d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b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9">16.08.2026).</w:t>
      </w:r>
    </w:p>
    <w:p w14:paraId="77F3CD85" w14:textId="38FF46F6" w:rsidR="007F6534" w:rsidRPr="003850CC" w:rsidRDefault="007F6534" w:rsidP="003850CC" vyd:_id="vyd:000000000004m4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7">Телепрограмма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5">«Наука»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3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1">Иннопрактика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n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z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x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v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mt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s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mq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p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mo">innopraktika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n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mm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l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mk">napravleniya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j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mi">deyatelnosti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h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mg">proekty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f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me">razvitiya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d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mc">nauka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b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9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7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5">16.08.2026).</w:t>
      </w:r>
    </w:p>
    <w:p w14:paraId="5F20572F" w14:textId="6671C7E5" w:rsidR="007F6534" w:rsidRPr="003850CC" w:rsidRDefault="007F6534" w:rsidP="003850CC" vyd:_id="vyd:000000000004ja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3">Московский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1">инновационный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m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z">кластер,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x">«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w">Иннопрактика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v">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t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r">РГГУ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p">запускают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n">проект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l">«Искатели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j">науки»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h">для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f">развития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d">научно-технологического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b">сообщества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9">столицы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7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5">РГГУ: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3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1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l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z">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x">ноября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v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t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kr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q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p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ko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n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km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l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kk">rsuh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j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ki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h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kg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f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ke">indexpage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d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kc">moskovskiy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b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ka">innovatsionnyy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9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k8">klaster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7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k6">innopraktika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5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k4">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3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k2">rggu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k1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k0">zapuskayut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z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jy">proekt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x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jw">iskateli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v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ju">nauki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t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js">dlya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r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jq">razvitiya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p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jo">nauchnogo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n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jm">tekhnologicheskogo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l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jk">soobshchestva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j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ji">stolitsy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h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f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d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b">16.08.2026).</w:t>
      </w:r>
    </w:p>
    <w:p w14:paraId="76BD8741" w14:textId="761BA9FB" w:rsidR="007F6534" w:rsidRPr="003850CC" w:rsidRDefault="007F6534" w:rsidP="003850CC" vyd:_id="vyd:000000000004h8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9">Росатом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7">принял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5">участие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3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1">научно-практической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j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z">конференции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x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v">Узбекистане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t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r">Государственная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p">корпорация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n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l">атомной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j">энергии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h">«Росатом»: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f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d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ib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a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i8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7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i6">rosatom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5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i4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3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i2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i1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i0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z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hy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x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hw">rosatom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v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hu">prinyal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t">_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hr">uchastie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q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hp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o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hn">nauchno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m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hl">prakticheskoy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k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hj">konferentsii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i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hh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g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hf">uzbekistane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d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b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9">17.08.2026).</w:t>
      </w:r>
    </w:p>
    <w:p w14:paraId="5FFAB901" w14:textId="1E5506F5" w:rsidR="007F6534" w:rsidRPr="003850CC" w:rsidRDefault="007F6534" w:rsidP="003850CC" vyd:_id="vyd:000000000004eu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7">Росатом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5">обеспечит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3">потребности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1">медицинских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h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z">учреждений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x">Беларуси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v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t">генераторах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r">технеция-99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gq">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o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m">Государственная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k">корпорация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i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g">атомной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e">энергии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c">«Росатом»: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a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8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6">28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4">июня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2">2023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g0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z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fy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x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fv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u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ft">rosatom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s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fr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q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fp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o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fn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m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fl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k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fj">rosatom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i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fh">obespechit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g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ff">potrebnosti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e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fd">meditsinskikh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c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fb">uchrezhdeniy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a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f9">belarusi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8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f7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6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f5">generatorakh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4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f3">tekhnetsiya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2">-99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f1">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f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z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x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v">17.08.2026).</w:t>
      </w:r>
    </w:p>
    <w:p w14:paraId="309846E3" w14:textId="3EF8B9C0" w:rsidR="007F6534" w:rsidRPr="003850CC" w:rsidRDefault="007F6534" w:rsidP="003850CC" vyd:_id="vyd:000000000004bu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t">Первые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r">пациенты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p">Димитровграда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n">успешно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l">прошли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j">терапию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h">созданным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f">специалистами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d">«Росатома»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b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9">ФМБА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7">радиофармпрепаратом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5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3">основе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1">актиния-225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e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z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x">Государственная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v">корпорация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t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r">атомной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p">энергии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n">«Росатом»: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l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j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h">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f">сентября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d">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b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d9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8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7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d6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5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d4">rosatom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3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d2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d1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d0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z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cy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x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cw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v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cu">pervye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t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cs">patsienty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r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cq">dimitrovgrada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p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co">uspeshno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n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cm">proshli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l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ck">terapiyu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j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ci">sozdannym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h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cg">spetsialistami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f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ce">rosatoma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d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cc">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b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ca">fmba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9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c8">radiofarmpreparatom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7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c6">na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5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c4">osnove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3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c2">aktiniya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1">_225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c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z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x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v">17.08.2026).</w:t>
      </w:r>
    </w:p>
    <w:p w14:paraId="5CE43F0A" w14:textId="66FABEEF" w:rsidR="007F6534" w:rsidRPr="003850CC" w:rsidRDefault="007F6534" w:rsidP="003850CC" vyd:_id="vyd:000000000004aa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t">Дмитрий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r">Григоренко: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p">Ведомства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n">подвели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l">итоги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j">цифровой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h">трансформации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f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d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b">год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9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7">Правительство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5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3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1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b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z">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x">февраля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v">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t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ar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q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p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ao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n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am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l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ak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j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ai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h">/57791/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f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d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b">17.08.2026).</w:t>
      </w:r>
    </w:p>
    <w:p w14:paraId="3B5354E6" w14:textId="3C7BBBE7" w:rsidR="007F6534" w:rsidRPr="003850CC" w:rsidRDefault="007F6534" w:rsidP="003850CC" vyd:_id="vyd:0000000000049a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9">Национальная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7">платёжная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5">система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3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1">Банк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a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z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x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v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9t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s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9q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p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9o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n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9m">cbr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l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9k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j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9i">Psystem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h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f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d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b">17.08.2026).</w:t>
      </w:r>
    </w:p>
    <w:p w14:paraId="06ECD579" w14:textId="71E46807" w:rsidR="007F6534" w:rsidRPr="003850CC" w:rsidRDefault="007F6534" w:rsidP="003850CC" vyd:_id="vyd:0000000000047o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9">Оплату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7">через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5">СБП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3">принимают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1">уже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9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z">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x">млн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v">компаний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t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r">Банк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p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n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l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j">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h">февраля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f">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d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8b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a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88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7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86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5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84">cbr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3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82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81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80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z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7y">event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x">/?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7w">id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v">=28285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t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r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p">17.08.2026).</w:t>
      </w:r>
    </w:p>
    <w:p w14:paraId="46C6353C" w14:textId="0C6A6231" w:rsidR="007F6534" w:rsidRPr="003850CC" w:rsidRDefault="007F6534" w:rsidP="003850CC" vyd:_id="vyd:00000000000464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47n">Yandex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7l">B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k">2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7j">B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7h">Tech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f">объявляет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d">финансовые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b">результаты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9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7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5">год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3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1">Яндекс: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7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z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x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v">12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t">марта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r">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p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6n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m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l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6k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j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6i">yandex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h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6g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f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6e">company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d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6c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b">/12-03-2026-01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9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7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5">17.08.2026).</w:t>
      </w:r>
    </w:p>
    <w:p w14:paraId="3CF51411" w14:textId="75385038" w:rsidR="007F6534" w:rsidRPr="003850CC" w:rsidRDefault="007F6534" w:rsidP="003850CC" vyd:_id="vyd:00000000000457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3">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1">компании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6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z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5x">VK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5v">Tech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u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s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q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p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5o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n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5l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k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5j">vk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i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5h">tech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g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5f">about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e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c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a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8">17.08.2026).</w:t>
      </w:r>
    </w:p>
    <w:p w14:paraId="210F9EC7" w14:textId="6845B05D" w:rsidR="007F6534" w:rsidRPr="003850CC" w:rsidRDefault="007F6534" w:rsidP="003850CC" vyd:_id="vyd:00000000000432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6">«Лаборатория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4">Касперского»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2">представила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50">новый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y">рекорд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w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u">размеру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s">глобальной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q">выручки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o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m">«Лаборатория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k">Касперского»: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i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g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e">30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c">марта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a">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8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7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46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5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43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2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41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40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3z">kaspersky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y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3x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w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3v">about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u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3t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s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3r">releases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q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3p">laboratoriya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o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3n">kasperskogo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m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3l">predstavila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k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3j">novyj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i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3h">rekord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g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3f">po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e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3d">razmeru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c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3b">globalnoj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a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39">vyruchki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7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5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3">17.08.2026).</w:t>
      </w:r>
    </w:p>
    <w:p w14:paraId="6F4B0085" w14:textId="548BD353" w:rsidR="007F6534" w:rsidRPr="003850CC" w:rsidRDefault="007F6534" w:rsidP="003850CC" vyd:_id="vyd:0000000000041k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1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3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2z">Yandex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2x">AI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2v">Studio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t">стали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r">доступны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p">более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n">30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l">нейросетей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j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h">Яндекс: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f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d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b">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9">марта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7">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5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23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2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21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20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z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1y">yandex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x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1w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v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1u">company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t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1s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r">/03-03-2026-01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p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n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l">17.08.2026).</w:t>
      </w:r>
    </w:p>
    <w:p w14:paraId="2B5FF26B" w14:textId="1336F471" w:rsidR="007F6534" w:rsidRPr="003850CC" w:rsidRDefault="007F6534" w:rsidP="003850CC" vyd:_id="vyd:000000000003z6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j">Аудитория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1h">GigaChat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f">превысила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d">20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b">миллионов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9">человек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7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5">месяц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3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1">СберБанк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10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y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w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u">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s">февраля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q">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o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n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0m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l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0j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i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0h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g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0f">sberbank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e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0d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c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0b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a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09">sberpress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8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07">all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6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05">article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4">?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03">blockID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2">=1303&amp;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401">lang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400">=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zz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zy">&amp;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zx">newsID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zw">=106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zv">c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zu">6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zt">b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zs">8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zr">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zq">-0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zp">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zo">92-4233-8864-1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zn">b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zm">4606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zl">aa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zk">8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zj">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zi">90&amp;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zh">regionID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zg">=77&amp;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zf">type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ze">=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zd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z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zb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z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z9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z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z7">17.08.2026).</w:t>
      </w:r>
    </w:p>
    <w:p w14:paraId="1AE3AF57" w14:textId="3E4C4BFF" w:rsidR="007F6534" w:rsidRPr="00E44958" w:rsidRDefault="007F6534" w:rsidP="003850CC" vyd:_id="vyd:000000000003xx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3z5">ICPC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z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z3">History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z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z1">and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z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z">World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x">Champions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v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t">International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r">Collegiate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p">Programming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n">Contest: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l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j">website.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h">URL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g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f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e">https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d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c">icpc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b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a">global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9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8">community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7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6">history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5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4">(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y3">дата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y1">обращения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y0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xz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xy">17.08.2026).</w:t>
      </w:r>
    </w:p>
    <w:p w14:paraId="2BCA667C" w14:textId="0AA6FAEB" w:rsidR="007F6534" w:rsidRPr="003850CC" w:rsidRDefault="007F6534" w:rsidP="003850CC" vyd:_id="vyd:000000000003x7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3xw">World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xu">Finals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s">2018.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xq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p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xn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m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xl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k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xj">icpc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i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xh">global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g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xf">wf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e">2018/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c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a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8">17.08.2026).</w:t>
      </w:r>
    </w:p>
    <w:p w14:paraId="0ECA80A3" w14:textId="5A916FA8" w:rsidR="007F6534" w:rsidRPr="003850CC" w:rsidRDefault="007F6534" w:rsidP="003850CC" vyd:_id="vyd:000000000003wj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3x6">Results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4">2019.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x2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1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x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z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wy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x">icpc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ww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v">global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wu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t">community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ws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r">results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wq">-2019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w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wo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w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wm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w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wk">17.08.2026).</w:t>
      </w:r>
    </w:p>
    <w:p w14:paraId="09B59BAD" w14:textId="07D9C939" w:rsidR="007F6534" w:rsidRPr="003850CC" w:rsidRDefault="007F6534" w:rsidP="003850CC" vyd:_id="vyd:000000000003vn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3wi">Results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h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g">for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f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e">ICPC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d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c">World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a">Finals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8">Moscow.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7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6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w5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w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3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w2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w1">icpc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w0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vz">global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y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vx">community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w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vv">results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u">-2020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s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q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o">17.08.2026).</w:t>
      </w:r>
    </w:p>
    <w:p w14:paraId="1721E0A4" w14:textId="100C5147" w:rsidR="007F6534" w:rsidRPr="003850CC" w:rsidRDefault="007F6534" w:rsidP="003850CC" vyd:_id="vyd:000000000003ud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m">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k">ГЛОНАСС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i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g">Информационно-аналитический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e">центр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c">координатно-временного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a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8">навигационного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6">обеспечения: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4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2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v1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v0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z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ux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w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uv">glonass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u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ut">iac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s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ur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q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up">en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o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un">about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m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ul">glonass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k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i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g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e">17.08.2026).</w:t>
      </w:r>
    </w:p>
    <w:p w14:paraId="09B3AE2D" w14:textId="4396C9E3" w:rsidR="007F6534" w:rsidRPr="003850CC" w:rsidRDefault="007F6534" w:rsidP="003850CC" vyd:_id="vyd:000000000003sb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c">«Спектр-Р»: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a">итоги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8">успешного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6">эксперимента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4">фундаментальной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2">науки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u0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y">НПО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w">имени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u">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s">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q">Лавочкина: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o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m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k">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i">июня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g">2019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e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d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tc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b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t9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8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t7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6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t5">laspace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4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t3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2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t1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t0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sz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y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sx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w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sv">spektr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u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st">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s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sr">itogi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q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sp">uspeshnogo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o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sn">eksperimenta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m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sl">fundamentalnoy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k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sj">nauki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i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g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e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c">17.08.2026).</w:t>
      </w:r>
    </w:p>
    <w:p w14:paraId="4D2DA979" w14:textId="0ACBF30B" w:rsidR="007F6534" w:rsidRPr="003850CC" w:rsidRDefault="007F6534" w:rsidP="003850CC" vyd:_id="vyd:000000000003qt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a">«Спектр-РГ»: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8">три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6">года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4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2">орбите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s0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y">Государственная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w">корпорация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u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s">космической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q">деятельности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o">«Роскосмос»: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m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k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i">13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g">июля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e">2022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c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ra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9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r7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6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r5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4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r3">roscosmos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2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r1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r0">/37926/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y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w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u">17.08.2026).</w:t>
      </w:r>
    </w:p>
    <w:p w14:paraId="6BCB587A" w14:textId="4D379DD9" w:rsidR="007F6534" w:rsidRPr="003850CC" w:rsidRDefault="007F6534" w:rsidP="003850CC" vyd:_id="vyd:000000000003p7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s">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q">космодрома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o">Восточный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m">впервые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k">стартовала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i">ракета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g">«Ангара-А5»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e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c">Государственная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a">корпорация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8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6">космической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4">деятельности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2">«Роскосмос»: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q0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y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w">11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u">апреля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s">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q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p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po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n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pl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k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pj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i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ph">roscosmos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g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pf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e">/40413/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c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a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8">17.08.2026).</w:t>
      </w:r>
    </w:p>
    <w:p w14:paraId="730E3222" w14:textId="69AF7827" w:rsidR="007F6534" w:rsidRPr="003850CC" w:rsidRDefault="007F6534" w:rsidP="003850CC" vyd:_id="vyd:000000000003oh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6">БЮРО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4">1440: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2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p0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y">Таймлайн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w">проекта.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ou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t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or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q">://1440.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op">space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o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m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k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i">17.08.2026).</w:t>
      </w:r>
    </w:p>
    <w:p w14:paraId="02A63F43" w14:textId="0BA166B5" w:rsidR="007F6534" w:rsidRPr="003850CC" w:rsidRDefault="007F6534" w:rsidP="003850CC" vyd:_id="vyd:000000000003mm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g">Вывод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e">реактора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c">ПИК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a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8">энергетический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6">режим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4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2">НИЦ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o0">«Курчатовский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y">институт»: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w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u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s">8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q">февраля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o">2021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m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l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nk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j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nh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g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nf">nrcki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e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nd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c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nb">product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a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n9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8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n7">nrcki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6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n5">vyvod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4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n3">reaktora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2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n1">pik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n0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mz">na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y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mx">ehnergeticheskij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w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mv">rezhim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u">-43067.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mt">shtml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r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p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n">17.08.2026).</w:t>
      </w:r>
    </w:p>
    <w:p w14:paraId="3ED59906" w14:textId="5FBE1FEF" w:rsidR="007F6534" w:rsidRPr="003850CC" w:rsidRDefault="007F6534" w:rsidP="003850CC" vyd:_id="vyd:000000000003l4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l">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j">пучка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h">до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f">промышленной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d">эксплуатации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b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9">НИЦ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7">«Курчатовский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5">институт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4">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2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m0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y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w">1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u">июля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s">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q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p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lo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n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ll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k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lj">nrcki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i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lh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g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lf">product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e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ld">nrcki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c">/-55092.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lb">shtml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9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7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5">17.08.2026).</w:t>
      </w:r>
    </w:p>
    <w:p w14:paraId="235C510D" w14:textId="49EDEEDE" w:rsidR="007F6534" w:rsidRPr="003850CC" w:rsidRDefault="007F6534" w:rsidP="003850CC" vyd:_id="vyd:000000000003k4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3">Новости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1">проекта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l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z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x">ЦКП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v">«СКИФ»: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t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r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kp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o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n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km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l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kk">srf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j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ki">skif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h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kg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f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ke">index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d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kc">php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b">/Новости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9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7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5">17.08.2026).</w:t>
      </w:r>
    </w:p>
    <w:p w14:paraId="279E3059" w14:textId="18F73B4D" w:rsidR="007F6534" w:rsidRPr="003850CC" w:rsidRDefault="007F6534" w:rsidP="003850CC" vyd:_id="vyd:000000000003hv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3">НТС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1">ОИЯИ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k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z">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x">статусе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jv">NICA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t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r">развитии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p">Учебно-научного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n">центра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l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j">Объединённый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h">институт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f">ядерных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d">исследований: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b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9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3j7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6">29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4">мая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2">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j0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z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iy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x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iv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u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it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s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ir">jinr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q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ip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o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in">posts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m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il">nts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k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ij">oiyai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i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ih">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g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if">statuse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e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id">nica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c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ib">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a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i9">razvitii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8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i7">uchebno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6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i5">nauchnogo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4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i3">tsentra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2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i0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y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w">17.08.2026).</w:t>
      </w:r>
    </w:p>
    <w:p w14:paraId="7AB18AE3" w14:textId="214E8EA6" w:rsidR="007F6534" w:rsidRPr="003850CC" w:rsidRDefault="007F6534" w:rsidP="003850CC" vyd:_id="vyd:000000000003f6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u">Представитель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s">РАСУ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q">приняла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o">участие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m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k">дискуссии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i">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g">развитии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e">надпрофессиональных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c">компетенций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a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8">ПМЭФ-2024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6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4">Государственная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2">корпорация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h0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y">атомной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w">энергии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u">«Росатом»: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s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q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o">10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m">июня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k">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i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h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gg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f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gd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c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gb">rosatom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a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g9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8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g7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6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g5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4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g3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2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g1">predstavitel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g0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fz">rasu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y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fx">prinyala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w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fv">uchastie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u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ft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r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fq">diskussii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p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fo">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n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fm">razvitii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l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fk">nadprofessionalnykh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j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fi">kompetentsiy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h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fg">na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f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fe">pmef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d">_2024/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b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9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7">17.08.2026).</w:t>
      </w:r>
    </w:p>
    <w:p w14:paraId="082A2E63" w14:textId="5DC32F66" w:rsidR="007F6534" w:rsidRPr="003850CC" w:rsidRDefault="007F6534" w:rsidP="003850CC" vyd:_id="vyd:000000000003dc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5">Опубликован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3">рейтинг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1">передовых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f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z">инженерных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x">школ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v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t">итогам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r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p">года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n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l">Минобрнауки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j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h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f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d">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b">марта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9">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7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e5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4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e2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e1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e0">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z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dy">minobrnauki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x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dw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v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du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t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ds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r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dq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p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do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n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dm">novosti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l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dk">ministerstva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j">/99881/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h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f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d">17.08.2026).</w:t>
      </w:r>
    </w:p>
    <w:p w14:paraId="5542529F" w14:textId="23FE45A1" w:rsidR="007F6534" w:rsidRPr="003850CC" w:rsidRDefault="007F6534" w:rsidP="003850CC" vyd:_id="vyd:000000000003bk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b">Стартовал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9">конкурсный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7">отбор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5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3">создание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1">передовых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d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z">инженерных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x">школ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v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t">Минобрнауки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r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p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n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l">18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j">июня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h">2022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f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cd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c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ca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9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c8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7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c6">minobrnauki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5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c4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3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c2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c1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c0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z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by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x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bw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v">/?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bu">ELEMENT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t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bs">ID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r">=52900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p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n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l">18.08.2026).</w:t>
      </w:r>
    </w:p>
    <w:p w14:paraId="6C68829D" w14:textId="6CC208B4" w:rsidR="007F6534" w:rsidRPr="003850CC" w:rsidRDefault="007F6534" w:rsidP="003850CC" vyd:_id="vyd:000000000003ak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j">Межвузовский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h">консорциум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f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d">взаимодействию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b">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9">ЦКП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7">«СКИФ»: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5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3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b1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b0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z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ay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x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aw">skif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v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au">unity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t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as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r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p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n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l">17.08.2026).</w:t>
      </w:r>
    </w:p>
    <w:p w14:paraId="0067AD9C" w14:textId="6E8D4011" w:rsidR="007F6534" w:rsidRPr="003850CC" w:rsidRDefault="007F6534" w:rsidP="003850CC" vyd:_id="vyd:0000000000039w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j">Иннопрактика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h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f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d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ab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a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a8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7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a6">innopraktika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5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a4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3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1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a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z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x">17.08.2026).</w:t>
      </w:r>
    </w:p>
    <w:p w14:paraId="247BF4CB" w14:textId="6AD4CBB6" w:rsidR="007F6534" w:rsidRPr="003850CC" w:rsidRDefault="007F6534" w:rsidP="003850CC" vyd:_id="vyd:0000000000037y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v">Валерий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t">Фальков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r">доложил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p">Президенту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n">об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l">итогах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j">приёмной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h">кампании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f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d">вузах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b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9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7">науки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5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3">высшего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1">образования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9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z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x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v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t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r">16.10.2024.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8p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o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n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8m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l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8k">minobrnauki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j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8i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h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8g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f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8e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d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8c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b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8a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9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88">novosti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7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86">ministerstva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5">/90280/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3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1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8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z">14.08.2026)</w:t>
      </w:r>
    </w:p>
    <w:p w14:paraId="426ACF49" w14:textId="0097FBBC" w:rsidR="007F6534" w:rsidRPr="003850CC" w:rsidRDefault="007F6534" w:rsidP="003850CC" vyd:_id="vyd:00000000000360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x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v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t">году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r">доступность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p">высшего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n">образования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l">сохранится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j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h">высоком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f">уровне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d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b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9">науки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7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5">высшего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3">образования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1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7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z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x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v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t">25.10.2024.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6r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q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p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6o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n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6m">minobrnauki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l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6k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j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6i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h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6g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f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6e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d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6c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b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6a">novosti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9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68">ministerstva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7">/90681/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5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3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61">14.08.2026).</w:t>
      </w:r>
    </w:p>
    <w:p w14:paraId="169F0CF2" w14:textId="61A0FD16" w:rsidR="007F6534" w:rsidRPr="003850CC" w:rsidRDefault="007F6534" w:rsidP="003850CC" vyd:_id="vyd:0000000000034s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z">Встреча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x">Михаила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v">Мишустина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t">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r">депутатами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p">фракции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n">КПРФ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l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j">Правительство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h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f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d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b">03.04.2024.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59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8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7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56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5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54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3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52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51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50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z">/51246/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x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v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t">14.08.2026).</w:t>
      </w:r>
    </w:p>
    <w:p w14:paraId="6EC06931" w14:textId="781A321F" w:rsidR="007F6534" w:rsidRPr="003850CC" w:rsidRDefault="007F6534" w:rsidP="003850CC" vyd:_id="vyd:00000000000339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r">Региональные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p">центры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n">выявления,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l">поддержки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j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h">развития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f">способностей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d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b">талантов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9">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7">детей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5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3">молодёжи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1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4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z">Образовательный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x">центр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v">«Сириус»: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t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r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3p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o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n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3m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l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3k">sochisirius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j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3i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h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3g">regions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e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c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a">18.08.2026).</w:t>
      </w:r>
    </w:p>
    <w:p w14:paraId="66906F5D" w14:textId="4FB4A92B" w:rsidR="007F6534" w:rsidRPr="003850CC" w:rsidRDefault="007F6534" w:rsidP="003850CC" vyd:_id="vyd:0000000000032a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8">Университет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6">«Сириус»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4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2">Научно-технологический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30">университет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y">«Сириус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x">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v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t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r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2p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o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n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2m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l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2k">siriusuniversity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j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2i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h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f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d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b">18.08.2026)</w:t>
      </w:r>
    </w:p>
    <w:p w14:paraId="4E0D38A6" w14:textId="2001C19B" w:rsidR="007F6534" w:rsidRPr="003850CC" w:rsidRDefault="007F6534" w:rsidP="003850CC" vyd:_id="vyd:0000000000031e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9">Исследования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7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5">Научно-технологический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3">университет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1">«Сириус»: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2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z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x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1v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u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1s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r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1q">siriusuniversity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p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1o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n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1m">research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l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j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h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f">18.08.2026).</w:t>
      </w:r>
    </w:p>
    <w:p w14:paraId="6C43076D" w14:textId="6DC71F57" w:rsidR="007F6534" w:rsidRPr="003850CC" w:rsidRDefault="007F6534" w:rsidP="003850CC" vyd:_id="vyd:000000000002zc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d">Пермь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b">стала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9">местом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7">встречи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5">студенческих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3">молодёжных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1">команд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1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z">кампусов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x">со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v">всей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t">России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r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p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n">науки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l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j">высшего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h">образования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f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d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b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9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8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7">25.04.2025.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05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4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02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301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300">minobrnauki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z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zy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x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zw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v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zu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t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zs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r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zq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p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zo">nauka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n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zm">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l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zk">obrazovanie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j">/97347/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h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f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d">14.08.2026)</w:t>
      </w:r>
    </w:p>
    <w:p w14:paraId="6280D99B" w14:textId="44ECFDD7" w:rsidR="007F6534" w:rsidRPr="003850CC" w:rsidRDefault="007F6534" w:rsidP="003850CC" vyd:_id="vyd:000000000002xy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b">Меры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9">борьбы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7">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5">распространением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3">коронавирусной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1">инфекции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z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yz">COVID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y">-19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w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u">России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s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q">РИА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o">Новости.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m">2022.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k">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i">июня.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h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yg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f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yd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c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yb">ria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a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y9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8">/20220609/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y7">covid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6">-1794086823.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y5">html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3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1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y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z">18.08.2026).</w:t>
      </w:r>
    </w:p>
    <w:p w14:paraId="0428F6A4" w14:textId="46F5C09C" w:rsidR="007F6534" w:rsidRPr="003850CC" w:rsidRDefault="007F6534" w:rsidP="003850CC" vyd:_id="vyd:000000000002we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x">Младенческая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v">смертность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t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r">Федеральная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p">служба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n">государственной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l">статистики: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j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h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xf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e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d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xc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b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xa">rosstat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9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x8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7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x6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5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x4">bgd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3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x2">regl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1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x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wz">B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y">02_16/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wx">IssWWW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w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wv">exe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u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wt">Stg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s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wr">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q">010/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wp">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o">010430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wn">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m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wl">htm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j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h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f">14.08.2026).</w:t>
      </w:r>
    </w:p>
    <w:p w14:paraId="328A9133" w14:textId="2E1726C0" w:rsidR="007F6534" w:rsidRPr="003850CC" w:rsidRDefault="007F6534" w:rsidP="003850CC" vyd:_id="vyd:000000000002tz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d">Почти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b">100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9">%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7">младенцев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5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3">Свердловской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1">области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w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z">обследованы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x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v">программе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t">расширенного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r">неонатального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p">скрининга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n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l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j">здравоохранения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h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f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d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b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a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9">22.05.2025.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v7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6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5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v4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3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v2">minzdrav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v1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v0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z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uy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x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uw">en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v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uu">regional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t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us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r">/25213-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uq">pochti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p">-100-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uo">mladentsev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n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um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l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uk">sverdlovskoy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j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ui">oblasti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h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ug">obsledovany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f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ue">po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d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uc">programme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b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ua">rasshirennogo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9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u8">neonatalnogo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7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u6">skrininga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4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2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u0">14.08.2026)</w:t>
      </w:r>
    </w:p>
    <w:p w14:paraId="08F11E08" w14:textId="5432D488" w:rsidR="007F6534" w:rsidRPr="003850CC" w:rsidRDefault="007F6534" w:rsidP="003850CC" vyd:_id="vyd:000000000002rf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y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w">три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u">месяца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s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q">года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o">более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m">4000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k">новорождённых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i">югорчан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g">прошли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e">обследование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c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a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8">здравоохранения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6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4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2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t0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y">14.04.2025.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x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sw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v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st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s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sr">minzdrav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q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sp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o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sn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m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sl">en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k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sj">special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i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h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sg">regional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f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se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d">/24394-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sc">za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b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sa">tri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9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s8">mesyatsa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7">-2025-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s6">goda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5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s4">bolee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3">-4000-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s2">novorozhdyonnyh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s1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s0">yugorchan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rz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ry">proshli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rx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rw">obsledovanie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rv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ru">na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rt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rs">nasledstvennye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rr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rq">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rp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ro">vrozhdyonnye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rn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rm">zabolevaniya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r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rk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r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ri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r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rg">14.08.2026).</w:t>
      </w:r>
    </w:p>
    <w:p w14:paraId="2519DDD8" w14:textId="669497C6" w:rsidR="007F6534" w:rsidRPr="003850CC" w:rsidRDefault="007F6534" w:rsidP="003850CC" vyd:_id="vyd:000000000002pc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2re">Очередной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r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rc">успех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r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ra">ядерной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r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r8">медицины: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r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r6">впервые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r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r4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r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r2">России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r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r0">для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y">лечения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w">пациентов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u">с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s">нейроэндокринными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q">опухолями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o">применен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m">отечественный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k">препарат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i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g">основе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e">Lu-177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c">DOTATATE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a">//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8">ФГБУ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6">«НМИЦ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4">радиологии»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2">Минздрава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q0">России: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y">официальный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w">сайт.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u">15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s">марта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q">2024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o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m">URL: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k">https://new.nmicr.ru/news/ocherednoj-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j">uspeh-jadernoj-mediciny-vpervye-v-rossii-dlja-lechenija-pacientov-s-nejrojendokrinnymi-opuholjami-primenen-otechestvennyj-preparat-na-osnove-lu-177-dotatate/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h">(дата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f">обращения: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pd">19.08.2026).</w:t>
      </w:r>
    </w:p>
    <w:p w14:paraId="6C605F23" w14:textId="6D8F620A" w:rsidR="007F6534" w:rsidRPr="003850CC" w:rsidRDefault="007F6534" w:rsidP="003850CC" vyd:_id="vyd:000000000002ni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pb">НМИЦ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p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p9">радиологии: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p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p7">первый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p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p5">клинический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p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p3">опыт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p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p1">применения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p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z">мРНК-вакцины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x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v">НМИЦ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t">радиологии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r">Минздрава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p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n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l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j">01.04.2026.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oh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g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f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oe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d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oc">new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b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oa">nmicr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9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o8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7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o6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5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o4">nmic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3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o2">radiologii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o1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o0">pervyj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z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ny">klinicheskij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x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nw">opyt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v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nu">primenenija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t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ns">mrnk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r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nq">vakciny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p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n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l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j">16.08.2026).</w:t>
      </w:r>
    </w:p>
    <w:p w14:paraId="482EC058" w14:textId="34073AC4" w:rsidR="007F6534" w:rsidRPr="003850CC" w:rsidRDefault="007F6534" w:rsidP="003850CC" vyd:_id="vyd:000000000002ls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h">Семьи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f">из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d">новых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b">регионов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9">смогут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7">получить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5">маткапитал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3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1">детей,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n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z">рождённых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x">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v">2007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t">года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r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p">Социальный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n">фонд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l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j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h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g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f">21.02.2023.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md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c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ma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9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m8">sfr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7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m6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5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m4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3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m2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m1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m0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z">~2023/02/21/246157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x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v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t">14.08.2026)</w:t>
      </w:r>
    </w:p>
    <w:p w14:paraId="4495C8E9" w14:textId="3325F8FF" w:rsidR="007F6534" w:rsidRPr="003850CC" w:rsidRDefault="007F6534" w:rsidP="003850CC" vyd:_id="vyd:000000000002jc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r">Михаил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p">Дегтярев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n">провёл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l">встречу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j">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h">депутатами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f">Комитета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d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b">физической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9">культуре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7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5">спорту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3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1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l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z">спорта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x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v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t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r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p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o" xml:space="preserve"> —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kn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m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l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kk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j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ki">minsport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h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kg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f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ke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d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kc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b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ka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9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k8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7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k6">mihail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5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k4">degtyarev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3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k2">provel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k1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k0">vstrechu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z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jy">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x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jw">deputatami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v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ju">komiteta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t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js">po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r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jq">fizicheskoj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p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jo">kulture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n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jm">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l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jk">sportu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j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h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f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d">16.08.2026).</w:t>
      </w:r>
    </w:p>
    <w:p w14:paraId="41495D6C" w14:textId="6799DB09" w:rsidR="007F6534" w:rsidRPr="003850CC" w:rsidRDefault="007F6534" w:rsidP="003850CC" vyd:_id="vyd:000000000002gq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b">Международная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9">федерация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7">университетского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5">спорта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3">подтвердила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1">возможность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j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z">участия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x">российских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v">студентов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t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r">Универсиаде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p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n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l">Германии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j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h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f">спорта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d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b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9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7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i5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4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i2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i1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i0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z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y">minsport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x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w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v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u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t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s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r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q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p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o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n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m">mezhdunarodnaya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l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k">federacziya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j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i">universitetskogo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h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g">sporta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f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e">podtverdila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d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c">vozmozhnost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b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a">uchastiya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9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8">rossijskih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7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6">studentov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5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4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3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2">universiade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h1">-2025-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h0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z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gy">germanii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x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v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t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r">16.08.2026)</w:t>
      </w:r>
    </w:p>
    <w:p w14:paraId="3691DCB7" w14:textId="18E291B2" w:rsidR="007F6534" w:rsidRPr="003850CC" w:rsidRDefault="007F6534" w:rsidP="003850CC" vyd:_id="vyd:000000000002ew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p">Когда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n">спорт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m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l">норма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j">жизни: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h">как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f">россиян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d">мотивируют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b">заниматься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9">физкультурой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7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5">Национальные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3">проекты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1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g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z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x">интернет-портал.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w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v">24.12.2024.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ft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s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fq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p">://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o">национальныепроекты.рф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n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fm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l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fk">kogda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j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fi">sport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h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fg">norma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f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fe">zhizni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d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fc">kak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b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fa">rossiyan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9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f8">motiviruyut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7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f6">zanimatsya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5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f4">fizkulturoy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3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1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f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z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x">16.08.2026)</w:t>
      </w:r>
    </w:p>
    <w:p w14:paraId="14CD2236" w14:textId="7DBF413C" w:rsidR="007F6534" w:rsidRPr="003850CC" w:rsidRDefault="007F6534" w:rsidP="003850CC" vyd:_id="vyd:000000000002da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v">Заседание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t">Совета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r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p">развитию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n">физической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l">культуры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j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h">спорта,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f">28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d">мая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b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9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7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5">Президент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3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1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e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dz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d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dx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dw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d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du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dt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ds">special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dr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dq">kremlin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dp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do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dn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dm">events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dl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dk">president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dj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di">transcripts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dh">/77057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d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df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d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dd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d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db">16.08.2026).</w:t>
      </w:r>
    </w:p>
    <w:p w14:paraId="1CA64145" w14:textId="1FFB2609" w:rsidR="007F6534" w:rsidRPr="003850CC" w:rsidRDefault="007F6534" w:rsidP="003850CC" vyd:_id="vyd:000000000002ag">
      <w:pPr>
        <w:pStyle w:val="aff9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2d9">Михаил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d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d7">Дегтярев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d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d5">принял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d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d3">участие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d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d1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d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z">заседании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x">комитета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w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v">Совета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u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t">Федерации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s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r">по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q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p">бюджету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n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l">финансовым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j">рынкам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h">//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f">Министерство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d">спорта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b">Российской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9">Федерации: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7">официальный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5">сайт.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4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3">2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1">марта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c0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z">2026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y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x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w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2bv">URL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u">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t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2bs">https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r">://</w:t>
      </w:r>
      <w:r>
        <w:rPr>
          <w:rFonts w:ascii="Times New Roman" w:hAnsi="Times New Roman" w:cs="Times New Roman"/>
          <w:sz w:val="28"/>
          <w:szCs w:val="28"/>
        </w:rPr>
        <w:t vyd:_id="vyd:000000000002bq">minsport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p">.</w:t>
      </w:r>
      <w:r>
        <w:rPr>
          <w:rFonts w:ascii="Times New Roman" w:hAnsi="Times New Roman" w:cs="Times New Roman"/>
          <w:sz w:val="28"/>
          <w:szCs w:val="28"/>
        </w:rPr>
        <w:t vyd:_id="vyd:000000000002bo">gov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n">.</w:t>
      </w:r>
      <w:r>
        <w:rPr>
          <w:rFonts w:ascii="Times New Roman" w:hAnsi="Times New Roman" w:cs="Times New Roman"/>
          <w:sz w:val="28"/>
          <w:szCs w:val="28"/>
        </w:rPr>
        <w:t vyd:_id="vyd:000000000002bm">ru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l">/</w:t>
      </w:r>
      <w:r>
        <w:rPr>
          <w:rFonts w:ascii="Times New Roman" w:hAnsi="Times New Roman" w:cs="Times New Roman"/>
          <w:sz w:val="28"/>
          <w:szCs w:val="28"/>
        </w:rPr>
        <w:t vyd:_id="vyd:000000000002bk">press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j">-</w:t>
      </w:r>
      <w:r>
        <w:rPr>
          <w:rFonts w:ascii="Times New Roman" w:hAnsi="Times New Roman" w:cs="Times New Roman"/>
          <w:sz w:val="28"/>
          <w:szCs w:val="28"/>
        </w:rPr>
        <w:t vyd:_id="vyd:000000000002bi">center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h">/</w:t>
      </w:r>
      <w:r>
        <w:rPr>
          <w:rFonts w:ascii="Times New Roman" w:hAnsi="Times New Roman" w:cs="Times New Roman"/>
          <w:sz w:val="28"/>
          <w:szCs w:val="28"/>
        </w:rPr>
        <w:t vyd:_id="vyd:000000000002bg">news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f">/</w:t>
      </w:r>
      <w:r>
        <w:rPr>
          <w:rFonts w:ascii="Times New Roman" w:hAnsi="Times New Roman" w:cs="Times New Roman"/>
          <w:sz w:val="28"/>
          <w:szCs w:val="28"/>
        </w:rPr>
        <w:t vyd:_id="vyd:000000000002be">mihail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d">-</w:t>
      </w:r>
      <w:r>
        <w:rPr>
          <w:rFonts w:ascii="Times New Roman" w:hAnsi="Times New Roman" w:cs="Times New Roman"/>
          <w:sz w:val="28"/>
          <w:szCs w:val="28"/>
        </w:rPr>
        <w:t vyd:_id="vyd:000000000002bc">degtyarev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b">-</w:t>
      </w:r>
      <w:r>
        <w:rPr>
          <w:rFonts w:ascii="Times New Roman" w:hAnsi="Times New Roman" w:cs="Times New Roman"/>
          <w:sz w:val="28"/>
          <w:szCs w:val="28"/>
        </w:rPr>
        <w:t vyd:_id="vyd:000000000002ba">prinyal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9">-</w:t>
      </w:r>
      <w:r>
        <w:rPr>
          <w:rFonts w:ascii="Times New Roman" w:hAnsi="Times New Roman" w:cs="Times New Roman"/>
          <w:sz w:val="28"/>
          <w:szCs w:val="28"/>
        </w:rPr>
        <w:t vyd:_id="vyd:000000000002b8">uchastie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7">-</w:t>
      </w:r>
      <w:r>
        <w:rPr>
          <w:rFonts w:ascii="Times New Roman" w:hAnsi="Times New Roman" w:cs="Times New Roman"/>
          <w:sz w:val="28"/>
          <w:szCs w:val="28"/>
        </w:rPr>
        <w:t vyd:_id="vyd:000000000002b6">v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5">-</w:t>
      </w:r>
      <w:r>
        <w:rPr>
          <w:rFonts w:ascii="Times New Roman" w:hAnsi="Times New Roman" w:cs="Times New Roman"/>
          <w:sz w:val="28"/>
          <w:szCs w:val="28"/>
        </w:rPr>
        <w:t vyd:_id="vyd:000000000002b4">zasedanii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3">-</w:t>
      </w:r>
      <w:r>
        <w:rPr>
          <w:rFonts w:ascii="Times New Roman" w:hAnsi="Times New Roman" w:cs="Times New Roman"/>
          <w:sz w:val="28"/>
          <w:szCs w:val="28"/>
        </w:rPr>
        <w:t vyd:_id="vyd:000000000002b2">komiteta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b1">-</w:t>
      </w:r>
      <w:r>
        <w:rPr>
          <w:rFonts w:ascii="Times New Roman" w:hAnsi="Times New Roman" w:cs="Times New Roman"/>
          <w:sz w:val="28"/>
          <w:szCs w:val="28"/>
        </w:rPr>
        <w:t vyd:_id="vyd:000000000002b0">soveta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z">-</w:t>
      </w:r>
      <w:r>
        <w:rPr>
          <w:rFonts w:ascii="Times New Roman" w:hAnsi="Times New Roman" w:cs="Times New Roman"/>
          <w:sz w:val="28"/>
          <w:szCs w:val="28"/>
        </w:rPr>
        <w:t vyd:_id="vyd:000000000002ay">federaczii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x">-</w:t>
      </w:r>
      <w:r>
        <w:rPr>
          <w:rFonts w:ascii="Times New Roman" w:hAnsi="Times New Roman" w:cs="Times New Roman"/>
          <w:sz w:val="28"/>
          <w:szCs w:val="28"/>
        </w:rPr>
        <w:t vyd:_id="vyd:000000000002aw">po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v">-</w:t>
      </w:r>
      <w:r>
        <w:rPr>
          <w:rFonts w:ascii="Times New Roman" w:hAnsi="Times New Roman" w:cs="Times New Roman"/>
          <w:sz w:val="28"/>
          <w:szCs w:val="28"/>
        </w:rPr>
        <w:t vyd:_id="vyd:000000000002au">byudzhetu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t">-</w:t>
      </w:r>
      <w:r>
        <w:rPr>
          <w:rFonts w:ascii="Times New Roman" w:hAnsi="Times New Roman" w:cs="Times New Roman"/>
          <w:sz w:val="28"/>
          <w:szCs w:val="28"/>
        </w:rPr>
        <w:t vyd:_id="vyd:000000000002as">i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r">-</w:t>
      </w:r>
      <w:r>
        <w:rPr>
          <w:rFonts w:ascii="Times New Roman" w:hAnsi="Times New Roman" w:cs="Times New Roman"/>
          <w:sz w:val="28"/>
          <w:szCs w:val="28"/>
        </w:rPr>
        <w:t vyd:_id="vyd:000000000002aq">finansovym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p">-</w:t>
      </w:r>
      <w:r>
        <w:rPr>
          <w:rFonts w:ascii="Times New Roman" w:hAnsi="Times New Roman" w:cs="Times New Roman"/>
          <w:sz w:val="28"/>
          <w:szCs w:val="28"/>
        </w:rPr>
        <w:t vyd:_id="vyd:000000000002ao">rynkam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n">/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2a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l">(дата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j">обращения: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h">19.08.2026).</w:t>
      </w:r>
    </w:p>
    <w:p w14:paraId="3122AAC4" w14:textId="5ADECEC2" w:rsidR="007F6534" w:rsidRPr="003850CC" w:rsidRDefault="007F6534" w:rsidP="003850CC" vyd:_id="vyd:0000000000029b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2af">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d">развитии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c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b">фиджитал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a">-спорта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8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6">России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4">//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2">Правительство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a0">России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y">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w">официальный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u">сайт.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s">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q">февраля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o">2026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m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k">URL: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i">https://government.ru/news/57774/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g">(дата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e">обращения: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9c">19.08.2026).</w:t>
      </w:r>
    </w:p>
    <w:p w14:paraId="19FDEB9C" w14:textId="00EEF6C6" w:rsidR="007F6534" w:rsidRPr="003850CC" w:rsidRDefault="007F6534" w:rsidP="003850CC" vyd:_id="vyd:00000000000289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9a">Развитие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9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98">спортивной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9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96">инфраструктуры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9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94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9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92">регионах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9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90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y">Правительство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w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u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s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r" xml:space="preserve"> —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8q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p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8n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m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8l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k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8j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i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8h">docs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g">/53729/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e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c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a">16.08.2026).</w:t>
      </w:r>
    </w:p>
    <w:p w14:paraId="3D44814F" w14:textId="6A7DB2B0" w:rsidR="007F6534" w:rsidRPr="003850CC" w:rsidRDefault="007F6534" w:rsidP="003850CC" vyd:_id="vyd:0000000000025f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8">Михаил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6">Дегтярев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4">принял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2">участие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80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y">заседании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w">комитета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u">Совета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s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q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o">бюджету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m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k">финансовым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i">рынкам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g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e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c">спорта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a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8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6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4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2">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70">марта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y">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w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6u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t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6r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q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6p">minsport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o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6n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m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6l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k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6j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i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6h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g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6f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e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6d">mihail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c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6b">degtyarev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a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69">prinyal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8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67">uchastie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6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65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4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63">zasedanii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2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61">komiteta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60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5z">soveta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y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5x">federaczii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w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5v">po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u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5t">byudzhetu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s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5r">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q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5p">finansovym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o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5n">rynkam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m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k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i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g">18.08.2026).</w:t>
      </w:r>
    </w:p>
    <w:p w14:paraId="0821920A" w14:textId="733D02F2" w:rsidR="007F6534" w:rsidRPr="003850CC" w:rsidRDefault="007F6534" w:rsidP="003850CC" vyd:_id="vyd:00000000000235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e">Международная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c">федерация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a">гандбола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8">сняла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6">ограничения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4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2">участие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50">российских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y">спортсменов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w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u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s">спорта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q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o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m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k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i">15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g">июля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e">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c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4a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9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47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6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45">minsport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4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43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2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41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40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3z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y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3x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w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3v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u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3t">mezhdunarodnaya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s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3r">federacziya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q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3p">gandbola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o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3n">snyala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m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3l">ogranicheniya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k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3j">na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i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3h">uchastie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g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3f">rossijskih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e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3d">sportsmenov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c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a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8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6">18.08.2026).</w:t>
      </w:r>
    </w:p>
    <w:p w14:paraId="0AEC310C" w14:textId="4D6A2DEC" w:rsidR="007F6534" w:rsidRPr="003850CC" w:rsidRDefault="007F6534" w:rsidP="003850CC" vyd:_id="vyd:0000000000021f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4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2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30">году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y">Россия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w">укрепила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u">продовольственную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s">безопасность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q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o">ключевым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m">позициям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k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i">Федеральное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g">агентство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e">господдержки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c">АПК.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b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a">13.02.2026.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28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7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25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4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23">smtp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2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21">fagps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20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1z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1y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1x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1w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1v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1u">2025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1t">godu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1s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1r">rossiya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1q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1p">ukrepila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1o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21n">prodovolstvennuyu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1m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1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1k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1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1i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1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21g">14.08.2026).</w:t>
      </w:r>
    </w:p>
    <w:p w14:paraId="222261AB" w14:textId="7D70A3FA" w:rsidR="007F6534" w:rsidRPr="003850CC" w:rsidRDefault="007F6534" w:rsidP="003850CC" vyd:_id="vyd:000000000001zr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21e">Дмитрий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1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1c">Патрушев: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1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1a">Россия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1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18">продолжает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1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16">стабильные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1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14">поставки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1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12">сельскохозяйственных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1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10">товаров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y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w">продовольствия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u">за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s">рубеж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q">//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o">Правительство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m">России: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k">официальный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i">сайт.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g">24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e">марта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c">2026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a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9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208">URL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7">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206" xml:space="preserve"> 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205">https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204">://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203">government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202">.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201">ru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200">/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1zz">news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1zy">/58154/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1z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1zw">(дата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1z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1zu">обращения: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1z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1zs">16.08.2026).</w:t>
      </w:r>
    </w:p>
    <w:p w14:paraId="1C099B77" w14:textId="3BDCB90D" w:rsidR="007F6534" w:rsidRPr="003850CC" w:rsidRDefault="007F6534" w:rsidP="003850CC" vyd:_id="vyd:000000000001yl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q">Совещание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o">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m">развитии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k">экспорта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i">зерна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g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e">Правительство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c">России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a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8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6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5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4">22.07.2025.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z2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1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z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yz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y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yx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w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yv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u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yt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s">/55721/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q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o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m">14.08.2026).</w:t>
      </w:r>
    </w:p>
    <w:p w14:paraId="379DDC81" w14:textId="1DB3EADC" w:rsidR="007F6534" w:rsidRPr="003850CC" w:rsidRDefault="007F6534" w:rsidP="003850CC" vyd:_id="vyd:000000000001wr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k">Менять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i">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g">лучшему: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e">стартовало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c">голосование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a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8">выбор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6">объектов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4">благоустройства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2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y0">Национальные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y">проекты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w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u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s">интернет-портал.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r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q">21.04.2025.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p" xml:space="preserve"> —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xo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n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xl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k">://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j">национальныепроекты.рф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i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xh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g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xf">menyat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e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xd">k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c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xb">luchshemu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a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x9">startovalo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8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x7">golosovanie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6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x5">za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4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x3">vybor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2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x1">obektov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x0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wz">blagoustroystva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y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w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u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s">16.08.2026)</w:t>
      </w:r>
    </w:p>
    <w:p w14:paraId="3E210426" w14:textId="6E8B9C74" w:rsidR="007F6534" w:rsidRPr="003850CC" w:rsidRDefault="007F6534" w:rsidP="003850CC" vyd:_id="vyd:000000000001uu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q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o">программам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m">Минтранса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k">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i">2030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g">году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e">будет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c">обновлено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a">более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1w8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7">20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5">тыс.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3">единиц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1">общественного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w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z">транспорта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x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v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t">транспорта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r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p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n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l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k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j">17.02.2026.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vh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g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f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ve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d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vc">mintrans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b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va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9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v8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7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v6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5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v4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3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v2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1">/12436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v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z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x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v">16.08.2026).</w:t>
      </w:r>
    </w:p>
    <w:p w14:paraId="13A903FE" w14:textId="1518CEC5" w:rsidR="007F6534" w:rsidRPr="003850CC" w:rsidRDefault="007F6534" w:rsidP="003850CC" vyd:_id="vyd:000000000001t2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t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r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p">году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n">объём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l">дорожных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j">работ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h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f">стране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d">составил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b">28,4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9">тысячи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7">километров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5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3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1">транспорта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u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z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x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v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t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s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r">08.04.2026.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tp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o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n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tm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l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tk">mintrans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j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ti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h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tg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f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te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d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tc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b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ta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9">/12593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7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5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3">16.08.2026).</w:t>
      </w:r>
    </w:p>
    <w:p w14:paraId="560AE71C" w14:textId="43DD8155" w:rsidR="007F6534" w:rsidRPr="003850CC" w:rsidRDefault="007F6534" w:rsidP="003850CC" vyd:_id="vyd:000000000001qx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1">Президент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t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z">открыл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x">движение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v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t">новой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r">скоростной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p">трассе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n">Дюртюли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m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l">Ачит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j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h">Автодор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g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f">Платные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d">дороги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b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9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7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6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5">16.07.2025.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1s3"/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s2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1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s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rz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y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rx">avtodor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w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rv">tr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u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rt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s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rr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q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rp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o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rn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m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rl">prezident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k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rj">otkryl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i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rh">dvizhenie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g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rf">po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e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rd">novoy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c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rb">skorostnoy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a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r9">trasse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8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r7">dyurtyuli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6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r5">achit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4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2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r0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y">16.08.2026)</w:t>
      </w:r>
    </w:p>
    <w:p w14:paraId="7B511414" w14:textId="23B76A81" w:rsidR="007F6534" w:rsidRPr="003850CC" w:rsidRDefault="007F6534" w:rsidP="003850CC" vyd:_id="vyd:000000000001pt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w">Трасса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u">М-12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s">«Восток»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q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o">Автодор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n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m">Платные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k">дороги: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i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g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f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qe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d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qb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a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q9">avtodor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8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q7">tr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6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q5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4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q3">road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2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q1">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q0">-12/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y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w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u">16.08.2026).</w:t>
      </w:r>
    </w:p>
    <w:p w14:paraId="707C4D95" w14:textId="4627B541" w:rsidR="007F6534" w:rsidRPr="003850CC" w:rsidRDefault="007F6534" w:rsidP="003850CC" vyd:_id="vyd:000000000001o5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s">Александр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q">Сахаров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o">принял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m">участие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k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i">итоговой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g">коллегии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e">Министерства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c">транспорта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a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8">Федерации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6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4">Федеральное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2">агентство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p0">железнодорожного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y">транспорта: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w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u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t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s">28.03.2025.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oq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p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on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m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ol">rlw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k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oj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i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oh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g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of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e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od">document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c">/24954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a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8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6">16.08.2026)</w:t>
      </w:r>
    </w:p>
    <w:p w14:paraId="6BB932F4" w14:textId="5262824A" w:rsidR="007F6534" w:rsidRPr="003850CC" w:rsidRDefault="007F6534" w:rsidP="003850CC" vyd:_id="vyd:000000000001md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4">Развитие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2">аэропортовой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o0">инфраструктуры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y">России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w">обсудили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u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s">совещании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q">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o">Председателя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m">Правительства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k">Михаила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i">Мишустина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g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e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c">транспорта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a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8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6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4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3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2">07.05.2025.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n1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n0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z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mx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w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mv">mintrans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u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mt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s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mr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q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mp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o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mn">center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m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ml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k">/11856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i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g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e">16.08.2026).</w:t>
      </w:r>
    </w:p>
    <w:p w14:paraId="3AE4B526" w14:textId="0F002740" w:rsidR="007F6534" w:rsidRPr="003850CC" w:rsidRDefault="007F6534" w:rsidP="003850CC" vyd:_id="vyd:000000000001l5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c">Совещание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a">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8">развитии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6">туризма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4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2">индустрии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m0">гостеприимства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y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w">Правительство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u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s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q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p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o">04.08.2026.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n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lm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l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lj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i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lh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g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lf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e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ld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c">/59510/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a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8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6">16.08.2026).</w:t>
      </w:r>
    </w:p>
    <w:p w14:paraId="73064C0B" w14:textId="5B27036A" w:rsidR="007F6534" w:rsidRPr="003850CC" w:rsidRDefault="007F6534" w:rsidP="003850CC" vyd:_id="vyd:000000000001jc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4">Посещаемость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2">портала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l0">«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z">Путешествуем.рф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y">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w">за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u">год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s">увеличилась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1kq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p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n">40%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l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j">Национальные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h">проекты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f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d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b">интернет-портал.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a" xml:space="preserve"> —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9">21.01.2026.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8" xml:space="preserve"> —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k7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6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5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k4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3">://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2">национальныепроекты.рф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k1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k0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z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jy">poseshchaemost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x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jw">portala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v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ju">puteshestvuem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t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js">rf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r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jq">za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p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jo">god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n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jm">uvelichilas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l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jk">na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j">-40/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h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f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d">16.08.2026).</w:t>
      </w:r>
    </w:p>
    <w:p w14:paraId="53A028A6" w14:textId="57F104F9" w:rsidR="007F6534" w:rsidRPr="003850CC" w:rsidRDefault="007F6534" w:rsidP="003850CC" vyd:_id="vyd:000000000001hv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b">Заседание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9">международного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7">дискуссионного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5">клуба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3">«Валдай»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1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j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z">Президент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x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v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t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r">19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p">сентября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n">2013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l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ij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i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h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ig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f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ie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d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ic">kremlin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b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ia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9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i8">events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7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i6">president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5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i4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3">/19243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1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i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z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x">18.08.2026)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w">.</w:t>
      </w:r>
    </w:p>
    <w:p w14:paraId="42443C73" w14:textId="737FF8EF" w:rsidR="007F6534" w:rsidRPr="00E44958" w:rsidRDefault="007F6534" w:rsidP="003850CC" vyd:_id="vyd:000000000001gn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u">Послание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s">Президента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q">Федеральному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o">Собранию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m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k">Президент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i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g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e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d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hc">12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h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a">декабря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h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h8">2013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h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h6">г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h5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h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h3">URL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h2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h1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h0" xml:space="preserve">https://www.kremlin.ru/events/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gz">president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gy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gx">transcripts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gw">/19825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g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gu">(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t">дата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g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r">обращения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gq">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gp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go">18.08.2026).</w:t>
      </w:r>
    </w:p>
    <w:p w14:paraId="4ECFE0F1" w14:textId="11AAF9D6" w:rsidR="007F6534" w:rsidRPr="003850CC" w:rsidRDefault="007F6534" w:rsidP="003850CC" vyd:_id="vyd:000000000001er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m">Владимир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k">Путин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i">принял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g">участие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e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d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gc">XX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a">Ежегодном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8">заседании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6">Международного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4">дискуссионного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2">клуба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g0">«Валдай»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y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w">Президент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u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s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q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o">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m">октября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k">2023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i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h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fg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f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fd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c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fb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a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f9">kremlin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8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f7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6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f5">events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4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f2">president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f1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f0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z">/72444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x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v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t">18.08.2026)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s">.</w:t>
      </w:r>
    </w:p>
    <w:p w14:paraId="17F55D3D" w14:textId="673F368B" w:rsidR="007F6534" w:rsidRPr="003850CC" w:rsidRDefault="007F6534" w:rsidP="003850CC" vyd:_id="vyd:000000000001cy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q">Татьяна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o">Голикова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n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l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j">рамках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h">нацпроекта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f">«Культура»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d">поддержано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b">более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9">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7">тыс.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5">творческих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3">инициатив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1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e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z">проектов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x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v">Правительство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t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r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p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n">14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l">ноября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j">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h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df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e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d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dc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b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da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9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d8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7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d6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5">/53311/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3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1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d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z">17.08.2026)</w:t>
      </w:r>
    </w:p>
    <w:p w14:paraId="3B069EEA" w14:textId="7F1C6E59" w:rsidR="007F6534" w:rsidRPr="003850CC" w:rsidRDefault="007F6534" w:rsidP="003850CC" vyd:_id="vyd:000000000001be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x">Татьяна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v">Голикова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t">провела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r">заседание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p">проектного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n">комитета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l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j">национальному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h">проекту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f">«Семья»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d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b">Правительство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9">России: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7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5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3">19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1">марта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c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z">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x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bv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u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bs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r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bq">government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p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bo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n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bm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l">/58121/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j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h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f">17.08.2026).</w:t>
      </w:r>
    </w:p>
    <w:p w14:paraId="080B41DD" w14:textId="3CEE710D" w:rsidR="007F6534" w:rsidRPr="003850CC" w:rsidRDefault="007F6534" w:rsidP="003850CC" vyd:_id="vyd:00000000000192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d">Филиал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b">Третьяковской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9">галереи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7">открылся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5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3">здании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1">Фабрики-кухни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b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z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x">Самаре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v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t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r">культуры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p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n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l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j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h">29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f">мая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d">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b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a9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8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7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a6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5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a4">culture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3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a2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a1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a0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z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9y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x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9w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v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9u">filial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t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9s">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9q">retyakovskoy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p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9o">galerei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n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9m">otkrylsya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l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9k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j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9i">zdanii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h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9g">fabriki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f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9e">kukhni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d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9c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b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9a">samare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9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7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5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3">17.08.2026)</w:t>
      </w:r>
    </w:p>
    <w:p w14:paraId="32EA805F" w14:textId="3DC9CDDC" w:rsidR="007F6534" w:rsidRPr="003850CC" w:rsidRDefault="007F6534" w:rsidP="003850CC" vyd:_id="vyd:0000000000016l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1">Ольга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9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z">Любимова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x">выступила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v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t">совещании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r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p">созданию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n">культурно-образовательных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l">комплексов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j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h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f">культуры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d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b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9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7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5">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3">июня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1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8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z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7x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w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7u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t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7s">culture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r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7q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p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7o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n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7m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l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7j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i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7h">olga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g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7f">lyubimova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e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7d">vystupila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c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7b">na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a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79">soveshchanii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8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77">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6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75">prezidentom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4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73">rf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2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71">po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70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6z">sozdaniyu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y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6x">kulturno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w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6v">obrazovatelnykh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u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6t">komp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s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q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o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m">17.08.2026).</w:t>
      </w:r>
    </w:p>
    <w:p w14:paraId="694B821E" w14:textId="34E4FD1E" w:rsidR="007F6534" w:rsidRPr="003850CC" w:rsidRDefault="007F6534" w:rsidP="003850CC" vyd:_id="vyd:0000000000013p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k">Глава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i">Минкультуры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g">России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e">выступила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c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a">Государственной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8">Думе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6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4">круглом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2">столе,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60">посвящённом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y">поддержке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w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u">развитию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s">отечественного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q">кинематографа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o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m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k">культуры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i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g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e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c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a">29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8">января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6">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4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3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52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1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5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z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y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x">culture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w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v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u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t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s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r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q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p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o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n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m">glava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l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k">minkultury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j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i">rossii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h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g">vystupila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f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e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d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c">gosdume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b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a">na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9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8">kruglom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7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6">stole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5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4">posvyashchennom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3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2">gospodderzhke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41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40">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z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3y">razviti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x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v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t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r">17.08.2026)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q">.</w:t>
      </w:r>
    </w:p>
    <w:p w14:paraId="10CBAF4A" w14:textId="08889C3A" w:rsidR="007F6534" w:rsidRPr="003850CC" w:rsidRDefault="007F6534" w:rsidP="003850CC" vyd:_id="vyd:0000000000011k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o">Ольга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m">Любимова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k">провела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i">заседание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g">итоговой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e">коллегии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c">Минкультуры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a">России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8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6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4">культуры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2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30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y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w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u">12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s">мая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q">2026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o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n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2m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l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2j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i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2h">culture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g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2f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e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2d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c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2a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9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28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7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26">olga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5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24">lyubimova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3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22">provela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21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20">zasedanie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z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1y">itogovoy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x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1w">kollegii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v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1u">minkultury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t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1s">rossii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r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p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n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l">17.08.2026).</w:t>
      </w:r>
    </w:p>
    <w:p w14:paraId="71105D0E" w14:textId="7BDE054E" w:rsidR="007F6534" w:rsidRPr="003850CC" w:rsidRDefault="007F6534" w:rsidP="003850CC" vyd:_id="vyd:000000000000z7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j">«Без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h">срока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f">давности»: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d">презентация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b">23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9">томов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7">сборника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5">архивных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3">документов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1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1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z">Музее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x">Победы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v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t">Российское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r">историческое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p">общество: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n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l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j">21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h">ноября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f">2020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d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0b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a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08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7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06">historyrussia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5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04">org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3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02">sobytiya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101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100">bez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z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zy">sroka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x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zw">davnosti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v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zu">prezentatsiya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t">-23-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zs">tomov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r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zq">sbornika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p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zo">arkhivnykh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n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zm">dokumentov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l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zk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j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zi">muzee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h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zg">pobedy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f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ze">html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c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a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8">17.08.2026).</w:t>
      </w:r>
    </w:p>
    <w:p w14:paraId="1BCEE49D" w14:textId="0F7E6FEF" w:rsidR="007F6534" w:rsidRPr="003850CC" w:rsidRDefault="007F6534" w:rsidP="003850CC" vyd:_id="vyd:000000000000xd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6">РГГУ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4">приумножает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2">культурно-историческое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z0">наследие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y">Великой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w">Отечественной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u">войны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s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q">РГГУ: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o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m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k">22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i">мая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g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e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d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yc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b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y9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8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y7">rsuh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6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y5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4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y3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2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y1">indexpage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y0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xz">rggu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y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xx">priumnozhaet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w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xv">kulturno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u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xt">istoricheskoe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s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xr">nasledie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q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xp">velikoy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o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xn">otechestvennoy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m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xl">voyny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k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i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g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e">17.08.2026)</w:t>
      </w:r>
    </w:p>
    <w:p w14:paraId="6B251EB1" w14:textId="0098DB33" w:rsidR="007F6534" w:rsidRPr="003850CC" w:rsidRDefault="007F6534" w:rsidP="003850CC" vyd:_id="vyd:000000000000v3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c">«Письма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a">военных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8">лет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6">1941–1945.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4">Фронтовая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2">переписка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x0">преподавателей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y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w">студентов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u">советских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s">вузов»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q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o">РГГУ: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m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k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i">20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g">мая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e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c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wa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9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w7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6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w5">rsuh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4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w3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2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w1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w0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vz">korotko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y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vx">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w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vv">glavnom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u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vt">pisma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s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vr">voennykh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q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vp">let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o">-1941-1945-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vn">frontovaya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m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vl">perepiska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k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vj">prepodavateley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i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vh">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g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vf">studentov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e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vd">sovetskikh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c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vb">vuzov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a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8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6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4">17.08.2026).</w:t>
      </w:r>
    </w:p>
    <w:p w14:paraId="0A176D55" w14:textId="031DEFEC" w:rsidR="007F6534" w:rsidRPr="003850CC" w:rsidRDefault="007F6534" w:rsidP="003850CC" vyd:_id="vyd:000000000000rr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2">Интерактивный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v0">атлас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y">коренных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w">малочисленных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u">народов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s">Севера,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q">Сибири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o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m">Дальнего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k">Востока: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i">языки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g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e">культуры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c">презентован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b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a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9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8">Северной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7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6">конференции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5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4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3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2">России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u0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y">Китае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w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u">РГГУ: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s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q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o">17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m">сентября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k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i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h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tg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f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td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c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tb">rsuh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a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t9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8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t7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6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t5">indexpage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4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t3">interaktivnyy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2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t1">atlas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t0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z">korennykh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y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x">malochislennykh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w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v">narodov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u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t">severa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s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r">sibiri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q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p">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o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n">dalnego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m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l">vostoka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k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j">yazyki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i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h">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g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f">kultury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e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d">prezentovan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c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b">na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a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9">severnoy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8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7">konferentsii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6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5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4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3">rossii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2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s1">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s0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rz">kitae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y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w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v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u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s">17.08.2026)</w:t>
      </w:r>
    </w:p>
    <w:p w14:paraId="3FCA0143" w14:textId="3E40F3E5" w:rsidR="007F6534" w:rsidRPr="003850CC" w:rsidRDefault="007F6534" w:rsidP="003850CC" vyd:_id="vyd:000000000000qv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q">Интерактивный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o">атлас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m">КМНС: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k">языки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i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g">культуры: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e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c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b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ra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9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r7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6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r5">atlaskmns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4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r3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2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1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r0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z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y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x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w">17.08.2026).</w:t>
      </w:r>
    </w:p>
    <w:p w14:paraId="439F47B3" w14:textId="5CD97061" w:rsidR="007F6534" w:rsidRPr="003850CC" w:rsidRDefault="007F6534" w:rsidP="003850CC" vyd:_id="vyd:000000000000pm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u">Президент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t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s">России.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r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q">Расширенное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p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o">заседание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m">саммита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k">БРИКС.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br vyd:_id="vyd:000000000000qi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h">23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f">октября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d">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b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q9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8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7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q6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5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q4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3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q2">kremlin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q1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q0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z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py">events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x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pw">president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v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pu">transcripts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t">/75375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r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p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n">17.08.2026).</w:t>
      </w:r>
    </w:p>
    <w:p w14:paraId="508E6821" w14:textId="07A9E390" w:rsidR="007F6534" w:rsidRPr="003850CC" w:rsidRDefault="007F6534" w:rsidP="003850CC" vyd:_id="vyd:000000000000oa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l">Сетевые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j">университеты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h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f">Российский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d">университет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b">дружбы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9">народов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7">имени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5">Патриса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3">Лумумбы: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1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z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ox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w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ou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t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os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r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oq">rudn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p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oo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n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om">cooperation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l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ok">setevye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j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oi">universitetu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h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g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f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e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d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c">17.08.2026)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b">.</w:t>
      </w:r>
    </w:p>
    <w:p w14:paraId="023DAC7C" w14:textId="1B8BD14C" w:rsidR="007F6534" w:rsidRPr="0058113C" w:rsidRDefault="007F6534" w:rsidP="003850CC" vyd:_id="vyd:000000000000na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9">Объединённый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7">институт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5">ядерных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3">исследований.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1">Об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z">институте: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x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v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nt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s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nq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p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no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n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nm">jinr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l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nk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j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ni">about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h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f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d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nb">17.08.2026).</w:t>
      </w:r>
    </w:p>
    <w:p w14:paraId="130EB324" w14:textId="5DE91D1C" w:rsidR="007F6534" w:rsidRPr="003850CC" w:rsidRDefault="007F6534" w:rsidP="003850CC" vyd:_id="vyd:000000000000l8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n9">Applied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n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n7">research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n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n5">at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n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n3">NICA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n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n1">Complex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n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z">discussed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x">in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w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v">Dubna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u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t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s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r">Joint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q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p">Institute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o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n">for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l">Nuclear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k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j">Research: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i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h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f">website.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md">10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m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b">September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m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m9">2024.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m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7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m6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m5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4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m3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2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m1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m0">jinr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z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ly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x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lw">posts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v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lu">applied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t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ls">research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r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lq">at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p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lo">nica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n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lm">complex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l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lk">discussed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j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li">in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h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lg">dubna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f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d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b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9">17.08.2026).</w:t>
      </w:r>
    </w:p>
    <w:p w14:paraId="35FB385C" w14:textId="31A0C7A6" w:rsidR="007F6534" w:rsidRPr="003850CC" w:rsidRDefault="007F6534" w:rsidP="003850CC" vyd:_id="vyd:000000000000i6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7">Стартовал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5">прием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3">заявок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1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z">конкурсные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x">отборы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v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t">предоставление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r">грантов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p">российским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n">вузам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l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j">научным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h">организациям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f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d">проведение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b">совместных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9">исследований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7">с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5">организациями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3">стран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1">АСЕАН,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z">СНГ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x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v">ближнего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t">зарубежья,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r">Латинской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p">Америки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n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l">Карибского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j">бассейна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h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f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d">науки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b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9">высшего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7">образования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5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3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1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z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ix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w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v" xml:space="preserve"> 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iu">https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it">://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is">minobrnauki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ir">.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iq">gov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ip">.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io">ru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in">/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im">press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il">-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ik">center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ij">/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ii">news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ih">/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ig">mezhdunarodnoe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if">-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ie">sotrudnichestvo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id">/97656/</w:t>
      </w:r>
      <w:r>
        <w:rPr>
          <w:rFonts w:ascii="Times New Roman" w:hAnsi="Times New Roman" w:eastAsia="Times New Roman" w:cs="Times New Roman"/>
          <w:sz w:val="24"/>
          <w:lang w:val="ru-RU"/>
          <w:szCs w:val="24"/>
        </w:rPr>
        <w:t vyd:_id="vyd:000000000000i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b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9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7">18.08.2026).</w:t>
      </w:r>
    </w:p>
    <w:p w14:paraId="01ADE875" w14:textId="0018005A" w:rsidR="007F6534" w:rsidRPr="003850CC" w:rsidRDefault="007F6534" w:rsidP="003850CC" vyd:_id="vyd:000000000000fu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5">Россия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3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1">Китай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z">укрепляют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x">научно-техническое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v">партнерство: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t">подведены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r">итоги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p">29-го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n">заседания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l">подкомиссии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j">по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h">научно-техническому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f">сотрудничеству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d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b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9">науки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7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5">высшего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3">образования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1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gz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g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gx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g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gv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g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gt">30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g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gr">сентября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g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gp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g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gn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gm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gl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gk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gj" xml:space="preserve"> 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gi">https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gh">://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gg">minobrnauki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gf">.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ge">gov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gd">.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gc">ru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gb">/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ga">press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g9">-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g8">center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g7">/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g6">news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g5">/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g4">mezhdunarodnoe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g3">-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g2">sotrudnichestvo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g1">/98665/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g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z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x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v">18.08.2026).</w:t>
      </w:r>
    </w:p>
    <w:p w14:paraId="07BB8B7A" w14:textId="33D23664" w:rsidR="007F6534" w:rsidRPr="003850CC" w:rsidRDefault="007F6534" w:rsidP="003850CC" vyd:_id="vyd:000000000000e8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t">«Послы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r">русского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p">языка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n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l">мире»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j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h">Государственный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f">институт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d">русского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b">языка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9">им.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7">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5">С.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3">Пушкина: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1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z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x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w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u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t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s">www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r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q">pushkin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p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o">institute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n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m">projects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l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k">posly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j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i">russkogo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h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g">yazyka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f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d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b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9">17.08.2026).</w:t>
      </w:r>
    </w:p>
    <w:p w14:paraId="40E278ED" w14:textId="227D6EED" w:rsidR="007F6534" w:rsidRPr="003850CC" w:rsidRDefault="007F6534" w:rsidP="003850CC" vyd:_id="vyd:000000000000cs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7">«Русские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5">сезоны»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3">завершились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1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z">Бразилии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x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v">Международный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t">культурный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r">проект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p">«Русские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n">сезоны»: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l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j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h">11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f">декабря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d">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b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d9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8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7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d6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5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d4">russian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3">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d2">seasons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1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d0">com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z">/2024/12/11/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x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v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t">17.08.2026).</w:t>
      </w:r>
    </w:p>
    <w:p w14:paraId="4B45F002" w14:textId="41153DFC" w:rsidR="007F6534" w:rsidRPr="003850CC" w:rsidRDefault="007F6534" w:rsidP="003850CC" vyd:_id="vyd:000000000000a0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r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p">Минкультуры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n">России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l">подвели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j">итоги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h">работы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f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d">2024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c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b">году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a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9">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8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7">обозначили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5">планы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3">на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1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c0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z">год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x">//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v">Министерство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t">культуры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r">Российской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q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p">Федерации: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o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n">официальный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m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l">сайт.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k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j">16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i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h">июня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g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f">2025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e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d">г.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bb">URL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a">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9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b8">https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7">://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b6">culture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5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b4">gov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3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b2">ru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1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b0">press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z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ay">news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x">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aw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v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au">minkultury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t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as">rossii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r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aq">podveli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p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ao">itogi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n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am">raboty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l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ak">v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j">_2024_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ai">godu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h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ag">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f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ae">oboznachili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d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ac">plany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b">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aa">na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9">_2025_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a8">god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7">/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6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5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4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3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2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1">17.08.2026).</w:t>
      </w:r>
    </w:p>
    <w:p w14:paraId="55155810" w14:textId="66F7B5C0" w:rsidR="007F6534" w:rsidRPr="003850CC" w:rsidRDefault="007F6534" w:rsidP="003850CC" vyd:_id="vyd:0000000000008h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9z">Alexey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y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x">Likhachev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w">,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v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u">Director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t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s">General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r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q">of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p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o">ROSATOM,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n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m">visited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l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k">the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j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i">El-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h">Dabaa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g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f">NPP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e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d">construction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b">site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a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9">in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8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7">Egypt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5">//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3">ROSATOM: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2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1">official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90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8z">website.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8y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8x">18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8w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8v">July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8u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8t">2023.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8s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8r">URL: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8q" xml:space="preserve"> </w:t>
      </w:r>
      <w:r>
        <w:fldChar w:fldCharType="begin" vyd:_id="vyd:0000000000008o"/>
      </w:r>
      <w:r>
        <w:instrText>HYPERLINK "https://www.rosatom.ru/en/press-centre/news/alexey-likhachev-director-general-of-rosatom-visited-the-el-dabaa-npp-construction-site-in-egypt/"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8p">https://www.rosatom.ru/en/press-centre/news/alexey-likhachev-director-general-of-rosatom-visited-the-el-dabaa-npp-construction-site-in-egypt/</w:t>
      </w:r>
      <w:r>
        <w:fldChar w:fldCharType="end" vyd:_id="vyd:0000000000008o-end"/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8n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8m">(дата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8l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8k">обращения: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8j" xml:space="preserve">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8i">19.08.2026).</w:t>
      </w:r>
    </w:p>
    <w:p w14:paraId="2EE047C3" w14:textId="376CE685" w:rsidR="007F6534" w:rsidRPr="003850CC" w:rsidRDefault="007F6534" w:rsidP="003850CC" vyd:_id="vyd:0000000000006n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08g">Подведены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8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8e">итоги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8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8c">третьего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8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8a">цикла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8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88">Квантового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8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86">акселератора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8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84">«Росатома»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8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82">//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8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80">Иннохаб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y">Росатома: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w">официальный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u">сайт.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s">10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q">декабря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o">2025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m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l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7k">URL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j">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i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7h">https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g">://</w:t>
      </w:r>
      <w:r>
        <w:rPr>
          <w:rFonts w:ascii="Times New Roman" w:hAnsi="Times New Roman" w:cs="Times New Roman"/>
          <w:sz w:val="28"/>
          <w:szCs w:val="28"/>
        </w:rPr>
        <w:t vyd:_id="vyd:0000000000007f">ih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e">.</w:t>
      </w:r>
      <w:r>
        <w:rPr>
          <w:rFonts w:ascii="Times New Roman" w:hAnsi="Times New Roman" w:cs="Times New Roman"/>
          <w:sz w:val="28"/>
          <w:szCs w:val="28"/>
        </w:rPr>
        <w:t vyd:_id="vyd:0000000000007d">rosatom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c">.</w:t>
      </w:r>
      <w:r>
        <w:rPr>
          <w:rFonts w:ascii="Times New Roman" w:hAnsi="Times New Roman" w:cs="Times New Roman"/>
          <w:sz w:val="28"/>
          <w:szCs w:val="28"/>
        </w:rPr>
        <w:t vyd:_id="vyd:0000000000007b">ru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a">/</w:t>
      </w:r>
      <w:r>
        <w:rPr>
          <w:rFonts w:ascii="Times New Roman" w:hAnsi="Times New Roman" w:cs="Times New Roman"/>
          <w:sz w:val="28"/>
          <w:szCs w:val="28"/>
        </w:rPr>
        <w:t vyd:_id="vyd:00000000000079">news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8">/</w:t>
      </w:r>
      <w:r>
        <w:rPr>
          <w:rFonts w:ascii="Times New Roman" w:hAnsi="Times New Roman" w:cs="Times New Roman"/>
          <w:sz w:val="28"/>
          <w:szCs w:val="28"/>
        </w:rPr>
        <w:t vyd:_id="vyd:00000000000077">podvedeny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6">-</w:t>
      </w:r>
      <w:r>
        <w:rPr>
          <w:rFonts w:ascii="Times New Roman" w:hAnsi="Times New Roman" w:cs="Times New Roman"/>
          <w:sz w:val="28"/>
          <w:szCs w:val="28"/>
        </w:rPr>
        <w:t vyd:_id="vyd:00000000000075">itogi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4">-</w:t>
      </w:r>
      <w:r>
        <w:rPr>
          <w:rFonts w:ascii="Times New Roman" w:hAnsi="Times New Roman" w:cs="Times New Roman"/>
          <w:sz w:val="28"/>
          <w:szCs w:val="28"/>
        </w:rPr>
        <w:t vyd:_id="vyd:00000000000073">tretego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2">-</w:t>
      </w:r>
      <w:r>
        <w:rPr>
          <w:rFonts w:ascii="Times New Roman" w:hAnsi="Times New Roman" w:cs="Times New Roman"/>
          <w:sz w:val="28"/>
          <w:szCs w:val="28"/>
        </w:rPr>
        <w:t vyd:_id="vyd:00000000000071">tsikla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70">-</w:t>
      </w:r>
      <w:r>
        <w:rPr>
          <w:rFonts w:ascii="Times New Roman" w:hAnsi="Times New Roman" w:cs="Times New Roman"/>
          <w:sz w:val="28"/>
          <w:szCs w:val="28"/>
        </w:rPr>
        <w:t vyd:_id="vyd:0000000000006z">kvantovogo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y">-</w:t>
      </w:r>
      <w:r>
        <w:rPr>
          <w:rFonts w:ascii="Times New Roman" w:hAnsi="Times New Roman" w:cs="Times New Roman"/>
          <w:sz w:val="28"/>
          <w:szCs w:val="28"/>
        </w:rPr>
        <w:t vyd:_id="vyd:0000000000006x">akseleratora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w">-</w:t>
      </w:r>
      <w:r>
        <w:rPr>
          <w:rFonts w:ascii="Times New Roman" w:hAnsi="Times New Roman" w:cs="Times New Roman"/>
          <w:sz w:val="28"/>
          <w:szCs w:val="28"/>
        </w:rPr>
        <w:t vyd:_id="vyd:0000000000006v">rosatoma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u">/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s">(дата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q">обращения: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o">19.08.2026).</w:t>
      </w:r>
    </w:p>
    <w:p w14:paraId="6D2DD788" w14:textId="67D456C1" w:rsidR="007F6534" w:rsidRPr="003850CC" w:rsidRDefault="007F6534" w:rsidP="003850CC" vyd:_id="vyd:00000000000054">
      <w:pPr>
        <w:pStyle w:val="ae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06m">Молодые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k">радиохимики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i">Росатома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g">стали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e">на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c">шаг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a">ближе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8">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6">управлению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4">собственными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2">проектами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60">НИОКР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y">//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w">Росатом.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u">Карьера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s">молодых: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q">официальный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o">сайт.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m">22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k">июня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i">2023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g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e">URL: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d" xml:space="preserve"> </w:t>
      </w:r>
      <w:r>
        <w:fldChar w:fldCharType="begin" vyd:_id="vyd:0000000000005b"/>
      </w:r>
      <w:r>
        <w:instrText>HYPERLINK "https://rkm.rosatom.ru/innov/events/molodye-radiokhimiki-rosatoma-stali-na-shag-blizhe-k-upravleniyu-sobstvennymi-proektami-niokr/"</w:instrText>
      </w:r>
      <w:r>
        <w:fldChar w:fldCharType="separate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c">https://rkm.rosatom.ru/innov/events/molodye-radiokhimiki-rosatoma-stali-na-shag-blizhe-k-upravleniyu-sobstvennymi-proektami-niokr/</w:t>
      </w:r>
      <w:r>
        <w:fldChar w:fldCharType="end" vyd:_id="vyd:0000000000005b-end"/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9">(дата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7">обращения: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5">19.08.2026).</w:t>
      </w:r>
    </w:p>
    <w:p w14:paraId="12B2787E" w14:textId="5BB0E6CE" w:rsidR="007F6534" w:rsidRPr="003850CC" w:rsidRDefault="007F6534" w:rsidP="003850CC" vyd:_id="vyd:0000000000002r">
      <w:pPr>
        <w:pStyle w:val="aff9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053">Вакцины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2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1">«Спутник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50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4z">V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y">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w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u">«Спутник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s">Лайт»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q">одобрены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o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m">Камбодже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k">//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i">Официальный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g">сайт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e">вакцины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c">против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b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4a">COVID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9">-19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7">«Спутник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6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45">V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4">».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2">31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40">октября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3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3y">2021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3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3w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3v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3u">URL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3t">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3s" xml:space="preserve"> 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3r">https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3q">://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3p">sputnikvaccine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3o">.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3n">com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3m">/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3l">rus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3k">/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3j">newsroom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3i">/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3h">pressreleases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3g">/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3f">vaktsiny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3e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3d">sputnik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3c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3b">v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3a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39">i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38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37">sputnik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36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35">layt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34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33">odobreny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32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31">v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30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2z">kambodzhe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2y">/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w">(дата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u">обращения: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s">19.08.2026).</w:t>
      </w:r>
    </w:p>
    <w:p w14:paraId="63C52574" w14:textId="0A565932" w:rsidR="007F6534" w:rsidRPr="003850CC" w:rsidRDefault="007F6534" w:rsidP="003850CC" vyd:_id="vyd:00000000000004">
      <w:pPr>
        <w:pStyle w:val="aff9"/>
        <w:numPr>
          <w:ilvl w:val="0"/>
          <w:numId w:val="16"/>
        </w:numPr>
        <w:spacing w:after="0" w:line="360" w:lineRule="auto"/>
        <w:ind w:start="0" w:firstLine="709"/>
        <w:rPr>
          <w:rFonts w:ascii="Times New Roman" w:hAnsi="Times New Roman" w:cs="Times New Roman"/>
          <w:sz w:val="28"/>
          <w:lang w:val="ru-RU"/>
          <w:szCs w:val="28"/>
        </w:rPr>
      </w:pPr>
      <w:r>
        <w:rPr>
          <w:rFonts w:ascii="Times New Roman" w:hAnsi="Times New Roman" w:cs="Times New Roman"/>
          <w:sz w:val="28"/>
          <w:lang w:val="ru-RU"/>
          <w:szCs w:val="28"/>
        </w:rPr>
        <w:t vyd:_id="vyd:0000000000002q">Дайджест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p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o">«Зерновые»: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n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m">Россия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l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k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j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i">сезоне-2023/24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h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g">заняла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f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e">первое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d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c">место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b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a">в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9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8">мире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7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6">по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5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4">экспорту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3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2">пшеницы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1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20">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z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y">ячменя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x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w">//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v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u">ФГБУ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t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s">«Центр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r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q">Агроаналитики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p">»: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o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n">официальный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m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l">сайт.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k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j">16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i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h">июля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g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f">2024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e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d">г.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c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1b">URL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a">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19" xml:space="preserve"> 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18">https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17">://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16">www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15">.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14">specagro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13">.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12">ru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11">/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10" xml:space="preserve"> 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0z">analytics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0y">/202407/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0x">daydzhest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0w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0v">zernovye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0u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0t">rossiya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0s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0r">v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0q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0p">sezone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0o">-202324-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0n">zanyala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0m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0l">pervoe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0k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0j">mesto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0i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0h">v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0g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0f">mire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0e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0d">po</w:t>
      </w:r>
      <w:r>
        <w:rPr>
          <w:rStyle w:val="HTML"/>
          <w:rFonts w:ascii="Times New Roman" w:hAnsi="Times New Roman" w:eastAsia="Calibri" w:cs="Times New Roman"/>
          <w:sz w:val="28"/>
          <w:lang w:val="ru-RU"/>
          <w:szCs w:val="28"/>
        </w:rPr>
        <w:t vyd:_id="vyd:0000000000000c">-</w:t>
      </w:r>
      <w:r>
        <w:rPr>
          <w:rStyle w:val="HTML"/>
          <w:rFonts w:ascii="Times New Roman" w:hAnsi="Times New Roman" w:eastAsia="Calibri" w:cs="Times New Roman"/>
          <w:sz w:val="28"/>
          <w:szCs w:val="28"/>
        </w:rPr>
        <w:t vyd:_id="vyd:0000000000000b">eksportu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0a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09">(дата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08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07">обращения: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06" xml:space="preserve"> </w:t>
      </w:r>
      <w:r>
        <w:rPr>
          <w:rFonts w:ascii="Times New Roman" w:hAnsi="Times New Roman" w:cs="Times New Roman"/>
          <w:sz w:val="28"/>
          <w:lang w:val="ru-RU"/>
          <w:szCs w:val="28"/>
        </w:rPr>
        <w:t vyd:_id="vyd:00000000000005">19.08.2026).</w:t>
      </w:r>
    </w:p>
    <w:p w14:paraId="68ACFFE4" w14:textId="77777777" w:rsidR="007F6534" w:rsidRPr="001B7443" w:rsidRDefault="007F6534" w:rsidP="007F6534" vyd:_id="vyd:00000000000003">
      <w:pPr>
        <w:pStyle w:val="isselectedend"/>
        <w:spacing w:before="0" w:beforeAutospacing="0" w:after="0" w:afterAutospacing="0" w:line="360" w:lineRule="auto"/>
        <w:jc w:val="both"/>
        <w:rPr>
          <w:rStyle w:val="af6"/>
          <w:rFonts w:eastAsiaTheme="majorEastAsia"/>
          <w:sz w:val="28"/>
          <w:b w:val="0"/>
          <w:bCs w:val="0"/>
          <w:szCs w:val="28"/>
        </w:rPr>
      </w:pPr>
    </w:p>
    <w:sectPr vyd:_id="vyd:00000000000002" w:rsidR="007F6534" w:rsidRPr="001B7443" w:rsidSect="003850CC">
      <w:headerReference r:id="rId11" w:type="default"/>
      <w:footerReference r:id="rId13" w:type="default"/>
      <w:footerReference r:id="rId12" w:type="even"/>
      <w:headerReference r:id="rId14" w:type="first"/>
      <w:type w:val="nextPage"/>
      <w:pgSz w:w="11905" w:h="16838" w:orient="portrait"/>
      <w:pgMar w:top="1134" w:right="1134" w:bottom="1134" w:left="1134" w:header="605" w:footer="605" w:gutter="0"/>
      <w:cols w:equalWidth="1" w:space="720" w:sep="0"/>
      <w:vAlign w:val="top"/>
      <w:titlePg w:val="1"/>
      <w:docGrid w:linePitch="360"/>
    </w:sectPr>
  </w:body>
</w:document>
</file>

<file path=word/endnotes.xml><?xml version="1.0" encoding="utf-8"?>
<w:endnotes xmlns:w16cex="http://schemas.microsoft.com/office/word/2018/wordml/cex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p14="http://schemas.microsoft.com/office/word/2010/wordprocessingDrawing" xmlns:w15="http://schemas.microsoft.com/office/word/2012/wordml" xmlns:w14="http://schemas.microsoft.com/office/word/2010/wordml" mc:Ignorable="w14 w15 w16se w16cid w16 w16cex w16sdtdh wp14">
  <w:endnote w:type="separator" w:id="-1">
    <w:p w14:paraId="748B2000" w14:textId="77777777" w:rsidR="00374331" w:rsidRDefault="00374331">
      <w:pPr>
        <w:spacing w:after="0" w:line="240" w:lineRule="auto"/>
      </w:pPr>
      <w:r>
        <w:separator/>
      </w:r>
    </w:p>
  </w:endnote>
  <w:endnote w:type="continuationSeparator" w:id="0">
    <w:p w14:paraId="73B567B4" w14:textId="77777777" w:rsidR="00374331" w:rsidRDefault="00374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6cid="http://schemas.microsoft.com/office/word/2016/wordml/cid" xmlns:w16se="http://schemas.microsoft.com/office/word/2015/wordml/symex" xmlns:mc="http://schemas.openxmlformats.org/markup-compatibility/2006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="http://schemas.openxmlformats.org/wordprocessingml/2006/main" xmlns:w16cex="http://schemas.microsoft.com/office/word/2018/wordml/c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14="http://schemas.microsoft.com/office/word/2010/wordml" xmlns:vyd="http://volga.yandex.com/schemas/document/model" xmlns:w="http://schemas.openxmlformats.org/wordprocessingml/2006/main" vyd:_id="vyd:00000000000gnj">
  <w:sdt vyd:_id="vyd:00000000000gnl">
    <w:sdtPr>
      <w:rPr>
        <w:rStyle w:val="affd"/>
      </w:rPr>
      <w:id w:val="-318047413"/>
      <w:docPartObj>
        <w:docPartGallery w:val="Page Numbers (Bottom of Page)"/>
        <w:docPartUnique w:val="1"/>
      </w:docPartObj>
    </w:sdtPr>
    <w:sdtEndPr>
      <w:rPr>
        <w:rStyle w:val="affd"/>
      </w:rPr>
    </w:sdtEndPr>
    <w:sdtContent>
      <w:p w14:paraId="40EB09D6" w14:textId="77777777" w:rsidR="00AC47AE" w:rsidRDefault="00AC47AE" w:rsidP="002F7B34">
        <w:pPr>
          <w:pStyle w:val="a7"/>
          <w:framePr w:wrap="none" w:vAnchor="text" w:hAnchor="margin" w:xAlign="center" w:y="1"/>
          <w:rPr>
            <w:rStyle w:val="affd"/>
          </w:rPr>
        </w:pPr>
        <w:r>
          <w:rPr>
            <w:rStyle w:val="affd"/>
          </w:rPr>
          <w:fldChar w:fldCharType="begin"/>
        </w:r>
        <w:r>
          <w:rPr>
            <w:rStyle w:val="affd"/>
          </w:rPr>
          <w:instrText xml:space="preserve"> PAGE </w:instrText>
        </w:r>
        <w:r>
          <w:rPr>
            <w:rStyle w:val="affd"/>
          </w:rPr>
          <w:fldChar w:fldCharType="separate"/>
        </w:r>
        <w:r>
          <w:rPr>
            <w:rStyle w:val="affd"/>
            <w:noProof w:val="1"/>
          </w:rPr>
          <w:t>2</w:t>
        </w:r>
        <w:r>
          <w:rPr>
            <w:rStyle w:val="affd"/>
          </w:rPr>
          <w:fldChar w:fldCharType="end"/>
        </w:r>
      </w:p>
    </w:sdtContent>
  </w:sdt>
  <w:p w14:paraId="13E52A24" w14:textId="77777777" w:rsidR="00AC47AE" w:rsidRDefault="00AC47AE" vyd:_id="vyd:00000000000gnk">
    <w:pPr>
      <w:pStyle w:val="a7"/>
    </w:pPr>
  </w:p>
</w:ftr>
</file>

<file path=word/footer2.xml><?xml version="1.0" encoding="utf-8"?>
<w:ftr xmlns:w14="http://schemas.microsoft.com/office/word/2010/wordml" xmlns:vyd="http://volga.yandex.com/schemas/document/model" xmlns:w="http://schemas.openxmlformats.org/wordprocessingml/2006/main" vyd:_id="vyd:00000000000gng">
  <w:sdt vyd:_id="vyd:00000000000gni">
    <w:sdtPr>
      <w:rPr>
        <w:rStyle w:val="affd"/>
        <w:rFonts w:ascii="Times New Roman" w:hAnsi="Times New Roman" w:cs="Times New Roman"/>
        <w:sz w:val="24"/>
        <w:szCs w:val="24"/>
      </w:rPr>
      <w:id w:val="-785503253"/>
      <w:docPartObj>
        <w:docPartGallery w:val="Page Numbers (Bottom of Page)"/>
        <w:docPartUnique w:val="1"/>
      </w:docPartObj>
    </w:sdtPr>
    <w:sdtEndPr>
      <w:rPr>
        <w:rStyle w:val="affd"/>
      </w:rPr>
    </w:sdtEndPr>
    <w:sdtContent>
      <w:p w14:paraId="46292044" w14:textId="77777777" w:rsidR="00AC47AE" w:rsidRPr="007874D8" w:rsidRDefault="00AC47AE" w:rsidP="002F7B34">
        <w:pPr>
          <w:pStyle w:val="a7"/>
          <w:framePr w:wrap="none" w:vAnchor="text" w:hAnchor="margin" w:xAlign="center" w:y="1"/>
          <w:rPr>
            <w:rStyle w:val="affd"/>
            <w:rFonts w:ascii="Times New Roman" w:hAnsi="Times New Roman" w:cs="Times New Roman"/>
            <w:sz w:val="24"/>
            <w:szCs w:val="24"/>
          </w:rPr>
        </w:pPr>
        <w:r w:rsidRPr="007874D8">
          <w:rPr>
            <w:rStyle w:val="affd"/>
            <w:rFonts w:ascii="Times New Roman" w:hAnsi="Times New Roman" w:cs="Times New Roman"/>
            <w:sz w:val="24"/>
            <w:szCs w:val="24"/>
          </w:rPr>
          <w:fldChar w:fldCharType="begin"/>
        </w:r>
        <w:r w:rsidRPr="007874D8">
          <w:rPr>
            <w:rStyle w:val="affd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7874D8">
          <w:rPr>
            <w:rStyle w:val="affd"/>
            <w:rFonts w:ascii="Times New Roman" w:hAnsi="Times New Roman" w:cs="Times New Roman"/>
            <w:sz w:val="24"/>
            <w:szCs w:val="24"/>
          </w:rPr>
          <w:fldChar w:fldCharType="separate"/>
        </w:r>
        <w:r w:rsidRPr="007874D8">
          <w:rPr>
            <w:rStyle w:val="affd"/>
            <w:rFonts w:ascii="Times New Roman" w:hAnsi="Times New Roman" w:cs="Times New Roman"/>
            <w:noProof w:val="1"/>
            <w:sz w:val="24"/>
            <w:szCs w:val="24"/>
          </w:rPr>
          <w:t>3</w:t>
        </w:r>
        <w:r w:rsidRPr="007874D8">
          <w:rPr>
            <w:rStyle w:val="affd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2C7A513" w14:textId="77777777" w:rsidR="00E6496B" w:rsidRPr="007874D8" w:rsidRDefault="00E6496B" vyd:_id="vyd:00000000000gnh">
    <w:pPr>
      <w:pStyle w:val="a7"/>
      <w:jc w:val="end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15="http://schemas.microsoft.com/office/word/2012/wordml" xmlns:w16cex="http://schemas.microsoft.com/office/word/2018/wordml/cex" xmlns:w16se="http://schemas.microsoft.com/office/word/2015/wordml/symex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r="http://schemas.openxmlformats.org/officeDocument/2006/relationships" xmlns:w16sdtdh="http://schemas.microsoft.com/office/word/2020/wordml/sdtdatahash" xmlns:w16="http://schemas.microsoft.com/office/word/2018/wordml" xmlns:w14="http://schemas.microsoft.com/office/word/2010/wordml" mc:Ignorable="w14 w15 w16se w16cid w16 w16cex w16sdtdh wp14">
  <w:footnote w:type="separator" w:id="-1">
    <w:p w14:paraId="77AA72DA" w14:textId="77777777" w:rsidR="00374331" w:rsidRDefault="00374331">
      <w:pPr>
        <w:spacing w:after="0" w:line="240" w:lineRule="auto"/>
      </w:pPr>
      <w:r>
        <w:separator/>
      </w:r>
    </w:p>
  </w:footnote>
  <w:footnote w:type="continuationSeparator" w:id="0">
    <w:p w14:paraId="1780A4EE" w14:textId="77777777" w:rsidR="00374331" w:rsidRDefault="00374331">
      <w:pPr>
        <w:spacing w:after="0" w:line="240" w:lineRule="auto"/>
      </w:pPr>
      <w:r>
        <w:continuationSeparator/>
      </w:r>
    </w:p>
  </w:footnote>
  <w:footnote w:id="1">
    <w:p w14:paraId="3D62CE8F" w14:textId="77777777" w:rsidR="00401D4A" w:rsidRPr="002624E5" w:rsidRDefault="00401D4A" w:rsidP="00401D4A">
      <w:pPr>
        <w:pStyle w:val="aff9"/>
        <w:rPr>
          <w:rFonts w:ascii="Times New Roman" w:hAnsi="Times New Roman" w:cs="Times New Roman"/>
          <w:sz w:val="20"/>
          <w:szCs w:val="20"/>
        </w:rPr>
      </w:pPr>
      <w:r w:rsidRPr="002624E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2624E5">
        <w:rPr>
          <w:rFonts w:ascii="Times New Roman" w:hAnsi="Times New Roman" w:cs="Times New Roman"/>
          <w:sz w:val="20"/>
          <w:szCs w:val="20"/>
        </w:rPr>
        <w:t xml:space="preserve"> https://www.itu.int/itu-d/reports/statistics/2025/10/15/ff25-internet-use/</w:t>
      </w:r>
    </w:p>
  </w:footnote>
  <w:footnote w:id="2">
    <w:p w14:paraId="129B2B21" w14:textId="77777777" w:rsidR="00401D4A" w:rsidRPr="009F6A52" w:rsidRDefault="00401D4A" w:rsidP="00401D4A">
      <w:pPr>
        <w:pStyle w:val="aff9"/>
        <w:rPr>
          <w:rFonts w:ascii="Times New Roman" w:hAnsi="Times New Roman" w:cs="Times New Roman"/>
          <w:sz w:val="20"/>
          <w:szCs w:val="20"/>
        </w:rPr>
      </w:pPr>
      <w:r w:rsidRPr="009F6A52">
        <w:rPr>
          <w:rStyle w:val="aff8"/>
          <w:rFonts w:ascii="Times New Roman" w:hAnsi="Times New Roman" w:cs="Times New Roman"/>
          <w:sz w:val="20"/>
          <w:szCs w:val="20"/>
          <w:vertAlign w:val="baseline"/>
        </w:rPr>
        <w:footnoteRef/>
      </w:r>
      <w:r w:rsidRPr="009F6A52">
        <w:rPr>
          <w:rFonts w:ascii="Times New Roman" w:hAnsi="Times New Roman" w:cs="Times New Roman"/>
          <w:sz w:val="20"/>
          <w:szCs w:val="20"/>
        </w:rPr>
        <w:t xml:space="preserve"> https://datareportal.com/reports/digital-2020-global-digital-overview</w:t>
      </w:r>
    </w:p>
  </w:footnote>
  <w:footnote w:id="3">
    <w:p w14:paraId="65D24908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</w:rPr>
        <w:t xml:space="preserve"> Stanford Institute for Human-Centered Artificial Intelligence. The 2026 AI Index Report. Economy. Stanford University, 2026. URL: https://hai.stanford.edu/ai-index/2026-ai-index-report/economy (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дата</w:t>
      </w:r>
      <w:r w:rsidRPr="004C3275">
        <w:rPr>
          <w:rFonts w:ascii="Times New Roman" w:hAnsi="Times New Roman" w:cs="Times New Roman"/>
          <w:sz w:val="20"/>
          <w:szCs w:val="20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обращения</w:t>
      </w:r>
      <w:r w:rsidRPr="004C3275">
        <w:rPr>
          <w:rFonts w:ascii="Times New Roman" w:hAnsi="Times New Roman" w:cs="Times New Roman"/>
          <w:sz w:val="20"/>
          <w:szCs w:val="20"/>
        </w:rPr>
        <w:t>: 17.08.2026).</w:t>
      </w:r>
    </w:p>
  </w:footnote>
  <w:footnote w:id="4">
    <w:p w14:paraId="4F48B303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</w:rPr>
        <w:t xml:space="preserve"> World Robotics 2025: Industrial Robots // International Federation of Robotics: official website. 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25 </w:t>
      </w:r>
      <w:r w:rsidRPr="004C3275">
        <w:rPr>
          <w:rFonts w:ascii="Times New Roman" w:hAnsi="Times New Roman" w:cs="Times New Roman"/>
          <w:sz w:val="20"/>
          <w:szCs w:val="20"/>
        </w:rPr>
        <w:t>September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2025. </w:t>
      </w:r>
      <w:r w:rsidRPr="004C3275">
        <w:rPr>
          <w:rFonts w:ascii="Times New Roman" w:hAnsi="Times New Roman" w:cs="Times New Roman"/>
          <w:sz w:val="20"/>
          <w:szCs w:val="20"/>
        </w:rPr>
        <w:t>URL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: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ifr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4C3275">
        <w:rPr>
          <w:rFonts w:ascii="Times New Roman" w:hAnsi="Times New Roman" w:cs="Times New Roman"/>
          <w:sz w:val="20"/>
          <w:szCs w:val="20"/>
        </w:rPr>
        <w:t>org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worldrobotics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report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-2025 (дата обращения: 17.08.2026).</w:t>
      </w:r>
    </w:p>
  </w:footnote>
  <w:footnote w:id="5">
    <w:p w14:paraId="330864A4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4C3275">
        <w:rPr>
          <w:rFonts w:ascii="Times New Roman" w:hAnsi="Times New Roman" w:cs="Times New Roman"/>
          <w:sz w:val="20"/>
          <w:szCs w:val="20"/>
        </w:rPr>
        <w:t>www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irena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4C3275">
        <w:rPr>
          <w:rFonts w:ascii="Times New Roman" w:hAnsi="Times New Roman" w:cs="Times New Roman"/>
          <w:sz w:val="20"/>
          <w:szCs w:val="20"/>
        </w:rPr>
        <w:t>org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Publications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/2026/</w:t>
      </w:r>
      <w:r w:rsidRPr="004C3275">
        <w:rPr>
          <w:rFonts w:ascii="Times New Roman" w:hAnsi="Times New Roman" w:cs="Times New Roman"/>
          <w:sz w:val="20"/>
          <w:szCs w:val="20"/>
        </w:rPr>
        <w:t>Mar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Renewable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4C3275">
        <w:rPr>
          <w:rFonts w:ascii="Times New Roman" w:hAnsi="Times New Roman" w:cs="Times New Roman"/>
          <w:sz w:val="20"/>
          <w:szCs w:val="20"/>
        </w:rPr>
        <w:t>capacity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4C3275">
        <w:rPr>
          <w:rFonts w:ascii="Times New Roman" w:hAnsi="Times New Roman" w:cs="Times New Roman"/>
          <w:sz w:val="20"/>
          <w:szCs w:val="20"/>
        </w:rPr>
        <w:t>statistics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-2026 (дата обращения: 17.08.2026).</w:t>
      </w:r>
    </w:p>
  </w:footnote>
  <w:footnote w:id="6">
    <w:p w14:paraId="6409A64B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https://www.1tv.ru/publikacii/obzor-smi/kovalchuk-rf-pochti-ne-imeet-konkurentov-v-razvitii-nauki-ot-kotoroy-zavisit-suverenitet (дата обращения: 16.08.2026).</w:t>
      </w:r>
    </w:p>
  </w:footnote>
  <w:footnote w:id="7">
    <w:p w14:paraId="613D665B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Постановление Правительства РФ от 13.07.2009 № 550 «О конкурсном отборе программ развития университетов, в отношении которых устанавливается категория “национальный исследовательский университет”»; постановление Правительства РФ от 09.04.2010 № 220 «О мерах по привлечению ведущих учёных в российские образовательные организации высшего образования, научные учреждения и государственные научные центры Российской Федерации»; https://special.kremlin.ru/catalog/persons/71/biography (дата обращения: 16.08.2026).</w:t>
      </w:r>
    </w:p>
  </w:footnote>
  <w:footnote w:id="8">
    <w:p w14:paraId="0B8CAC78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https://rscf.ru/ru/documents/; https://www.kremlin.ru/acts/bank/41449; https://www.kremlin.ru/acts/bank/47771; https://publication.pravo.gov.ru/document/0001202402280003 (дата обращения: 16.08.2026).</w:t>
      </w:r>
    </w:p>
  </w:footnote>
  <w:footnote w:id="9">
    <w:p w14:paraId="2EC1314A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Симачёв Ю. В., </w:t>
      </w:r>
      <w:proofErr w:type="spellStart"/>
      <w:r w:rsidRPr="004C3275">
        <w:rPr>
          <w:rFonts w:ascii="Times New Roman" w:hAnsi="Times New Roman" w:cs="Times New Roman"/>
          <w:sz w:val="20"/>
          <w:szCs w:val="20"/>
          <w:lang w:val="ru-RU"/>
        </w:rPr>
        <w:t>Засимова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Л. С., Курбанов Т. Грантовая поддержка фундаментальных исследований в России: уроки первого конкурса Российского научного фонда // Форсайт. 2017. Т. 11, № 4. С. 74–83.</w:t>
      </w:r>
    </w:p>
  </w:footnote>
  <w:footnote w:id="10">
    <w:p w14:paraId="448CB87A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Индикаторы науки: </w:t>
      </w:r>
      <w:proofErr w:type="gramStart"/>
      <w:r w:rsidRPr="004C3275">
        <w:rPr>
          <w:rFonts w:ascii="Times New Roman" w:hAnsi="Times New Roman" w:cs="Times New Roman"/>
          <w:sz w:val="20"/>
          <w:szCs w:val="20"/>
          <w:lang w:val="ru-RU"/>
        </w:rPr>
        <w:t>2026 :</w:t>
      </w:r>
      <w:proofErr w:type="gramEnd"/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статистический сборник / Л. М. </w:t>
      </w:r>
      <w:proofErr w:type="spellStart"/>
      <w:r w:rsidRPr="004C3275">
        <w:rPr>
          <w:rFonts w:ascii="Times New Roman" w:hAnsi="Times New Roman" w:cs="Times New Roman"/>
          <w:sz w:val="20"/>
          <w:szCs w:val="20"/>
          <w:lang w:val="ru-RU"/>
        </w:rPr>
        <w:t>Гохберг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, Е. А. Стрельцова, М. Я. Бочаров и др. М</w:t>
      </w:r>
      <w:r w:rsidRPr="004C6CE7">
        <w:rPr>
          <w:rFonts w:ascii="Times New Roman" w:hAnsi="Times New Roman" w:cs="Times New Roman"/>
          <w:sz w:val="20"/>
          <w:szCs w:val="20"/>
        </w:rPr>
        <w:t xml:space="preserve">. : 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ИСИЭЗ</w:t>
      </w:r>
      <w:r w:rsidRPr="004C6CE7">
        <w:rPr>
          <w:rFonts w:ascii="Times New Roman" w:hAnsi="Times New Roman" w:cs="Times New Roman"/>
          <w:sz w:val="20"/>
          <w:szCs w:val="20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НИУ</w:t>
      </w:r>
      <w:r w:rsidRPr="004C6CE7">
        <w:rPr>
          <w:rFonts w:ascii="Times New Roman" w:hAnsi="Times New Roman" w:cs="Times New Roman"/>
          <w:sz w:val="20"/>
          <w:szCs w:val="20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ВШЭ</w:t>
      </w:r>
      <w:r w:rsidRPr="004C6CE7">
        <w:rPr>
          <w:rFonts w:ascii="Times New Roman" w:hAnsi="Times New Roman" w:cs="Times New Roman"/>
          <w:sz w:val="20"/>
          <w:szCs w:val="20"/>
        </w:rPr>
        <w:t xml:space="preserve">, 2026. 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С</w:t>
      </w:r>
      <w:r w:rsidRPr="004C3275">
        <w:rPr>
          <w:rFonts w:ascii="Times New Roman" w:hAnsi="Times New Roman" w:cs="Times New Roman"/>
          <w:sz w:val="20"/>
          <w:szCs w:val="20"/>
        </w:rPr>
        <w:t xml:space="preserve">. 174, 254. </w:t>
      </w:r>
      <w:proofErr w:type="spellStart"/>
      <w:r w:rsidRPr="004C3275">
        <w:rPr>
          <w:rFonts w:ascii="Times New Roman" w:hAnsi="Times New Roman" w:cs="Times New Roman"/>
          <w:sz w:val="20"/>
          <w:szCs w:val="20"/>
          <w:lang w:val="ru-RU"/>
        </w:rPr>
        <w:t>Табл</w:t>
      </w:r>
      <w:proofErr w:type="spellEnd"/>
      <w:r w:rsidRPr="004C3275">
        <w:rPr>
          <w:rFonts w:ascii="Times New Roman" w:hAnsi="Times New Roman" w:cs="Times New Roman"/>
          <w:sz w:val="20"/>
          <w:szCs w:val="20"/>
        </w:rPr>
        <w:t xml:space="preserve">. 5.1.3, 5.4.3; 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Lovakov</w:t>
      </w:r>
      <w:proofErr w:type="spellEnd"/>
      <w:r w:rsidRPr="004C3275">
        <w:rPr>
          <w:rFonts w:ascii="Times New Roman" w:hAnsi="Times New Roman" w:cs="Times New Roman"/>
          <w:sz w:val="20"/>
          <w:szCs w:val="20"/>
        </w:rPr>
        <w:t xml:space="preserve"> A., 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Chankseliani</w:t>
      </w:r>
      <w:proofErr w:type="spellEnd"/>
      <w:r w:rsidRPr="004C3275">
        <w:rPr>
          <w:rFonts w:ascii="Times New Roman" w:hAnsi="Times New Roman" w:cs="Times New Roman"/>
          <w:sz w:val="20"/>
          <w:szCs w:val="20"/>
        </w:rPr>
        <w:t xml:space="preserve"> M., 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Panova</w:t>
      </w:r>
      <w:proofErr w:type="spellEnd"/>
      <w:r w:rsidRPr="004C3275">
        <w:rPr>
          <w:rFonts w:ascii="Times New Roman" w:hAnsi="Times New Roman" w:cs="Times New Roman"/>
          <w:sz w:val="20"/>
          <w:szCs w:val="20"/>
        </w:rPr>
        <w:t xml:space="preserve"> A. Universities vs. research institutes? Overcoming the Soviet legacy of higher education and research // 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Scientometrics</w:t>
      </w:r>
      <w:proofErr w:type="spellEnd"/>
      <w:r w:rsidRPr="004C3275">
        <w:rPr>
          <w:rFonts w:ascii="Times New Roman" w:hAnsi="Times New Roman" w:cs="Times New Roman"/>
          <w:sz w:val="20"/>
          <w:szCs w:val="20"/>
        </w:rPr>
        <w:t xml:space="preserve">. 2022. Vol. 127. </w:t>
      </w:r>
      <w:r w:rsidRPr="004C3275">
        <w:rPr>
          <w:rFonts w:ascii="Times New Roman" w:hAnsi="Times New Roman" w:cs="Times New Roman"/>
          <w:sz w:val="20"/>
          <w:szCs w:val="20"/>
        </w:rPr>
        <w:br/>
        <w:t xml:space="preserve">P. 6293–6313. </w:t>
      </w:r>
    </w:p>
  </w:footnote>
  <w:footnote w:id="11">
    <w:p w14:paraId="658DFCEE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</w:rPr>
        <w:t xml:space="preserve"> Zhang L., Cao Z., Sivertsen G., 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Kochetkov</w:t>
      </w:r>
      <w:proofErr w:type="spellEnd"/>
      <w:r w:rsidRPr="004C3275">
        <w:rPr>
          <w:rFonts w:ascii="Times New Roman" w:hAnsi="Times New Roman" w:cs="Times New Roman"/>
          <w:sz w:val="20"/>
          <w:szCs w:val="20"/>
        </w:rPr>
        <w:t xml:space="preserve"> D. The influence of geopolitics on research activity and international collaboration in science: the case of Russia // 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Scientometrics</w:t>
      </w:r>
      <w:proofErr w:type="spellEnd"/>
      <w:r w:rsidRPr="004C3275">
        <w:rPr>
          <w:rFonts w:ascii="Times New Roman" w:hAnsi="Times New Roman" w:cs="Times New Roman"/>
          <w:sz w:val="20"/>
          <w:szCs w:val="20"/>
        </w:rPr>
        <w:t xml:space="preserve">. 2024. Vol. 129. P. 6007–6021; 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Dezhina</w:t>
      </w:r>
      <w:proofErr w:type="spellEnd"/>
      <w:r w:rsidRPr="004C3275">
        <w:rPr>
          <w:rFonts w:ascii="Times New Roman" w:hAnsi="Times New Roman" w:cs="Times New Roman"/>
          <w:sz w:val="20"/>
          <w:szCs w:val="20"/>
        </w:rPr>
        <w:t xml:space="preserve"> I. Formation of a Mobilization Mode of Science Management in Russia // Science Management: Theory and Practice. 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2025. </w:t>
      </w:r>
      <w:proofErr w:type="spellStart"/>
      <w:r w:rsidRPr="004C3275">
        <w:rPr>
          <w:rFonts w:ascii="Times New Roman" w:hAnsi="Times New Roman" w:cs="Times New Roman"/>
          <w:sz w:val="20"/>
          <w:szCs w:val="20"/>
          <w:lang w:val="ru-RU"/>
        </w:rPr>
        <w:t>Vol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. 7, </w:t>
      </w:r>
      <w:proofErr w:type="spellStart"/>
      <w:r w:rsidRPr="004C3275">
        <w:rPr>
          <w:rFonts w:ascii="Times New Roman" w:hAnsi="Times New Roman" w:cs="Times New Roman"/>
          <w:sz w:val="20"/>
          <w:szCs w:val="20"/>
          <w:lang w:val="ru-RU"/>
        </w:rPr>
        <w:t>no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. 1. </w:t>
      </w:r>
    </w:p>
  </w:footnote>
  <w:footnote w:id="12">
    <w:p w14:paraId="132D23C9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hyperlink r:id="rId1" w:history="1"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government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ru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news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/56129/</w:t>
        </w:r>
      </w:hyperlink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; </w:t>
      </w:r>
      <w:hyperlink r:id="rId2" w:history="1"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government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ru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news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/54610/</w:t>
        </w:r>
      </w:hyperlink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; </w:t>
      </w:r>
      <w:hyperlink r:id="rId3" w:history="1"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наука.рф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news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kolichestvo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industrialnykh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partnerov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u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studencheskikh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konstruktorskikh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byuro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za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god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uvelichilos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vdvo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</w:hyperlink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16.08.2026).</w:t>
      </w:r>
    </w:p>
  </w:footnote>
  <w:footnote w:id="13">
    <w:p w14:paraId="45C28A05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</w:rPr>
        <w:t xml:space="preserve"> https://minobrnauki.gov.ru/press-center/news/nauka-i-obrazovanie/100741/; https://special.kremlin.ru/events/ president/transcripts/79105; https://siriusuniversity.ru/university-in-faces/sotrudniki-napravleniya-gennaya-terapiya/arseniy-evgenevich-yuzhalin/; https://siriusuniversity.ru/research/nauchnii-tsentr-translyatsionnoi-meditsini/targetirovanie-adaptivnogo-immunnogo-otveta-dlya-terapii-opukholey-tsentralnoy-nervnoy-sistemy/ (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дата</w:t>
      </w:r>
      <w:r w:rsidRPr="004C3275">
        <w:rPr>
          <w:rFonts w:ascii="Times New Roman" w:hAnsi="Times New Roman" w:cs="Times New Roman"/>
          <w:sz w:val="20"/>
          <w:szCs w:val="20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обращения</w:t>
      </w:r>
      <w:r w:rsidRPr="004C3275">
        <w:rPr>
          <w:rFonts w:ascii="Times New Roman" w:hAnsi="Times New Roman" w:cs="Times New Roman"/>
          <w:sz w:val="20"/>
          <w:szCs w:val="20"/>
        </w:rPr>
        <w:t>: 18.08.2026).</w:t>
      </w:r>
    </w:p>
  </w:footnote>
  <w:footnote w:id="14">
    <w:p w14:paraId="5335BDE7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Style w:val="HTML"/>
          <w:rFonts w:ascii="Times New Roman" w:eastAsia="Calibri" w:hAnsi="Times New Roman" w:cs="Times New Roman"/>
        </w:rPr>
        <w:t>https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://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nrcki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.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ru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r w:rsidRPr="004C3275">
        <w:rPr>
          <w:rStyle w:val="HTML"/>
          <w:rFonts w:ascii="Times New Roman" w:eastAsia="Calibri" w:hAnsi="Times New Roman" w:cs="Times New Roman"/>
        </w:rPr>
        <w:t>product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r w:rsidRPr="004C3275">
        <w:rPr>
          <w:rStyle w:val="HTML"/>
          <w:rFonts w:ascii="Times New Roman" w:eastAsia="Calibri" w:hAnsi="Times New Roman" w:cs="Times New Roman"/>
        </w:rPr>
        <w:t>press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nrcki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/-52424.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shtml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18.08.2026); </w:t>
      </w:r>
      <w:r w:rsidRPr="004C3275">
        <w:rPr>
          <w:rStyle w:val="HTML"/>
          <w:rFonts w:ascii="Times New Roman" w:eastAsia="Calibri" w:hAnsi="Times New Roman" w:cs="Times New Roman"/>
        </w:rPr>
        <w:t>https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://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nrcki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.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ru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r w:rsidRPr="004C3275">
        <w:rPr>
          <w:rStyle w:val="HTML"/>
          <w:rFonts w:ascii="Times New Roman" w:eastAsia="Calibri" w:hAnsi="Times New Roman" w:cs="Times New Roman"/>
        </w:rPr>
        <w:t>product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r w:rsidRPr="004C3275">
        <w:rPr>
          <w:rStyle w:val="HTML"/>
          <w:rFonts w:ascii="Times New Roman" w:eastAsia="Calibri" w:hAnsi="Times New Roman" w:cs="Times New Roman"/>
        </w:rPr>
        <w:t>press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nrcki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/-50455.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shtml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18.08.2026).</w:t>
      </w:r>
    </w:p>
  </w:footnote>
  <w:footnote w:id="15">
    <w:p w14:paraId="4FC329D3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В рамках лекции эта определение рассматривается через способность воспроизводить полный технологический цикл — от исследований и подготовки кадров до производства, эксплуатации и дальнейшего развития. См: Концепция технологического развития на период до 2030 года: утв. распоряжением Правительства Российской Федерации от 20.05.2023 № 1315-р (ред. от 21.10.2024) // Правительство </w:t>
      </w:r>
      <w:proofErr w:type="gramStart"/>
      <w:r w:rsidRPr="004C3275">
        <w:rPr>
          <w:rFonts w:ascii="Times New Roman" w:hAnsi="Times New Roman" w:cs="Times New Roman"/>
          <w:sz w:val="20"/>
          <w:szCs w:val="20"/>
          <w:lang w:val="ru-RU"/>
        </w:rPr>
        <w:t>России :</w:t>
      </w:r>
      <w:proofErr w:type="gramEnd"/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официальный сайт. </w:t>
      </w:r>
      <w:r w:rsidRPr="004C3275">
        <w:rPr>
          <w:rFonts w:ascii="Times New Roman" w:hAnsi="Times New Roman" w:cs="Times New Roman"/>
          <w:sz w:val="20"/>
          <w:szCs w:val="20"/>
        </w:rPr>
        <w:t>URL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: </w:t>
      </w:r>
      <w:r w:rsidRPr="004C3275">
        <w:rPr>
          <w:rStyle w:val="HTML"/>
          <w:rFonts w:ascii="Times New Roman" w:eastAsia="Calibri" w:hAnsi="Times New Roman" w:cs="Times New Roman"/>
        </w:rPr>
        <w:t>https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://</w:t>
      </w:r>
      <w:r w:rsidRPr="004C3275">
        <w:rPr>
          <w:rStyle w:val="HTML"/>
          <w:rFonts w:ascii="Times New Roman" w:eastAsia="Calibri" w:hAnsi="Times New Roman" w:cs="Times New Roman"/>
        </w:rPr>
        <w:t>government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.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ru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r w:rsidRPr="004C3275">
        <w:rPr>
          <w:rStyle w:val="HTML"/>
          <w:rFonts w:ascii="Times New Roman" w:eastAsia="Calibri" w:hAnsi="Times New Roman" w:cs="Times New Roman"/>
        </w:rPr>
        <w:t>docs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r w:rsidRPr="004C3275">
        <w:rPr>
          <w:rStyle w:val="HTML"/>
          <w:rFonts w:ascii="Times New Roman" w:eastAsia="Calibri" w:hAnsi="Times New Roman" w:cs="Times New Roman"/>
        </w:rPr>
        <w:t>all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/147621/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18.08.2026).</w:t>
      </w:r>
    </w:p>
  </w:footnote>
  <w:footnote w:id="16">
    <w:p w14:paraId="0D285481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hyperlink r:id="rId4" w:history="1"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ih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rosatom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ru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news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podvedeny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itogi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tretego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tsikla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kvantovogo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akseleratora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rosatoma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</w:hyperlink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19.08.2026).</w:t>
      </w:r>
    </w:p>
  </w:footnote>
  <w:footnote w:id="17">
    <w:p w14:paraId="5F3E8BF6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hyperlink r:id="rId5" w:history="1">
        <w:r w:rsidRPr="00AC5F64">
          <w:rPr>
            <w:rStyle w:val="affa"/>
            <w:rFonts w:ascii="Times New Roman" w:hAnsi="Times New Roman" w:cs="Times New Roman"/>
            <w:sz w:val="20"/>
            <w:szCs w:val="20"/>
            <w:lang w:val="ru-RU"/>
          </w:rPr>
          <w:t xml:space="preserve">https://rkm.rosatom.ru/innov/events/molodye-radiokhimiki-rosatoma-stali-na-shag-blizhe-k-upravleniyu-sobstven </w:t>
        </w:r>
        <w:proofErr w:type="spellStart"/>
        <w:r w:rsidRPr="00AC5F64">
          <w:rPr>
            <w:rStyle w:val="affa"/>
            <w:rFonts w:ascii="Times New Roman" w:hAnsi="Times New Roman" w:cs="Times New Roman"/>
            <w:sz w:val="20"/>
            <w:szCs w:val="20"/>
            <w:lang w:val="ru-RU"/>
          </w:rPr>
          <w:t>nymi-proektami-niokr</w:t>
        </w:r>
        <w:proofErr w:type="spellEnd"/>
        <w:r w:rsidRPr="00AC5F64">
          <w:rPr>
            <w:rStyle w:val="affa"/>
            <w:rFonts w:ascii="Times New Roman" w:hAnsi="Times New Roman" w:cs="Times New Roman"/>
            <w:sz w:val="20"/>
            <w:szCs w:val="20"/>
            <w:lang w:val="ru-RU"/>
          </w:rPr>
          <w:t>/</w:t>
        </w:r>
      </w:hyperlink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19.08.2026).</w:t>
      </w:r>
    </w:p>
  </w:footnote>
  <w:footnote w:id="18">
    <w:p w14:paraId="7D8C57EC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ВВЭР-1200 — российский энергетический реактор поколения III+ мощностью около 1200 МВт. Его серийное производство показывает способность отрасли самостоятельно воспроизводить сложную реакторную технологию — от проектирования и производства оборудования до эксплуатации и сервисного сопровождения.</w:t>
      </w:r>
    </w:p>
  </w:footnote>
  <w:footnote w:id="19">
    <w:p w14:paraId="0C15E6BC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8E3AB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8E3AB5">
        <w:rPr>
          <w:rFonts w:ascii="Times New Roman" w:hAnsi="Times New Roman" w:cs="Times New Roman"/>
          <w:sz w:val="20"/>
          <w:szCs w:val="20"/>
        </w:rPr>
        <w:t>https</w:t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8E3AB5">
        <w:rPr>
          <w:rFonts w:ascii="Times New Roman" w:hAnsi="Times New Roman" w:cs="Times New Roman"/>
          <w:sz w:val="20"/>
          <w:szCs w:val="20"/>
        </w:rPr>
        <w:t>ria</w:t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8E3AB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8E3AB5">
        <w:rPr>
          <w:rFonts w:ascii="Times New Roman" w:hAnsi="Times New Roman" w:cs="Times New Roman"/>
          <w:sz w:val="20"/>
          <w:szCs w:val="20"/>
          <w:lang w:val="ru-RU"/>
        </w:rPr>
        <w:t>/20240527/</w:t>
      </w:r>
      <w:proofErr w:type="spellStart"/>
      <w:r w:rsidRPr="008E3AB5">
        <w:rPr>
          <w:rFonts w:ascii="Times New Roman" w:hAnsi="Times New Roman" w:cs="Times New Roman"/>
          <w:sz w:val="20"/>
          <w:szCs w:val="20"/>
        </w:rPr>
        <w:t>rosatom</w:t>
      </w:r>
      <w:proofErr w:type="spellEnd"/>
      <w:r w:rsidRPr="008E3AB5">
        <w:rPr>
          <w:rFonts w:ascii="Times New Roman" w:hAnsi="Times New Roman" w:cs="Times New Roman"/>
          <w:sz w:val="20"/>
          <w:szCs w:val="20"/>
          <w:lang w:val="ru-RU"/>
        </w:rPr>
        <w:t>-1948730271.</w:t>
      </w:r>
      <w:r w:rsidRPr="008E3AB5">
        <w:rPr>
          <w:rFonts w:ascii="Times New Roman" w:hAnsi="Times New Roman" w:cs="Times New Roman"/>
          <w:sz w:val="20"/>
          <w:szCs w:val="20"/>
        </w:rPr>
        <w:t>html</w:t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>?</w:t>
      </w:r>
      <w:proofErr w:type="spellStart"/>
      <w:r w:rsidRPr="008E3AB5">
        <w:rPr>
          <w:rFonts w:ascii="Times New Roman" w:hAnsi="Times New Roman" w:cs="Times New Roman"/>
          <w:sz w:val="20"/>
          <w:szCs w:val="20"/>
        </w:rPr>
        <w:t>ysclid</w:t>
      </w:r>
      <w:proofErr w:type="spellEnd"/>
      <w:r w:rsidRPr="008E3AB5">
        <w:rPr>
          <w:rFonts w:ascii="Times New Roman" w:hAnsi="Times New Roman" w:cs="Times New Roman"/>
          <w:sz w:val="20"/>
          <w:szCs w:val="20"/>
          <w:lang w:val="ru-RU"/>
        </w:rPr>
        <w:t>=</w:t>
      </w:r>
      <w:proofErr w:type="spellStart"/>
      <w:r w:rsidRPr="008E3AB5">
        <w:rPr>
          <w:rFonts w:ascii="Times New Roman" w:hAnsi="Times New Roman" w:cs="Times New Roman"/>
          <w:sz w:val="20"/>
          <w:szCs w:val="20"/>
        </w:rPr>
        <w:t>mtsqete</w:t>
      </w:r>
      <w:proofErr w:type="spellEnd"/>
      <w:r w:rsidRPr="008E3AB5">
        <w:rPr>
          <w:rFonts w:ascii="Times New Roman" w:hAnsi="Times New Roman" w:cs="Times New Roman"/>
          <w:sz w:val="20"/>
          <w:szCs w:val="20"/>
          <w:lang w:val="ru-RU"/>
        </w:rPr>
        <w:t>83</w:t>
      </w:r>
      <w:proofErr w:type="spellStart"/>
      <w:r w:rsidRPr="008E3AB5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8E3AB5">
        <w:rPr>
          <w:rFonts w:ascii="Times New Roman" w:hAnsi="Times New Roman" w:cs="Times New Roman"/>
          <w:sz w:val="20"/>
          <w:szCs w:val="20"/>
          <w:lang w:val="ru-RU"/>
        </w:rPr>
        <w:t>235117868 (дата обращения: 08.09.2026).</w:t>
      </w:r>
    </w:p>
  </w:footnote>
  <w:footnote w:id="20">
    <w:p w14:paraId="3F416049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hyperlink r:id="rId6" w:history="1"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www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rosatom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ru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en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press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centre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news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alexey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likhachev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director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general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of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rosatom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visited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the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el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dabaa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npp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construction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site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in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egypt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</w:hyperlink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19.08.2026).</w:t>
      </w:r>
    </w:p>
  </w:footnote>
  <w:footnote w:id="21">
    <w:p w14:paraId="4A17ADE1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МОКС-топливо — смешанное уран-плутониевое топливо, для производства которого могут использоваться материалы, полученные при переработке отработавшего ядерного топлива.</w:t>
      </w:r>
    </w:p>
  </w:footnote>
  <w:footnote w:id="22">
    <w:p w14:paraId="09767705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БН-800 — российский энергетический реактор на быстрых нейтронах.</w:t>
      </w:r>
    </w:p>
  </w:footnote>
  <w:footnote w:id="23">
    <w:p w14:paraId="20C0ABF9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4C3275">
        <w:rPr>
          <w:rFonts w:ascii="Times New Roman" w:hAnsi="Times New Roman" w:cs="Times New Roman"/>
          <w:sz w:val="20"/>
          <w:szCs w:val="20"/>
        </w:rPr>
        <w:t>report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rosatom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go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/2024/</w:t>
      </w:r>
      <w:r w:rsidRPr="004C3275">
        <w:rPr>
          <w:rFonts w:ascii="Times New Roman" w:hAnsi="Times New Roman" w:cs="Times New Roman"/>
          <w:sz w:val="20"/>
          <w:szCs w:val="20"/>
        </w:rPr>
        <w:t>rea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_2024.</w:t>
      </w:r>
      <w:r w:rsidRPr="004C3275">
        <w:rPr>
          <w:rFonts w:ascii="Times New Roman" w:hAnsi="Times New Roman" w:cs="Times New Roman"/>
          <w:sz w:val="20"/>
          <w:szCs w:val="20"/>
        </w:rPr>
        <w:t>pdf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;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4C3275">
        <w:rPr>
          <w:rFonts w:ascii="Times New Roman" w:hAnsi="Times New Roman" w:cs="Times New Roman"/>
          <w:sz w:val="20"/>
          <w:szCs w:val="20"/>
        </w:rPr>
        <w:t>conferences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iaea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4C3275">
        <w:rPr>
          <w:rFonts w:ascii="Times New Roman" w:hAnsi="Times New Roman" w:cs="Times New Roman"/>
          <w:sz w:val="20"/>
          <w:szCs w:val="20"/>
        </w:rPr>
        <w:t>org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event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/436/</w:t>
      </w:r>
      <w:r w:rsidRPr="004C3275">
        <w:rPr>
          <w:rFonts w:ascii="Times New Roman" w:hAnsi="Times New Roman" w:cs="Times New Roman"/>
          <w:sz w:val="20"/>
          <w:szCs w:val="20"/>
        </w:rPr>
        <w:t>contributions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/38850/ (дата обращения: 17.08.2026).</w:t>
      </w:r>
    </w:p>
  </w:footnote>
  <w:footnote w:id="24">
    <w:p w14:paraId="1A9228EE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</w:rPr>
        <w:t xml:space="preserve"> https://nucleus.iaea.org/sites/INPRO/df24/presentations/1.2.Lazarev%20-%20Floating%20power%20unit%20 technologies.pdf; https://www.report.rosatom.ru/go/2025/eco/arkticheskiy/%D0%90%D1%82%D0%BE%D0%BC% D1%84%D0%BB%D0%BE%D1%82.pdf (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дата</w:t>
      </w:r>
      <w:r w:rsidRPr="004C3275">
        <w:rPr>
          <w:rFonts w:ascii="Times New Roman" w:hAnsi="Times New Roman" w:cs="Times New Roman"/>
          <w:sz w:val="20"/>
          <w:szCs w:val="20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обращения</w:t>
      </w:r>
      <w:r w:rsidRPr="004C3275">
        <w:rPr>
          <w:rFonts w:ascii="Times New Roman" w:hAnsi="Times New Roman" w:cs="Times New Roman"/>
          <w:sz w:val="20"/>
          <w:szCs w:val="20"/>
        </w:rPr>
        <w:t>: 17.08.2026).</w:t>
      </w:r>
    </w:p>
  </w:footnote>
  <w:footnote w:id="25">
    <w:p w14:paraId="7438F226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rosatom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press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_</w:t>
      </w:r>
      <w:r w:rsidRPr="004C3275">
        <w:rPr>
          <w:rFonts w:ascii="Times New Roman" w:hAnsi="Times New Roman" w:cs="Times New Roman"/>
          <w:sz w:val="20"/>
          <w:szCs w:val="20"/>
        </w:rPr>
        <w:t>center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news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rosatom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obespechit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potrebnosti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meditsinskikh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uchrezhdeniy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belarusi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4C3275">
        <w:rPr>
          <w:rFonts w:ascii="Times New Roman" w:hAnsi="Times New Roman" w:cs="Times New Roman"/>
          <w:sz w:val="20"/>
          <w:szCs w:val="20"/>
        </w:rPr>
        <w:t>v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generatorakh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tekhnetsiya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-99</w:t>
      </w:r>
      <w:r w:rsidRPr="004C3275">
        <w:rPr>
          <w:rFonts w:ascii="Times New Roman" w:hAnsi="Times New Roman" w:cs="Times New Roman"/>
          <w:sz w:val="20"/>
          <w:szCs w:val="20"/>
        </w:rPr>
        <w:t>m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;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rosatom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press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_</w:t>
      </w:r>
      <w:r w:rsidRPr="004C3275">
        <w:rPr>
          <w:rFonts w:ascii="Times New Roman" w:hAnsi="Times New Roman" w:cs="Times New Roman"/>
          <w:sz w:val="20"/>
          <w:szCs w:val="20"/>
        </w:rPr>
        <w:t>center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news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pervye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_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patsienty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_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dimitrovgrada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_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uspeshno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_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proshli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_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terapiyu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_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sozdannym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_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spetsialistami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_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rosatoma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_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_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fmba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_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radiofarmpreparatom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_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_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osnove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_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aktiniya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_225 (дата обращения: 17.08.2026).</w:t>
      </w:r>
    </w:p>
  </w:footnote>
  <w:footnote w:id="26">
    <w:p w14:paraId="47AE84C7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Style w:val="HTML"/>
          <w:rFonts w:ascii="Times New Roman" w:eastAsia="Calibri" w:hAnsi="Times New Roman" w:cs="Times New Roman"/>
        </w:rPr>
        <w:t>https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://</w:t>
      </w:r>
      <w:r w:rsidRPr="004C3275">
        <w:rPr>
          <w:rStyle w:val="HTML"/>
          <w:rFonts w:ascii="Times New Roman" w:eastAsia="Calibri" w:hAnsi="Times New Roman" w:cs="Times New Roman"/>
        </w:rPr>
        <w:t>publication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.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pravo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.</w:t>
      </w:r>
      <w:r w:rsidRPr="004C3275">
        <w:rPr>
          <w:rStyle w:val="HTML"/>
          <w:rFonts w:ascii="Times New Roman" w:eastAsia="Calibri" w:hAnsi="Times New Roman" w:cs="Times New Roman"/>
        </w:rPr>
        <w:t>gov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.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ru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r w:rsidRPr="004C3275">
        <w:rPr>
          <w:rStyle w:val="HTML"/>
          <w:rFonts w:ascii="Times New Roman" w:eastAsia="Calibri" w:hAnsi="Times New Roman" w:cs="Times New Roman"/>
        </w:rPr>
        <w:t>Document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r w:rsidRPr="004C3275">
        <w:rPr>
          <w:rStyle w:val="HTML"/>
          <w:rFonts w:ascii="Times New Roman" w:eastAsia="Calibri" w:hAnsi="Times New Roman" w:cs="Times New Roman"/>
        </w:rPr>
        <w:t>View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/0001202203300001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18.08.2026); </w:t>
      </w:r>
      <w:r w:rsidRPr="004C3275">
        <w:rPr>
          <w:rStyle w:val="HTML"/>
          <w:rFonts w:ascii="Times New Roman" w:eastAsia="Calibri" w:hAnsi="Times New Roman" w:cs="Times New Roman"/>
        </w:rPr>
        <w:t>https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://</w:t>
      </w:r>
      <w:r w:rsidRPr="004C3275">
        <w:rPr>
          <w:rStyle w:val="HTML"/>
          <w:rFonts w:ascii="Times New Roman" w:eastAsia="Calibri" w:hAnsi="Times New Roman" w:cs="Times New Roman"/>
        </w:rPr>
        <w:t>www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.</w:t>
      </w:r>
      <w:r w:rsidRPr="004C3275">
        <w:rPr>
          <w:rStyle w:val="HTML"/>
          <w:rFonts w:ascii="Times New Roman" w:eastAsia="Calibri" w:hAnsi="Times New Roman" w:cs="Times New Roman"/>
        </w:rPr>
        <w:t>kremlin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.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ru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r w:rsidRPr="004C3275">
        <w:rPr>
          <w:rStyle w:val="HTML"/>
          <w:rFonts w:ascii="Times New Roman" w:eastAsia="Calibri" w:hAnsi="Times New Roman" w:cs="Times New Roman"/>
        </w:rPr>
        <w:t>acts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r w:rsidRPr="004C3275">
        <w:rPr>
          <w:rStyle w:val="HTML"/>
          <w:rFonts w:ascii="Times New Roman" w:eastAsia="Calibri" w:hAnsi="Times New Roman" w:cs="Times New Roman"/>
        </w:rPr>
        <w:t>bank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/50542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18.08.2026).</w:t>
      </w:r>
    </w:p>
  </w:footnote>
  <w:footnote w:id="27">
    <w:p w14:paraId="0D28B291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4C3275">
        <w:rPr>
          <w:rFonts w:ascii="Times New Roman" w:hAnsi="Times New Roman" w:cs="Times New Roman"/>
          <w:sz w:val="20"/>
          <w:szCs w:val="20"/>
        </w:rPr>
        <w:t>data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worldbank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4C3275">
        <w:rPr>
          <w:rFonts w:ascii="Times New Roman" w:hAnsi="Times New Roman" w:cs="Times New Roman"/>
          <w:sz w:val="20"/>
          <w:szCs w:val="20"/>
        </w:rPr>
        <w:t>org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indicator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IT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4C3275">
        <w:rPr>
          <w:rFonts w:ascii="Times New Roman" w:hAnsi="Times New Roman" w:cs="Times New Roman"/>
          <w:sz w:val="20"/>
          <w:szCs w:val="20"/>
        </w:rPr>
        <w:t>NET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4C3275">
        <w:rPr>
          <w:rFonts w:ascii="Times New Roman" w:hAnsi="Times New Roman" w:cs="Times New Roman"/>
          <w:sz w:val="20"/>
          <w:szCs w:val="20"/>
        </w:rPr>
        <w:t>USER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4C3275">
        <w:rPr>
          <w:rFonts w:ascii="Times New Roman" w:hAnsi="Times New Roman" w:cs="Times New Roman"/>
          <w:sz w:val="20"/>
          <w:szCs w:val="20"/>
        </w:rPr>
        <w:t>ZS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?</w:t>
      </w:r>
      <w:r w:rsidRPr="004C3275">
        <w:rPr>
          <w:rFonts w:ascii="Times New Roman" w:hAnsi="Times New Roman" w:cs="Times New Roman"/>
          <w:sz w:val="20"/>
          <w:szCs w:val="20"/>
        </w:rPr>
        <w:t>locations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=</w:t>
      </w:r>
      <w:r w:rsidRPr="004C3275">
        <w:rPr>
          <w:rFonts w:ascii="Times New Roman" w:hAnsi="Times New Roman" w:cs="Times New Roman"/>
          <w:sz w:val="20"/>
          <w:szCs w:val="20"/>
        </w:rPr>
        <w:t>RU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;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4C3275">
        <w:rPr>
          <w:rFonts w:ascii="Times New Roman" w:hAnsi="Times New Roman" w:cs="Times New Roman"/>
          <w:sz w:val="20"/>
          <w:szCs w:val="20"/>
        </w:rPr>
        <w:t>government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news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/57791/ (дата обращения: 17.08.2026).</w:t>
      </w:r>
    </w:p>
  </w:footnote>
  <w:footnote w:id="28">
    <w:p w14:paraId="6D572A35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4C3275">
        <w:rPr>
          <w:rFonts w:ascii="Times New Roman" w:hAnsi="Times New Roman" w:cs="Times New Roman"/>
          <w:sz w:val="20"/>
          <w:szCs w:val="20"/>
        </w:rPr>
        <w:t>www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cbr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Psystem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 (дата обращения: 17.08.2026).</w:t>
      </w:r>
    </w:p>
  </w:footnote>
  <w:footnote w:id="29">
    <w:p w14:paraId="43FB22AC" w14:textId="77777777" w:rsidR="00401D4A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4C3275">
        <w:rPr>
          <w:rFonts w:ascii="Times New Roman" w:hAnsi="Times New Roman" w:cs="Times New Roman"/>
          <w:sz w:val="20"/>
          <w:szCs w:val="20"/>
        </w:rPr>
        <w:t>www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cbr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analytics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nps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sbp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/4_2025/; </w:t>
      </w:r>
    </w:p>
    <w:p w14:paraId="146DFE39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4C3275">
        <w:rPr>
          <w:rFonts w:ascii="Times New Roman" w:hAnsi="Times New Roman" w:cs="Times New Roman"/>
          <w:sz w:val="20"/>
          <w:szCs w:val="20"/>
        </w:rPr>
        <w:t>www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cbr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press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event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/?</w:t>
      </w:r>
      <w:r w:rsidRPr="004C3275">
        <w:rPr>
          <w:rFonts w:ascii="Times New Roman" w:hAnsi="Times New Roman" w:cs="Times New Roman"/>
          <w:sz w:val="20"/>
          <w:szCs w:val="20"/>
        </w:rPr>
        <w:t>id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=28285 (дата обращения: 17.08.2026).</w:t>
      </w:r>
    </w:p>
  </w:footnote>
  <w:footnote w:id="30">
    <w:p w14:paraId="5ABE8D19" w14:textId="77777777" w:rsidR="00401D4A" w:rsidRPr="004C3275" w:rsidRDefault="00401D4A" w:rsidP="00401D4A">
      <w:pPr>
        <w:pStyle w:val="aff9"/>
        <w:spacing w:after="0" w:line="240" w:lineRule="auto"/>
        <w:jc w:val="start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yandex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company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news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/03-03-2026-01;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4C3275">
        <w:rPr>
          <w:rFonts w:ascii="Times New Roman" w:hAnsi="Times New Roman" w:cs="Times New Roman"/>
          <w:sz w:val="20"/>
          <w:szCs w:val="20"/>
        </w:rPr>
        <w:t>www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sberbank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sberpress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all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article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?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blockID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=1303&amp;</w:t>
      </w:r>
      <w:r w:rsidRPr="004C3275">
        <w:rPr>
          <w:rFonts w:ascii="Times New Roman" w:hAnsi="Times New Roman" w:cs="Times New Roman"/>
          <w:sz w:val="20"/>
          <w:szCs w:val="20"/>
        </w:rPr>
        <w:t>lang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=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&amp;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newsID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=106</w:t>
      </w:r>
      <w:r w:rsidRPr="004C3275">
        <w:rPr>
          <w:rFonts w:ascii="Times New Roman" w:hAnsi="Times New Roman" w:cs="Times New Roman"/>
          <w:sz w:val="20"/>
          <w:szCs w:val="20"/>
        </w:rPr>
        <w:t>c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6</w:t>
      </w:r>
      <w:r w:rsidRPr="004C3275">
        <w:rPr>
          <w:rFonts w:ascii="Times New Roman" w:hAnsi="Times New Roman" w:cs="Times New Roman"/>
          <w:sz w:val="20"/>
          <w:szCs w:val="20"/>
        </w:rPr>
        <w:t>b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8</w:t>
      </w:r>
      <w:r w:rsidRPr="004C3275">
        <w:rPr>
          <w:rFonts w:ascii="Times New Roman" w:hAnsi="Times New Roman" w:cs="Times New Roman"/>
          <w:sz w:val="20"/>
          <w:szCs w:val="20"/>
        </w:rPr>
        <w:t>d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-0</w:t>
      </w:r>
      <w:r w:rsidRPr="004C3275">
        <w:rPr>
          <w:rFonts w:ascii="Times New Roman" w:hAnsi="Times New Roman" w:cs="Times New Roman"/>
          <w:sz w:val="20"/>
          <w:szCs w:val="20"/>
        </w:rPr>
        <w:t>a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92-4233-8864-1</w:t>
      </w:r>
      <w:r w:rsidRPr="004C3275">
        <w:rPr>
          <w:rFonts w:ascii="Times New Roman" w:hAnsi="Times New Roman" w:cs="Times New Roman"/>
          <w:sz w:val="20"/>
          <w:szCs w:val="20"/>
        </w:rPr>
        <w:t>b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4606</w:t>
      </w:r>
      <w:r w:rsidRPr="004C3275">
        <w:rPr>
          <w:rFonts w:ascii="Times New Roman" w:hAnsi="Times New Roman" w:cs="Times New Roman"/>
          <w:sz w:val="20"/>
          <w:szCs w:val="20"/>
        </w:rPr>
        <w:t>aa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8</w:t>
      </w:r>
      <w:r w:rsidRPr="004C3275">
        <w:rPr>
          <w:rFonts w:ascii="Times New Roman" w:hAnsi="Times New Roman" w:cs="Times New Roman"/>
          <w:sz w:val="20"/>
          <w:szCs w:val="20"/>
        </w:rPr>
        <w:t>f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90&amp;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regionID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=77&amp;</w:t>
      </w:r>
      <w:r w:rsidRPr="004C3275">
        <w:rPr>
          <w:rFonts w:ascii="Times New Roman" w:hAnsi="Times New Roman" w:cs="Times New Roman"/>
          <w:sz w:val="20"/>
          <w:szCs w:val="20"/>
        </w:rPr>
        <w:t>type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=</w:t>
      </w:r>
      <w:r w:rsidRPr="004C3275">
        <w:rPr>
          <w:rFonts w:ascii="Times New Roman" w:hAnsi="Times New Roman" w:cs="Times New Roman"/>
          <w:sz w:val="20"/>
          <w:szCs w:val="20"/>
        </w:rPr>
        <w:t>NEWS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17.08.2026).</w:t>
      </w:r>
    </w:p>
  </w:footnote>
  <w:footnote w:id="31">
    <w:p w14:paraId="5B37E15B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ICPC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</w:t>
      </w:r>
      <w:r w:rsidRPr="004C3275">
        <w:rPr>
          <w:rFonts w:ascii="Times New Roman" w:hAnsi="Times New Roman" w:cs="Times New Roman"/>
          <w:sz w:val="20"/>
          <w:szCs w:val="20"/>
        </w:rPr>
        <w:t>International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Collegiate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Programming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Contest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) — международное командное соревнование по программированию среди студентов университетов. Участники за ограниченное время решают алгоритмические задачи, требующие знаний математики, программирования и умения работать в команде. </w:t>
      </w:r>
      <w:r w:rsidRPr="004C3275">
        <w:rPr>
          <w:rFonts w:ascii="Times New Roman" w:hAnsi="Times New Roman" w:cs="Times New Roman"/>
          <w:sz w:val="20"/>
          <w:szCs w:val="20"/>
        </w:rPr>
        <w:t>ICPC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считается одним из наиболее престижных мировых соревнований по спортивному программированию среди студентов.</w:t>
      </w:r>
    </w:p>
  </w:footnote>
  <w:footnote w:id="32">
    <w:p w14:paraId="09CD41C5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icpc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4C3275">
        <w:rPr>
          <w:rFonts w:ascii="Times New Roman" w:hAnsi="Times New Roman" w:cs="Times New Roman"/>
          <w:sz w:val="20"/>
          <w:szCs w:val="20"/>
        </w:rPr>
        <w:t>global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community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history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;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4C3275">
        <w:rPr>
          <w:rFonts w:ascii="Times New Roman" w:hAnsi="Times New Roman" w:cs="Times New Roman"/>
          <w:sz w:val="20"/>
          <w:szCs w:val="20"/>
        </w:rPr>
        <w:t>news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icpc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4C3275">
        <w:rPr>
          <w:rFonts w:ascii="Times New Roman" w:hAnsi="Times New Roman" w:cs="Times New Roman"/>
          <w:sz w:val="20"/>
          <w:szCs w:val="20"/>
        </w:rPr>
        <w:t>global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wf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2018/;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icpc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4C3275">
        <w:rPr>
          <w:rFonts w:ascii="Times New Roman" w:hAnsi="Times New Roman" w:cs="Times New Roman"/>
          <w:sz w:val="20"/>
          <w:szCs w:val="20"/>
        </w:rPr>
        <w:t>global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community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results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-2019;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icpc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4C3275">
        <w:rPr>
          <w:rFonts w:ascii="Times New Roman" w:hAnsi="Times New Roman" w:cs="Times New Roman"/>
          <w:sz w:val="20"/>
          <w:szCs w:val="20"/>
        </w:rPr>
        <w:t>global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community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results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-2020 (дата обращения: 17.08.2026).</w:t>
      </w:r>
    </w:p>
  </w:footnote>
  <w:footnote w:id="33">
    <w:p w14:paraId="2260D0A6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glonass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iac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about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_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glonass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/;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4C3275">
        <w:rPr>
          <w:rFonts w:ascii="Times New Roman" w:hAnsi="Times New Roman" w:cs="Times New Roman"/>
          <w:sz w:val="20"/>
          <w:szCs w:val="20"/>
        </w:rPr>
        <w:t>www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unoosa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4C3275">
        <w:rPr>
          <w:rFonts w:ascii="Times New Roman" w:hAnsi="Times New Roman" w:cs="Times New Roman"/>
          <w:sz w:val="20"/>
          <w:szCs w:val="20"/>
        </w:rPr>
        <w:t>org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oosa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en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ourwork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psa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gnss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gnss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4C3275">
        <w:rPr>
          <w:rFonts w:ascii="Times New Roman" w:hAnsi="Times New Roman" w:cs="Times New Roman"/>
          <w:sz w:val="20"/>
          <w:szCs w:val="20"/>
        </w:rPr>
        <w:t>html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17.08.2026).</w:t>
      </w:r>
    </w:p>
  </w:footnote>
  <w:footnote w:id="34">
    <w:p w14:paraId="77313EFA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4C3275">
        <w:rPr>
          <w:rFonts w:ascii="Times New Roman" w:hAnsi="Times New Roman" w:cs="Times New Roman"/>
          <w:sz w:val="20"/>
          <w:szCs w:val="20"/>
        </w:rPr>
        <w:t>www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laspace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press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news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spektr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4C3275">
        <w:rPr>
          <w:rFonts w:ascii="Times New Roman" w:hAnsi="Times New Roman" w:cs="Times New Roman"/>
          <w:sz w:val="20"/>
          <w:szCs w:val="20"/>
        </w:rPr>
        <w:t>r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itogi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uspeshnogo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eksperimenta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fundamentalnoy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nauki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 (дата обращения: 17.08.2026).</w:t>
      </w:r>
    </w:p>
  </w:footnote>
  <w:footnote w:id="35">
    <w:p w14:paraId="3749F262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8E3AB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8E3AB5">
        <w:rPr>
          <w:rFonts w:ascii="Times New Roman" w:hAnsi="Times New Roman" w:cs="Times New Roman"/>
          <w:sz w:val="20"/>
          <w:szCs w:val="20"/>
        </w:rPr>
        <w:t>https</w:t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8E3AB5">
        <w:rPr>
          <w:rFonts w:ascii="Times New Roman" w:hAnsi="Times New Roman" w:cs="Times New Roman"/>
          <w:sz w:val="20"/>
          <w:szCs w:val="20"/>
        </w:rPr>
        <w:t>www</w:t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8E3AB5">
        <w:rPr>
          <w:rFonts w:ascii="Times New Roman" w:hAnsi="Times New Roman" w:cs="Times New Roman"/>
          <w:sz w:val="20"/>
          <w:szCs w:val="20"/>
        </w:rPr>
        <w:t>roscosmos</w:t>
      </w:r>
      <w:proofErr w:type="spellEnd"/>
      <w:r w:rsidRPr="008E3AB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8E3AB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8E3AB5">
        <w:rPr>
          <w:rFonts w:ascii="Times New Roman" w:hAnsi="Times New Roman" w:cs="Times New Roman"/>
          <w:sz w:val="20"/>
          <w:szCs w:val="20"/>
          <w:lang w:val="ru-RU"/>
        </w:rPr>
        <w:t>/37926/ (дата обращения: 17.08.2026).</w:t>
      </w:r>
    </w:p>
  </w:footnote>
  <w:footnote w:id="36">
    <w:p w14:paraId="2AE4734B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4C3275">
        <w:rPr>
          <w:rFonts w:ascii="Times New Roman" w:hAnsi="Times New Roman" w:cs="Times New Roman"/>
          <w:sz w:val="20"/>
          <w:szCs w:val="20"/>
        </w:rPr>
        <w:t>www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roscosmos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/40413/;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://1440.</w:t>
      </w:r>
      <w:r w:rsidRPr="004C3275">
        <w:rPr>
          <w:rFonts w:ascii="Times New Roman" w:hAnsi="Times New Roman" w:cs="Times New Roman"/>
          <w:sz w:val="20"/>
          <w:szCs w:val="20"/>
        </w:rPr>
        <w:t>space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 (дата обращения: 17.08.2026).</w:t>
      </w:r>
    </w:p>
  </w:footnote>
  <w:footnote w:id="37">
    <w:p w14:paraId="1927C7FC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hyperlink r:id="rId7" w:tgtFrame="_new" w:history="1"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nrcki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ru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product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press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nrcki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vyvod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reaktora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pik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na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ehnergeticheskij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rezhim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-43067.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shtml</w:t>
        </w:r>
      </w:hyperlink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; </w:t>
      </w:r>
      <w:hyperlink r:id="rId8" w:tgtFrame="_new" w:history="1"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nrcki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ru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product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nrcki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/-55092.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shtml</w:t>
        </w:r>
        <w:proofErr w:type="spellEnd"/>
      </w:hyperlink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17.08.2026).</w:t>
      </w:r>
    </w:p>
  </w:footnote>
  <w:footnote w:id="38">
    <w:p w14:paraId="262FC9D1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hyperlink r:id="rId9" w:tgtFrame="_new" w:history="1"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srf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skif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ru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index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php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/Новости</w:t>
        </w:r>
      </w:hyperlink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17.08.2026).</w:t>
      </w:r>
    </w:p>
  </w:footnote>
  <w:footnote w:id="39">
    <w:p w14:paraId="125E2468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hyperlink r:id="rId10" w:tgtFrame="_new" w:history="1"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www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jinr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ru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posts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nts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oiyai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o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statuse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nica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i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razvitii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uchebno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nauchnogo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tsentra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</w:hyperlink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17.08.2026).</w:t>
      </w:r>
    </w:p>
  </w:footnote>
  <w:footnote w:id="40">
    <w:p w14:paraId="40A75637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ITER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</w:t>
      </w:r>
      <w:r w:rsidRPr="004C3275">
        <w:rPr>
          <w:rFonts w:ascii="Times New Roman" w:hAnsi="Times New Roman" w:cs="Times New Roman"/>
          <w:sz w:val="20"/>
          <w:szCs w:val="20"/>
        </w:rPr>
        <w:t>International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Thermonuclear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Experimental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Fonts w:ascii="Times New Roman" w:hAnsi="Times New Roman" w:cs="Times New Roman"/>
          <w:sz w:val="20"/>
          <w:szCs w:val="20"/>
        </w:rPr>
        <w:t>Reactor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) — международный экспериментальный проект в области управляемого термоядерного синтеза, реализуемый при участии России, Европейского союза, Китая, Индии, Японии, Республики Корея и США.</w:t>
      </w:r>
    </w:p>
  </w:footnote>
  <w:footnote w:id="41">
    <w:p w14:paraId="6EA34ACD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Образование в цифрах: </w:t>
      </w:r>
      <w:proofErr w:type="gramStart"/>
      <w:r w:rsidRPr="004C3275">
        <w:rPr>
          <w:rFonts w:ascii="Times New Roman" w:hAnsi="Times New Roman" w:cs="Times New Roman"/>
          <w:sz w:val="20"/>
          <w:szCs w:val="20"/>
          <w:lang w:val="ru-RU"/>
        </w:rPr>
        <w:t>2023 :</w:t>
      </w:r>
      <w:proofErr w:type="gramEnd"/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краткий статистический сборник / Т. А. Варламова, Л. М. </w:t>
      </w:r>
      <w:proofErr w:type="spellStart"/>
      <w:r w:rsidRPr="004C3275">
        <w:rPr>
          <w:rFonts w:ascii="Times New Roman" w:hAnsi="Times New Roman" w:cs="Times New Roman"/>
          <w:sz w:val="20"/>
          <w:szCs w:val="20"/>
          <w:lang w:val="ru-RU"/>
        </w:rPr>
        <w:t>Гохберг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, О. К. Озерова и др. М. : НИУ ВШЭ, 2023. С. 21.</w:t>
      </w:r>
    </w:p>
  </w:footnote>
  <w:footnote w:id="42">
    <w:p w14:paraId="09799DFA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FootnoteCharacters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ab/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minobrnauki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4C3275">
        <w:rPr>
          <w:rFonts w:ascii="Times New Roman" w:hAnsi="Times New Roman" w:cs="Times New Roman"/>
          <w:sz w:val="20"/>
          <w:szCs w:val="20"/>
        </w:rPr>
        <w:t>gov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press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4C3275">
        <w:rPr>
          <w:rFonts w:ascii="Times New Roman" w:hAnsi="Times New Roman" w:cs="Times New Roman"/>
          <w:sz w:val="20"/>
          <w:szCs w:val="20"/>
        </w:rPr>
        <w:t>center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news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novosti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ministerstva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/90280/ (дата обращения: 14.08.2026); </w:t>
      </w:r>
      <w:r w:rsidRPr="004C3275">
        <w:rPr>
          <w:rFonts w:ascii="Times New Roman" w:hAnsi="Times New Roman" w:cs="Times New Roman"/>
          <w:sz w:val="20"/>
          <w:szCs w:val="20"/>
        </w:rPr>
        <w:t>https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://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minobrnauki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4C3275">
        <w:rPr>
          <w:rFonts w:ascii="Times New Roman" w:hAnsi="Times New Roman" w:cs="Times New Roman"/>
          <w:sz w:val="20"/>
          <w:szCs w:val="20"/>
        </w:rPr>
        <w:t>gov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press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4C3275">
        <w:rPr>
          <w:rFonts w:ascii="Times New Roman" w:hAnsi="Times New Roman" w:cs="Times New Roman"/>
          <w:sz w:val="20"/>
          <w:szCs w:val="20"/>
        </w:rPr>
        <w:t>center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</w:rPr>
        <w:t>news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/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novosti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-</w:t>
      </w:r>
      <w:proofErr w:type="spellStart"/>
      <w:r w:rsidRPr="004C3275">
        <w:rPr>
          <w:rFonts w:ascii="Times New Roman" w:hAnsi="Times New Roman" w:cs="Times New Roman"/>
          <w:sz w:val="20"/>
          <w:szCs w:val="20"/>
        </w:rPr>
        <w:t>ministerstva</w:t>
      </w:r>
      <w:proofErr w:type="spellEnd"/>
      <w:r w:rsidRPr="004C3275">
        <w:rPr>
          <w:rFonts w:ascii="Times New Roman" w:hAnsi="Times New Roman" w:cs="Times New Roman"/>
          <w:sz w:val="20"/>
          <w:szCs w:val="20"/>
          <w:lang w:val="ru-RU"/>
        </w:rPr>
        <w:t>/90681/ (дата обращения: 14.08.2026).</w:t>
      </w:r>
    </w:p>
  </w:footnote>
  <w:footnote w:id="43">
    <w:p w14:paraId="19AE2AE8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https://marketing.rbc.ru/articles/16715/</w:t>
      </w:r>
    </w:p>
  </w:footnote>
  <w:footnote w:id="44">
    <w:p w14:paraId="49B0CAC4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8E3AB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 xml:space="preserve"> Ежегодный отчёт Правительства в Государственной Думе. 3 апреля 2024 </w:t>
      </w:r>
      <w:r w:rsidRPr="008E3AB5">
        <w:rPr>
          <w:rFonts w:ascii="Times New Roman" w:hAnsi="Times New Roman" w:cs="Times New Roman"/>
          <w:sz w:val="20"/>
          <w:szCs w:val="20"/>
        </w:rPr>
        <w:t>https</w:t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8E3AB5">
        <w:rPr>
          <w:rFonts w:ascii="Times New Roman" w:hAnsi="Times New Roman" w:cs="Times New Roman"/>
          <w:sz w:val="20"/>
          <w:szCs w:val="20"/>
        </w:rPr>
        <w:t>government</w:t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8E3AB5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8E3AB5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8E3AB5">
        <w:rPr>
          <w:rFonts w:ascii="Times New Roman" w:hAnsi="Times New Roman" w:cs="Times New Roman"/>
          <w:sz w:val="20"/>
          <w:szCs w:val="20"/>
        </w:rPr>
        <w:t>news</w:t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>/51246/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14.08.2026).</w:t>
      </w:r>
    </w:p>
  </w:footnote>
  <w:footnote w:id="45">
    <w:p w14:paraId="1E5F9BCB" w14:textId="77777777" w:rsidR="00401D4A" w:rsidRPr="004C3275" w:rsidRDefault="00401D4A" w:rsidP="00401D4A">
      <w:pPr>
        <w:spacing w:after="0" w:line="240" w:lineRule="auto"/>
        <w:rPr>
          <w:rFonts w:ascii="Times New Roman" w:hAnsi="Times New Roman" w:cs="Times New Roman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Cs w:val="20"/>
          <w:lang w:val="ru-RU"/>
        </w:rPr>
        <w:t xml:space="preserve"> </w:t>
      </w:r>
      <w:hyperlink r:id="rId11">
        <w:r w:rsidRPr="004C3275">
          <w:rPr>
            <w:rFonts w:ascii="Times New Roman" w:eastAsia="Times New Roman" w:hAnsi="Times New Roman" w:cs="Times New Roman"/>
            <w:szCs w:val="20"/>
          </w:rPr>
          <w:t>https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://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minobrnauki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.</w:t>
        </w:r>
        <w:r w:rsidRPr="004C3275">
          <w:rPr>
            <w:rFonts w:ascii="Times New Roman" w:eastAsia="Times New Roman" w:hAnsi="Times New Roman" w:cs="Times New Roman"/>
            <w:szCs w:val="20"/>
          </w:rPr>
          <w:t>gov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.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ru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Cs w:val="20"/>
          </w:rPr>
          <w:t>press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r w:rsidRPr="004C3275">
          <w:rPr>
            <w:rFonts w:ascii="Times New Roman" w:eastAsia="Times New Roman" w:hAnsi="Times New Roman" w:cs="Times New Roman"/>
            <w:szCs w:val="20"/>
          </w:rPr>
          <w:t>center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Cs w:val="20"/>
          </w:rPr>
          <w:t>news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nauka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i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obrazovanie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/97347/</w:t>
        </w:r>
      </w:hyperlink>
      <w:r w:rsidRPr="004C3275">
        <w:rPr>
          <w:rFonts w:ascii="Times New Roman" w:eastAsia="Times New Roman" w:hAnsi="Times New Roman" w:cs="Times New Roman"/>
          <w:szCs w:val="20"/>
          <w:lang w:val="ru-RU"/>
        </w:rPr>
        <w:t xml:space="preserve"> (дата обращения: 14.08.2026); Коваленко А., Полушкина А., Федотов А. Наука в университетах — драйвер развития или привилегия избранных? // Университетское управление: практика и анализ. — 2021. — Т. 25, № 4.</w:t>
      </w:r>
    </w:p>
  </w:footnote>
  <w:footnote w:id="46">
    <w:p w14:paraId="54E88560" w14:textId="77777777" w:rsidR="00401D4A" w:rsidRPr="004C3275" w:rsidRDefault="00401D4A" w:rsidP="00401D4A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4C3275">
        <w:rPr>
          <w:rFonts w:ascii="Times New Roman" w:eastAsia="Times New Roman" w:hAnsi="Times New Roman" w:cs="Times New Roman"/>
          <w:szCs w:val="20"/>
        </w:rPr>
        <w:t>Logunov</w:t>
      </w:r>
      <w:proofErr w:type="spellEnd"/>
      <w:r w:rsidRPr="004C3275">
        <w:rPr>
          <w:rFonts w:ascii="Times New Roman" w:eastAsia="Times New Roman" w:hAnsi="Times New Roman" w:cs="Times New Roman"/>
          <w:szCs w:val="20"/>
        </w:rPr>
        <w:t xml:space="preserve"> D. Y. et al. Safety and efficacy of an rAd26 and rAd5 vector-based heterologous prime-boost COVID-19 vaccine: an interim analysis of a </w:t>
      </w:r>
      <w:proofErr w:type="spellStart"/>
      <w:r w:rsidRPr="004C3275">
        <w:rPr>
          <w:rFonts w:ascii="Times New Roman" w:eastAsia="Times New Roman" w:hAnsi="Times New Roman" w:cs="Times New Roman"/>
          <w:szCs w:val="20"/>
        </w:rPr>
        <w:t>randomised</w:t>
      </w:r>
      <w:proofErr w:type="spellEnd"/>
      <w:r w:rsidRPr="004C3275">
        <w:rPr>
          <w:rFonts w:ascii="Times New Roman" w:eastAsia="Times New Roman" w:hAnsi="Times New Roman" w:cs="Times New Roman"/>
          <w:szCs w:val="20"/>
        </w:rPr>
        <w:t xml:space="preserve"> controlled phase 3 trial in Russia // The Lancet. — 2021. — Vol. 397. — </w:t>
      </w:r>
      <w:r>
        <w:rPr>
          <w:rFonts w:ascii="Times New Roman" w:eastAsia="Times New Roman" w:hAnsi="Times New Roman" w:cs="Times New Roman"/>
          <w:szCs w:val="20"/>
        </w:rPr>
        <w:br/>
      </w:r>
      <w:r w:rsidRPr="004C3275">
        <w:rPr>
          <w:rFonts w:ascii="Times New Roman" w:eastAsia="Times New Roman" w:hAnsi="Times New Roman" w:cs="Times New Roman"/>
          <w:szCs w:val="20"/>
        </w:rPr>
        <w:t>P. 671–681.</w:t>
      </w:r>
    </w:p>
  </w:footnote>
  <w:footnote w:id="47">
    <w:p w14:paraId="77518A6A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hyperlink r:id="rId12" w:tgtFrame="_new" w:history="1"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ria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ru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/20220609/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covid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-1794086823.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html</w:t>
        </w:r>
      </w:hyperlink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18.08.2026). При этом в открытой сводной статистике этот показатель не разделялся по конкретным вакцинам, поэтому отдельно определить итоговую долю населения, привитого именно «Спутником V», нельзя.</w:t>
      </w:r>
    </w:p>
  </w:footnote>
  <w:footnote w:id="48">
    <w:p w14:paraId="0E37FCD9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8E3AB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hyperlink r:id="rId13" w:tgtFrame="_new" w:history="1"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www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proofErr w:type="spellStart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wto</w:t>
        </w:r>
        <w:proofErr w:type="spellEnd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org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proofErr w:type="spellStart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english</w:t>
        </w:r>
        <w:proofErr w:type="spellEnd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proofErr w:type="spellStart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tratop</w:t>
        </w:r>
        <w:proofErr w:type="spellEnd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_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e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covid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19_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e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vaccine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_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trade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_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tracker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_12_11_2021.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html</w:t>
        </w:r>
      </w:hyperlink>
      <w:r w:rsidRPr="008E3AB5">
        <w:rPr>
          <w:rStyle w:val="affa"/>
          <w:rFonts w:ascii="Times New Roman" w:hAnsi="Times New Roman" w:cs="Times New Roman"/>
          <w:color w:val="auto"/>
          <w:sz w:val="20"/>
          <w:szCs w:val="20"/>
          <w:u w:val="none"/>
          <w:lang w:val="ru-RU"/>
        </w:rPr>
        <w:t xml:space="preserve"> </w:t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>(дата обращения: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18.08.2026).</w:t>
      </w:r>
    </w:p>
  </w:footnote>
  <w:footnote w:id="49">
    <w:p w14:paraId="14EBB985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Style w:val="HTML"/>
          <w:rFonts w:ascii="Times New Roman" w:eastAsia="Calibri" w:hAnsi="Times New Roman" w:cs="Times New Roman"/>
        </w:rPr>
        <w:t>https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://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sputnikvaccine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.</w:t>
      </w:r>
      <w:r w:rsidRPr="004C3275">
        <w:rPr>
          <w:rStyle w:val="HTML"/>
          <w:rFonts w:ascii="Times New Roman" w:eastAsia="Calibri" w:hAnsi="Times New Roman" w:cs="Times New Roman"/>
        </w:rPr>
        <w:t>com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rus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r w:rsidRPr="004C3275">
        <w:rPr>
          <w:rStyle w:val="HTML"/>
          <w:rFonts w:ascii="Times New Roman" w:eastAsia="Calibri" w:hAnsi="Times New Roman" w:cs="Times New Roman"/>
        </w:rPr>
        <w:t>newsroom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pressreleases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vaktsiny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r w:rsidRPr="004C3275">
        <w:rPr>
          <w:rStyle w:val="HTML"/>
          <w:rFonts w:ascii="Times New Roman" w:eastAsia="Calibri" w:hAnsi="Times New Roman" w:cs="Times New Roman"/>
        </w:rPr>
        <w:t>sputnik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r w:rsidRPr="004C3275">
        <w:rPr>
          <w:rStyle w:val="HTML"/>
          <w:rFonts w:ascii="Times New Roman" w:eastAsia="Calibri" w:hAnsi="Times New Roman" w:cs="Times New Roman"/>
        </w:rPr>
        <w:t>v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i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r w:rsidRPr="004C3275">
        <w:rPr>
          <w:rStyle w:val="HTML"/>
          <w:rFonts w:ascii="Times New Roman" w:eastAsia="Calibri" w:hAnsi="Times New Roman" w:cs="Times New Roman"/>
        </w:rPr>
        <w:t>sputnik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layt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odobreny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r w:rsidRPr="004C3275">
        <w:rPr>
          <w:rStyle w:val="HTML"/>
          <w:rFonts w:ascii="Times New Roman" w:eastAsia="Calibri" w:hAnsi="Times New Roman" w:cs="Times New Roman"/>
        </w:rPr>
        <w:t>v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kambodzhe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19.08.2026).</w:t>
      </w:r>
    </w:p>
  </w:footnote>
  <w:footnote w:id="50">
    <w:p w14:paraId="3238EEFF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8E3AB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hyperlink r:id="rId14">
        <w:r w:rsidRPr="008E3AB5">
          <w:rPr>
            <w:rFonts w:ascii="Times New Roman" w:eastAsia="Times New Roman" w:hAnsi="Times New Roman" w:cs="Times New Roman"/>
            <w:sz w:val="20"/>
            <w:szCs w:val="20"/>
          </w:rPr>
          <w:t>https</w:t>
        </w:r>
        <w:r w:rsidRPr="008E3AB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://</w:t>
        </w:r>
        <w:r w:rsidRPr="008E3AB5">
          <w:rPr>
            <w:rFonts w:ascii="Times New Roman" w:eastAsia="Times New Roman" w:hAnsi="Times New Roman" w:cs="Times New Roman"/>
            <w:sz w:val="20"/>
            <w:szCs w:val="20"/>
          </w:rPr>
          <w:t>rosstat</w:t>
        </w:r>
        <w:r w:rsidRPr="008E3AB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.</w:t>
        </w:r>
        <w:r w:rsidRPr="008E3AB5">
          <w:rPr>
            <w:rFonts w:ascii="Times New Roman" w:eastAsia="Times New Roman" w:hAnsi="Times New Roman" w:cs="Times New Roman"/>
            <w:sz w:val="20"/>
            <w:szCs w:val="20"/>
          </w:rPr>
          <w:t>gov</w:t>
        </w:r>
        <w:r w:rsidRPr="008E3AB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.</w:t>
        </w:r>
        <w:r w:rsidRPr="008E3AB5">
          <w:rPr>
            <w:rFonts w:ascii="Times New Roman" w:eastAsia="Times New Roman" w:hAnsi="Times New Roman" w:cs="Times New Roman"/>
            <w:sz w:val="20"/>
            <w:szCs w:val="20"/>
          </w:rPr>
          <w:t>ru</w:t>
        </w:r>
        <w:r w:rsidRPr="008E3AB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/</w:t>
        </w:r>
        <w:r w:rsidRPr="008E3AB5">
          <w:rPr>
            <w:rFonts w:ascii="Times New Roman" w:eastAsia="Times New Roman" w:hAnsi="Times New Roman" w:cs="Times New Roman"/>
            <w:sz w:val="20"/>
            <w:szCs w:val="20"/>
          </w:rPr>
          <w:t>folder</w:t>
        </w:r>
        <w:r w:rsidRPr="008E3AB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/210/</w:t>
        </w:r>
        <w:r w:rsidRPr="008E3AB5">
          <w:rPr>
            <w:rFonts w:ascii="Times New Roman" w:eastAsia="Times New Roman" w:hAnsi="Times New Roman" w:cs="Times New Roman"/>
            <w:sz w:val="20"/>
            <w:szCs w:val="20"/>
          </w:rPr>
          <w:t>document</w:t>
        </w:r>
        <w:r w:rsidRPr="008E3AB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/13218</w:t>
        </w:r>
      </w:hyperlink>
      <w:r w:rsidRPr="008E3AB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(дата обращения: 14.08.2026);</w:t>
      </w:r>
      <w:r w:rsidRPr="004C327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hyperlink r:id="rId15"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https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://</w:t>
        </w:r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rosstat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.</w:t>
        </w:r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gov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.</w:t>
        </w:r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ru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bgd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regl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B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02_16/</w:t>
        </w:r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IssWWW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.</w:t>
        </w:r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exe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Stg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d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010/</w:t>
        </w:r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i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010430</w:t>
        </w:r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r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.</w:t>
        </w:r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htm</w:t>
        </w:r>
      </w:hyperlink>
      <w:r w:rsidRPr="004C327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(дата обращения: 14.08.2026).</w:t>
      </w:r>
    </w:p>
  </w:footnote>
  <w:footnote w:id="51">
    <w:p w14:paraId="4D3571A5" w14:textId="77777777" w:rsidR="00401D4A" w:rsidRPr="004C3275" w:rsidRDefault="00401D4A" w:rsidP="00401D4A">
      <w:pPr>
        <w:spacing w:after="0" w:line="240" w:lineRule="auto"/>
        <w:rPr>
          <w:rFonts w:ascii="Times New Roman" w:hAnsi="Times New Roman" w:cs="Times New Roman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hyperlink r:id="rId16" w:history="1"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https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://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minzdrav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.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gov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.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ru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en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regional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_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news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/25213-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pochti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-100-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mladentsev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v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sverdlovskoy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oblasti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obsledovany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po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programme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rasshirennogo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neonatalnogo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skrininga</w:t>
        </w:r>
      </w:hyperlink>
      <w:r w:rsidRPr="004C3275">
        <w:rPr>
          <w:rFonts w:ascii="Times New Roman" w:eastAsia="Times New Roman" w:hAnsi="Times New Roman" w:cs="Times New Roman"/>
          <w:szCs w:val="20"/>
          <w:lang w:val="ru-RU"/>
        </w:rPr>
        <w:t xml:space="preserve"> (дата обращения: 14.08.2026); </w:t>
      </w:r>
      <w:hyperlink r:id="rId17">
        <w:r w:rsidRPr="004C3275">
          <w:rPr>
            <w:rFonts w:ascii="Times New Roman" w:eastAsia="Times New Roman" w:hAnsi="Times New Roman" w:cs="Times New Roman"/>
            <w:szCs w:val="20"/>
          </w:rPr>
          <w:t>https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://</w:t>
        </w:r>
        <w:r w:rsidRPr="004C3275">
          <w:rPr>
            <w:rFonts w:ascii="Times New Roman" w:eastAsia="Times New Roman" w:hAnsi="Times New Roman" w:cs="Times New Roman"/>
            <w:szCs w:val="20"/>
          </w:rPr>
          <w:t>minzdrav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.</w:t>
        </w:r>
        <w:r w:rsidRPr="004C3275">
          <w:rPr>
            <w:rFonts w:ascii="Times New Roman" w:eastAsia="Times New Roman" w:hAnsi="Times New Roman" w:cs="Times New Roman"/>
            <w:szCs w:val="20"/>
          </w:rPr>
          <w:t>gov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.</w:t>
        </w:r>
        <w:r w:rsidRPr="004C3275">
          <w:rPr>
            <w:rFonts w:ascii="Times New Roman" w:eastAsia="Times New Roman" w:hAnsi="Times New Roman" w:cs="Times New Roman"/>
            <w:szCs w:val="20"/>
          </w:rPr>
          <w:t>ru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Cs w:val="20"/>
          </w:rPr>
          <w:t>en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Cs w:val="20"/>
          </w:rPr>
          <w:t>special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Cs w:val="20"/>
          </w:rPr>
          <w:t>regional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_</w:t>
        </w:r>
        <w:r w:rsidRPr="004C3275">
          <w:rPr>
            <w:rFonts w:ascii="Times New Roman" w:eastAsia="Times New Roman" w:hAnsi="Times New Roman" w:cs="Times New Roman"/>
            <w:szCs w:val="20"/>
          </w:rPr>
          <w:t>news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/24394-</w:t>
        </w:r>
        <w:r w:rsidRPr="004C3275">
          <w:rPr>
            <w:rFonts w:ascii="Times New Roman" w:eastAsia="Times New Roman" w:hAnsi="Times New Roman" w:cs="Times New Roman"/>
            <w:szCs w:val="20"/>
          </w:rPr>
          <w:t>za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r w:rsidRPr="004C3275">
          <w:rPr>
            <w:rFonts w:ascii="Times New Roman" w:eastAsia="Times New Roman" w:hAnsi="Times New Roman" w:cs="Times New Roman"/>
            <w:szCs w:val="20"/>
          </w:rPr>
          <w:t>tri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r w:rsidRPr="004C3275">
          <w:rPr>
            <w:rFonts w:ascii="Times New Roman" w:eastAsia="Times New Roman" w:hAnsi="Times New Roman" w:cs="Times New Roman"/>
            <w:szCs w:val="20"/>
          </w:rPr>
          <w:t>mesyatsa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-2025-</w:t>
        </w:r>
        <w:r w:rsidRPr="004C3275">
          <w:rPr>
            <w:rFonts w:ascii="Times New Roman" w:eastAsia="Times New Roman" w:hAnsi="Times New Roman" w:cs="Times New Roman"/>
            <w:szCs w:val="20"/>
          </w:rPr>
          <w:t>goda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r w:rsidRPr="004C3275">
          <w:rPr>
            <w:rFonts w:ascii="Times New Roman" w:eastAsia="Times New Roman" w:hAnsi="Times New Roman" w:cs="Times New Roman"/>
            <w:szCs w:val="20"/>
          </w:rPr>
          <w:t>bolee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-4000-</w:t>
        </w:r>
        <w:r w:rsidRPr="004C3275">
          <w:rPr>
            <w:rFonts w:ascii="Times New Roman" w:eastAsia="Times New Roman" w:hAnsi="Times New Roman" w:cs="Times New Roman"/>
            <w:szCs w:val="20"/>
          </w:rPr>
          <w:t>novorozhdyonnyh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r w:rsidRPr="004C3275">
          <w:rPr>
            <w:rFonts w:ascii="Times New Roman" w:eastAsia="Times New Roman" w:hAnsi="Times New Roman" w:cs="Times New Roman"/>
            <w:szCs w:val="20"/>
          </w:rPr>
          <w:t>yugorchan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r w:rsidRPr="004C3275">
          <w:rPr>
            <w:rFonts w:ascii="Times New Roman" w:eastAsia="Times New Roman" w:hAnsi="Times New Roman" w:cs="Times New Roman"/>
            <w:szCs w:val="20"/>
          </w:rPr>
          <w:t>proshli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r w:rsidRPr="004C3275">
          <w:rPr>
            <w:rFonts w:ascii="Times New Roman" w:eastAsia="Times New Roman" w:hAnsi="Times New Roman" w:cs="Times New Roman"/>
            <w:szCs w:val="20"/>
          </w:rPr>
          <w:t>obsledovanie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r w:rsidRPr="004C3275">
          <w:rPr>
            <w:rFonts w:ascii="Times New Roman" w:eastAsia="Times New Roman" w:hAnsi="Times New Roman" w:cs="Times New Roman"/>
            <w:szCs w:val="20"/>
          </w:rPr>
          <w:t>na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r w:rsidRPr="004C3275">
          <w:rPr>
            <w:rFonts w:ascii="Times New Roman" w:eastAsia="Times New Roman" w:hAnsi="Times New Roman" w:cs="Times New Roman"/>
            <w:szCs w:val="20"/>
          </w:rPr>
          <w:t>nasledstvennye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r w:rsidRPr="004C3275">
          <w:rPr>
            <w:rFonts w:ascii="Times New Roman" w:eastAsia="Times New Roman" w:hAnsi="Times New Roman" w:cs="Times New Roman"/>
            <w:szCs w:val="20"/>
          </w:rPr>
          <w:t>i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r w:rsidRPr="004C3275">
          <w:rPr>
            <w:rFonts w:ascii="Times New Roman" w:eastAsia="Times New Roman" w:hAnsi="Times New Roman" w:cs="Times New Roman"/>
            <w:szCs w:val="20"/>
          </w:rPr>
          <w:t>vrozhdyonnye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zabolevaniya</w:t>
        </w:r>
        <w:proofErr w:type="spellEnd"/>
      </w:hyperlink>
      <w:r w:rsidRPr="004C3275">
        <w:rPr>
          <w:rFonts w:ascii="Times New Roman" w:eastAsia="Times New Roman" w:hAnsi="Times New Roman" w:cs="Times New Roman"/>
          <w:szCs w:val="20"/>
          <w:lang w:val="ru-RU"/>
        </w:rPr>
        <w:t xml:space="preserve"> (дата обращения: 14.08.2026).</w:t>
      </w:r>
    </w:p>
  </w:footnote>
  <w:footnote w:id="52">
    <w:p w14:paraId="1655ABF3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hyperlink r:id="rId18" w:tgtFrame="_new" w:history="1"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minzdrav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gov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ru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special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ministry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natsproektzdravoohranenie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onko</w:t>
        </w:r>
        <w:proofErr w:type="spellEnd"/>
      </w:hyperlink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16.08.2026).</w:t>
      </w:r>
    </w:p>
  </w:footnote>
  <w:footnote w:id="53">
    <w:p w14:paraId="6FB2370E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4C3275">
        <w:rPr>
          <w:rStyle w:val="HTML"/>
          <w:rFonts w:ascii="Times New Roman" w:eastAsia="Calibri" w:hAnsi="Times New Roman" w:cs="Times New Roman"/>
        </w:rPr>
        <w:t>https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://</w:t>
      </w:r>
      <w:r w:rsidRPr="004C3275">
        <w:rPr>
          <w:rStyle w:val="HTML"/>
          <w:rFonts w:ascii="Times New Roman" w:eastAsia="Calibri" w:hAnsi="Times New Roman" w:cs="Times New Roman"/>
        </w:rPr>
        <w:t>new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.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nmicr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.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ru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r w:rsidRPr="004C3275">
        <w:rPr>
          <w:rStyle w:val="HTML"/>
          <w:rFonts w:ascii="Times New Roman" w:eastAsia="Calibri" w:hAnsi="Times New Roman" w:cs="Times New Roman"/>
        </w:rPr>
        <w:t>news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ocherednoj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uspeh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jadernoj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mediciny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vpervye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r w:rsidRPr="004C3275">
        <w:rPr>
          <w:rStyle w:val="HTML"/>
          <w:rFonts w:ascii="Times New Roman" w:eastAsia="Calibri" w:hAnsi="Times New Roman" w:cs="Times New Roman"/>
        </w:rPr>
        <w:t>v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rossii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dlja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lechenija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pacientov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r w:rsidRPr="004C3275">
        <w:rPr>
          <w:rStyle w:val="HTML"/>
          <w:rFonts w:ascii="Times New Roman" w:eastAsia="Calibri" w:hAnsi="Times New Roman" w:cs="Times New Roman"/>
        </w:rPr>
        <w:t>s</w:t>
      </w:r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nejrojendokrinnymi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opuholjami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primenen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otechestvennyj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preparat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na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osnove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lu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-177-</w:t>
      </w:r>
      <w:proofErr w:type="spellStart"/>
      <w:r w:rsidRPr="004C3275">
        <w:rPr>
          <w:rStyle w:val="HTML"/>
          <w:rFonts w:ascii="Times New Roman" w:eastAsia="Calibri" w:hAnsi="Times New Roman" w:cs="Times New Roman"/>
        </w:rPr>
        <w:t>dotatate</w:t>
      </w:r>
      <w:proofErr w:type="spellEnd"/>
      <w:r w:rsidRPr="004C3275">
        <w:rPr>
          <w:rStyle w:val="HTML"/>
          <w:rFonts w:ascii="Times New Roman" w:eastAsia="Calibri" w:hAnsi="Times New Roman" w:cs="Times New Roman"/>
          <w:lang w:val="ru-RU"/>
        </w:rPr>
        <w:t>/</w:t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19.08.2026).</w:t>
      </w:r>
    </w:p>
  </w:footnote>
  <w:footnote w:id="54">
    <w:p w14:paraId="22F7139E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НЕООНКОВАК — персонализированная противоопухолевая мРНК-вакцина, которую создают индивидуально с учётом молекулярно-генетических характеристик опухоли конкретного пациента. Первое клиническое применение в 2026 г. было проведено у пациента с меланомой кожи.</w:t>
      </w:r>
    </w:p>
  </w:footnote>
  <w:footnote w:id="55">
    <w:p w14:paraId="7BB84DDD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hyperlink r:id="rId19" w:tgtFrame="_new" w:history="1"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new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nmicr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ru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news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nmic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radiologii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pervyj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klinicheskij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opyt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primenenija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mrnk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vakciny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</w:hyperlink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16.08.2026).</w:t>
      </w:r>
    </w:p>
  </w:footnote>
  <w:footnote w:id="56">
    <w:p w14:paraId="689023B3" w14:textId="77777777" w:rsidR="00401D4A" w:rsidRPr="004C3275" w:rsidRDefault="00401D4A" w:rsidP="00401D4A">
      <w:pPr>
        <w:spacing w:after="0" w:line="240" w:lineRule="auto"/>
        <w:rPr>
          <w:rFonts w:ascii="Times New Roman" w:hAnsi="Times New Roman" w:cs="Times New Roman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Cs w:val="20"/>
          <w:lang w:val="ru-RU"/>
        </w:rPr>
        <w:t xml:space="preserve"> </w:t>
      </w:r>
      <w:hyperlink r:id="rId20">
        <w:r w:rsidRPr="004C3275">
          <w:rPr>
            <w:rFonts w:ascii="Times New Roman" w:eastAsia="Times New Roman" w:hAnsi="Times New Roman" w:cs="Times New Roman"/>
            <w:szCs w:val="20"/>
          </w:rPr>
          <w:t>https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://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minsport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.</w:t>
        </w:r>
        <w:r w:rsidRPr="004C3275">
          <w:rPr>
            <w:rFonts w:ascii="Times New Roman" w:eastAsia="Times New Roman" w:hAnsi="Times New Roman" w:cs="Times New Roman"/>
            <w:szCs w:val="20"/>
          </w:rPr>
          <w:t>gov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.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ru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Cs w:val="20"/>
          </w:rPr>
          <w:t>press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r w:rsidRPr="004C3275">
          <w:rPr>
            <w:rFonts w:ascii="Times New Roman" w:eastAsia="Times New Roman" w:hAnsi="Times New Roman" w:cs="Times New Roman"/>
            <w:szCs w:val="20"/>
          </w:rPr>
          <w:t>center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Cs w:val="20"/>
          </w:rPr>
          <w:t>news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mihail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degtyarev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provel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vstrechu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r w:rsidRPr="004C3275">
          <w:rPr>
            <w:rFonts w:ascii="Times New Roman" w:eastAsia="Times New Roman" w:hAnsi="Times New Roman" w:cs="Times New Roman"/>
            <w:szCs w:val="20"/>
          </w:rPr>
          <w:t>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deputatami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komiteta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r w:rsidRPr="004C3275">
          <w:rPr>
            <w:rFonts w:ascii="Times New Roman" w:eastAsia="Times New Roman" w:hAnsi="Times New Roman" w:cs="Times New Roman"/>
            <w:szCs w:val="20"/>
          </w:rPr>
          <w:t>po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fizicheskoj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kulture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i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sportu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</w:hyperlink>
      <w:r w:rsidRPr="004C3275">
        <w:rPr>
          <w:rFonts w:ascii="Times New Roman" w:eastAsia="Times New Roman" w:hAnsi="Times New Roman" w:cs="Times New Roman"/>
          <w:szCs w:val="20"/>
          <w:lang w:val="ru-RU"/>
        </w:rPr>
        <w:t xml:space="preserve"> (дата обращения: 16.08.2026).</w:t>
      </w:r>
    </w:p>
  </w:footnote>
  <w:footnote w:id="57">
    <w:p w14:paraId="7CB67326" w14:textId="77777777" w:rsidR="00401D4A" w:rsidRPr="008E3AB5" w:rsidRDefault="00401D4A" w:rsidP="00401D4A">
      <w:pPr>
        <w:spacing w:after="0" w:line="240" w:lineRule="auto"/>
        <w:jc w:val="start"/>
        <w:rPr>
          <w:rFonts w:ascii="Times New Roman" w:hAnsi="Times New Roman" w:cs="Times New Roman"/>
          <w:lang w:val="ru-RU"/>
        </w:rPr>
      </w:pPr>
      <w:r w:rsidRPr="00C80878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C80878">
        <w:rPr>
          <w:rFonts w:ascii="Times New Roman" w:hAnsi="Times New Roman" w:cs="Times New Roman"/>
          <w:szCs w:val="20"/>
          <w:lang w:val="ru-RU"/>
        </w:rPr>
        <w:t xml:space="preserve"> </w:t>
      </w:r>
      <w:hyperlink r:id="rId21" w:history="1"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https</w:t>
        </w:r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://</w:t>
        </w:r>
        <w:proofErr w:type="spellStart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национальныепроекты.рф</w:t>
        </w:r>
        <w:proofErr w:type="spellEnd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/</w:t>
        </w:r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news</w:t>
        </w:r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/</w:t>
        </w:r>
        <w:proofErr w:type="spellStart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kogda</w:t>
        </w:r>
        <w:proofErr w:type="spellEnd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</w:t>
        </w:r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sport</w:t>
        </w:r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</w:t>
        </w:r>
        <w:proofErr w:type="spellStart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norma</w:t>
        </w:r>
        <w:proofErr w:type="spellEnd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</w:t>
        </w:r>
        <w:proofErr w:type="spellStart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zhizni</w:t>
        </w:r>
        <w:proofErr w:type="spellEnd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</w:t>
        </w:r>
        <w:proofErr w:type="spellStart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kak</w:t>
        </w:r>
        <w:proofErr w:type="spellEnd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</w:t>
        </w:r>
        <w:proofErr w:type="spellStart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rossiyan</w:t>
        </w:r>
        <w:proofErr w:type="spellEnd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</w:t>
        </w:r>
        <w:proofErr w:type="spellStart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motiviruyut</w:t>
        </w:r>
        <w:proofErr w:type="spellEnd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</w:t>
        </w:r>
        <w:proofErr w:type="spellStart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zanimatsya</w:t>
        </w:r>
        <w:proofErr w:type="spellEnd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-</w:t>
        </w:r>
        <w:proofErr w:type="spellStart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fizkulturoy</w:t>
        </w:r>
        <w:proofErr w:type="spellEnd"/>
        <w:r w:rsidRPr="00C80878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/</w:t>
        </w:r>
      </w:hyperlink>
      <w:r w:rsidRPr="00C80878">
        <w:rPr>
          <w:rFonts w:ascii="Times New Roman" w:eastAsia="Times New Roman" w:hAnsi="Times New Roman" w:cs="Times New Roman"/>
          <w:szCs w:val="20"/>
          <w:lang w:val="ru-RU"/>
        </w:rPr>
        <w:t xml:space="preserve"> (дата обращения: 16.08.2026); </w:t>
      </w:r>
      <w:r w:rsidRPr="00C80878">
        <w:rPr>
          <w:rFonts w:ascii="Times New Roman" w:eastAsia="Times New Roman" w:hAnsi="Times New Roman" w:cs="Times New Roman"/>
          <w:szCs w:val="20"/>
          <w:lang w:val="ru-RU"/>
        </w:rPr>
        <w:br/>
      </w:r>
      <w:r w:rsidRPr="008E3AB5">
        <w:rPr>
          <w:rFonts w:ascii="Times New Roman" w:hAnsi="Times New Roman" w:cs="Times New Roman"/>
          <w:lang w:val="ru-RU"/>
        </w:rPr>
        <w:t xml:space="preserve">Заседание Совета по развитию физической культуры и </w:t>
      </w:r>
      <w:proofErr w:type="gramStart"/>
      <w:r w:rsidRPr="008E3AB5">
        <w:rPr>
          <w:rFonts w:ascii="Times New Roman" w:hAnsi="Times New Roman" w:cs="Times New Roman"/>
          <w:lang w:val="ru-RU"/>
        </w:rPr>
        <w:t>спорта .</w:t>
      </w:r>
      <w:proofErr w:type="gramEnd"/>
      <w:r w:rsidRPr="008E3AB5">
        <w:rPr>
          <w:rFonts w:ascii="Times New Roman" w:hAnsi="Times New Roman" w:cs="Times New Roman"/>
          <w:lang w:val="ru-RU"/>
        </w:rPr>
        <w:t xml:space="preserve"> 28 мая 2025.</w:t>
      </w:r>
    </w:p>
    <w:p w14:paraId="7E6C72EF" w14:textId="77777777" w:rsidR="00401D4A" w:rsidRPr="008E3AB5" w:rsidRDefault="00401D4A" w:rsidP="00401D4A">
      <w:pPr>
        <w:spacing w:after="0" w:line="240" w:lineRule="auto"/>
        <w:rPr>
          <w:rFonts w:ascii="Times New Roman" w:hAnsi="Times New Roman" w:cs="Times New Roman"/>
          <w:szCs w:val="20"/>
          <w:lang w:val="ru-RU"/>
        </w:rPr>
      </w:pPr>
      <w:hyperlink r:id="rId22" w:history="1">
        <w:r w:rsidRPr="008E3AB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https</w:t>
        </w:r>
        <w:r w:rsidRPr="008E3AB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://</w:t>
        </w:r>
        <w:r w:rsidRPr="008E3AB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special</w:t>
        </w:r>
        <w:r w:rsidRPr="008E3AB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.</w:t>
        </w:r>
        <w:r w:rsidRPr="008E3AB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kremlin</w:t>
        </w:r>
        <w:r w:rsidRPr="008E3AB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.</w:t>
        </w:r>
        <w:proofErr w:type="spellStart"/>
        <w:r w:rsidRPr="008E3AB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ru</w:t>
        </w:r>
        <w:proofErr w:type="spellEnd"/>
        <w:r w:rsidRPr="008E3AB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/</w:t>
        </w:r>
        <w:r w:rsidRPr="008E3AB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events</w:t>
        </w:r>
        <w:r w:rsidRPr="008E3AB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/</w:t>
        </w:r>
        <w:r w:rsidRPr="008E3AB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president</w:t>
        </w:r>
        <w:r w:rsidRPr="008E3AB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/</w:t>
        </w:r>
        <w:r w:rsidRPr="008E3AB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</w:rPr>
          <w:t>transcripts</w:t>
        </w:r>
        <w:r w:rsidRPr="008E3AB5">
          <w:rPr>
            <w:rStyle w:val="affa"/>
            <w:rFonts w:ascii="Times New Roman" w:eastAsia="Times New Roman" w:hAnsi="Times New Roman" w:cs="Times New Roman"/>
            <w:color w:val="auto"/>
            <w:szCs w:val="20"/>
            <w:u w:val="none"/>
            <w:lang w:val="ru-RU"/>
          </w:rPr>
          <w:t>/77057</w:t>
        </w:r>
      </w:hyperlink>
      <w:r w:rsidRPr="008E3AB5">
        <w:rPr>
          <w:rFonts w:ascii="Times New Roman" w:eastAsia="Times New Roman" w:hAnsi="Times New Roman" w:cs="Times New Roman"/>
          <w:szCs w:val="20"/>
          <w:lang w:val="ru-RU"/>
        </w:rPr>
        <w:t xml:space="preserve"> (дата обращения: 08.09.2026).</w:t>
      </w:r>
    </w:p>
  </w:footnote>
  <w:footnote w:id="58">
    <w:p w14:paraId="21823E07" w14:textId="77777777" w:rsidR="00401D4A" w:rsidRPr="008E3AB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8E3AB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hyperlink r:id="rId23" w:history="1"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proofErr w:type="spellStart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minsport</w:t>
        </w:r>
        <w:proofErr w:type="spellEnd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gov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proofErr w:type="spellStart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ru</w:t>
        </w:r>
        <w:proofErr w:type="spellEnd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press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center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news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proofErr w:type="spellStart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mihail</w:t>
        </w:r>
        <w:proofErr w:type="spellEnd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degtyarev</w:t>
        </w:r>
        <w:proofErr w:type="spellEnd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prinyal</w:t>
        </w:r>
        <w:proofErr w:type="spellEnd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uchastie</w:t>
        </w:r>
        <w:proofErr w:type="spellEnd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v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zasedanii</w:t>
        </w:r>
        <w:proofErr w:type="spellEnd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komiteta</w:t>
        </w:r>
        <w:proofErr w:type="spellEnd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soveta</w:t>
        </w:r>
        <w:proofErr w:type="spellEnd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federaczii</w:t>
        </w:r>
        <w:proofErr w:type="spellEnd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po</w:t>
        </w:r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byudzhetu</w:t>
        </w:r>
        <w:proofErr w:type="spellEnd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i</w:t>
        </w:r>
        <w:proofErr w:type="spellEnd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finansovym</w:t>
        </w:r>
        <w:proofErr w:type="spellEnd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rynkam</w:t>
        </w:r>
        <w:proofErr w:type="spellEnd"/>
        <w:r w:rsidRPr="008E3AB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</w:hyperlink>
      <w:r w:rsidRPr="008E3AB5">
        <w:rPr>
          <w:rStyle w:val="HTML"/>
          <w:rFonts w:ascii="Times New Roman" w:eastAsia="Calibri" w:hAnsi="Times New Roman" w:cs="Times New Roman"/>
          <w:lang w:val="ru-RU"/>
        </w:rPr>
        <w:t xml:space="preserve"> </w:t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>(дата обращения: 19.08.2026).</w:t>
      </w:r>
    </w:p>
  </w:footnote>
  <w:footnote w:id="59">
    <w:p w14:paraId="1C92481F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8E3AB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 xml:space="preserve"> «Дмитрий Чернышенко и Михаил Дегтярёв рассказали о развитии </w:t>
      </w:r>
      <w:proofErr w:type="spellStart"/>
      <w:r w:rsidRPr="008E3AB5">
        <w:rPr>
          <w:rFonts w:ascii="Times New Roman" w:hAnsi="Times New Roman" w:cs="Times New Roman"/>
          <w:sz w:val="20"/>
          <w:szCs w:val="20"/>
          <w:lang w:val="ru-RU"/>
        </w:rPr>
        <w:t>фиджитал</w:t>
      </w:r>
      <w:proofErr w:type="spellEnd"/>
      <w:r w:rsidRPr="008E3AB5">
        <w:rPr>
          <w:rFonts w:ascii="Times New Roman" w:hAnsi="Times New Roman" w:cs="Times New Roman"/>
          <w:sz w:val="20"/>
          <w:szCs w:val="20"/>
          <w:lang w:val="ru-RU"/>
        </w:rPr>
        <w:t xml:space="preserve">-спорта в России». 10 августа 2026 года. </w:t>
      </w:r>
      <w:r w:rsidRPr="008E3AB5">
        <w:rPr>
          <w:rStyle w:val="HTML"/>
          <w:rFonts w:ascii="Times New Roman" w:eastAsia="Calibri" w:hAnsi="Times New Roman" w:cs="Times New Roman"/>
        </w:rPr>
        <w:t>https</w:t>
      </w:r>
      <w:r w:rsidRPr="008E3AB5">
        <w:rPr>
          <w:rStyle w:val="HTML"/>
          <w:rFonts w:ascii="Times New Roman" w:eastAsia="Calibri" w:hAnsi="Times New Roman" w:cs="Times New Roman"/>
          <w:lang w:val="ru-RU"/>
        </w:rPr>
        <w:t>://</w:t>
      </w:r>
      <w:r w:rsidRPr="008E3AB5">
        <w:rPr>
          <w:rStyle w:val="HTML"/>
          <w:rFonts w:ascii="Times New Roman" w:eastAsia="Calibri" w:hAnsi="Times New Roman" w:cs="Times New Roman"/>
        </w:rPr>
        <w:t>government</w:t>
      </w:r>
      <w:r w:rsidRPr="008E3AB5">
        <w:rPr>
          <w:rStyle w:val="HTML"/>
          <w:rFonts w:ascii="Times New Roman" w:eastAsia="Calibri" w:hAnsi="Times New Roman" w:cs="Times New Roman"/>
          <w:lang w:val="ru-RU"/>
        </w:rPr>
        <w:t>.</w:t>
      </w:r>
      <w:proofErr w:type="spellStart"/>
      <w:r w:rsidRPr="008E3AB5">
        <w:rPr>
          <w:rStyle w:val="HTML"/>
          <w:rFonts w:ascii="Times New Roman" w:eastAsia="Calibri" w:hAnsi="Times New Roman" w:cs="Times New Roman"/>
        </w:rPr>
        <w:t>ru</w:t>
      </w:r>
      <w:proofErr w:type="spellEnd"/>
      <w:r w:rsidRPr="008E3AB5">
        <w:rPr>
          <w:rStyle w:val="HTML"/>
          <w:rFonts w:ascii="Times New Roman" w:eastAsia="Calibri" w:hAnsi="Times New Roman" w:cs="Times New Roman"/>
          <w:lang w:val="ru-RU"/>
        </w:rPr>
        <w:t>/</w:t>
      </w:r>
      <w:r w:rsidRPr="008E3AB5">
        <w:rPr>
          <w:rStyle w:val="HTML"/>
          <w:rFonts w:ascii="Times New Roman" w:eastAsia="Calibri" w:hAnsi="Times New Roman" w:cs="Times New Roman"/>
        </w:rPr>
        <w:t>news</w:t>
      </w:r>
      <w:r w:rsidRPr="008E3AB5">
        <w:rPr>
          <w:rStyle w:val="HTML"/>
          <w:rFonts w:ascii="Times New Roman" w:eastAsia="Calibri" w:hAnsi="Times New Roman" w:cs="Times New Roman"/>
          <w:lang w:val="ru-RU"/>
        </w:rPr>
        <w:t>/57774/</w:t>
      </w:r>
      <w:r w:rsidRPr="008E3AB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19.08.2026).</w:t>
      </w:r>
    </w:p>
  </w:footnote>
  <w:footnote w:id="60">
    <w:p w14:paraId="32E57BDE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hyperlink r:id="rId24" w:tgtFrame="_new" w:history="1"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minsport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gov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ru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press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center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news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mihail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degtyarev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prinyal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uchastie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v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zasedanii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komiteta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soveta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federaczii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po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byudzhetu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i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finansovym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rynkam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</w:hyperlink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18.08.2026).</w:t>
      </w:r>
    </w:p>
  </w:footnote>
  <w:footnote w:id="61">
    <w:p w14:paraId="28CDCCBD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hyperlink r:id="rId25" w:tgtFrame="_new" w:history="1"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minsport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gov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ru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press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center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news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mezhdunarodnaya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federacziya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gandbola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snyala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ogranicheniya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na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uchastie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rossijskih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sportsmenov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</w:hyperlink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(дата обращения: 18.08.2026).</w:t>
      </w:r>
    </w:p>
  </w:footnote>
  <w:footnote w:id="62">
    <w:p w14:paraId="7A34475F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https://www.olympics.com/ru/olympic-games/olympic-results</w:t>
      </w:r>
    </w:p>
  </w:footnote>
  <w:footnote w:id="63">
    <w:p w14:paraId="42A30A1D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https://synchrorussia.ru/federacziya/galereya-slavyi/</w:t>
      </w:r>
    </w:p>
  </w:footnote>
  <w:footnote w:id="64">
    <w:p w14:paraId="03C7C518" w14:textId="77777777" w:rsidR="00401D4A" w:rsidRPr="00401D4A" w:rsidRDefault="00401D4A" w:rsidP="00401D4A">
      <w:pPr>
        <w:pStyle w:val="aff9"/>
        <w:rPr>
          <w:lang w:val="ru-RU"/>
        </w:rPr>
      </w:pPr>
      <w:r w:rsidRPr="00401D4A">
        <w:rPr>
          <w:rStyle w:val="aff8"/>
          <w:sz w:val="20"/>
          <w:szCs w:val="20"/>
        </w:rPr>
        <w:footnoteRef/>
      </w:r>
      <w:r w:rsidRPr="00401D4A">
        <w:rPr>
          <w:sz w:val="20"/>
          <w:szCs w:val="20"/>
          <w:lang w:val="ru-RU"/>
        </w:rPr>
        <w:t xml:space="preserve"> 1. </w:t>
      </w:r>
      <w:hyperlink r:id="rId26" w:history="1">
        <w:r w:rsidRPr="00401D4A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https://amp.championat.com/other/article-5898494-vse-medali-rossijskih-gimnastok-pri-irine-viner-vy-udivites-kak-ih-mnogo-olimpiady-chempionaty-mira.html</w:t>
        </w:r>
      </w:hyperlink>
      <w:r>
        <w:rPr>
          <w:rFonts w:ascii="Times New Roman" w:hAnsi="Times New Roman" w:cs="Times New Roman"/>
          <w:sz w:val="20"/>
          <w:szCs w:val="20"/>
          <w:lang w:val="ru-RU"/>
        </w:rPr>
        <w:br/>
      </w:r>
      <w:r w:rsidRPr="00401D4A">
        <w:rPr>
          <w:rFonts w:ascii="Times New Roman" w:hAnsi="Times New Roman" w:cs="Times New Roman"/>
          <w:sz w:val="20"/>
          <w:szCs w:val="20"/>
          <w:lang w:val="ru-RU"/>
        </w:rPr>
        <w:t>2. https://en.wikipedia.org/wiki/Rhythmic_Gymnastics_European_Championships</w:t>
      </w:r>
    </w:p>
  </w:footnote>
  <w:footnote w:id="65">
    <w:p w14:paraId="21E0D2EE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https://www.dakar.com/en/historical</w:t>
      </w:r>
    </w:p>
  </w:footnote>
  <w:footnote w:id="66">
    <w:p w14:paraId="4908CA8E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https://ria.ru/20260823/sport-2112661452.html</w:t>
      </w:r>
    </w:p>
  </w:footnote>
  <w:footnote w:id="67">
    <w:p w14:paraId="714F781C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https://tass.ru/info/3447181</w:t>
      </w:r>
    </w:p>
  </w:footnote>
  <w:footnote w:id="68">
    <w:p w14:paraId="10BFB1CD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>https://rgo.ru/activity/redaction/news/dykhanie-gorna-kakoy-byla-samaya-dramatichnaya-ekspeditsiya-fyedora-konyukhova/</w:t>
      </w:r>
    </w:p>
  </w:footnote>
  <w:footnote w:id="69">
    <w:p w14:paraId="2514C10B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https://publication.pravo.gov.ru/Document/View/0001202001210021 (дата обращения: 14.08.2026).</w:t>
      </w:r>
    </w:p>
  </w:footnote>
  <w:footnote w:id="70">
    <w:p w14:paraId="283E85FC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Самообеспеченность выше 100 % означает, что объём собственного производства по соответствующей позиции превышает внутреннюю потребность, принятую при расчёте этого показателя.</w:t>
      </w:r>
    </w:p>
  </w:footnote>
  <w:footnote w:id="71">
    <w:p w14:paraId="01A6D6DD" w14:textId="77777777" w:rsidR="00401D4A" w:rsidRPr="004C3275" w:rsidRDefault="00401D4A" w:rsidP="00401D4A">
      <w:pPr>
        <w:spacing w:after="0" w:line="240" w:lineRule="auto"/>
        <w:rPr>
          <w:rFonts w:ascii="Times New Roman" w:hAnsi="Times New Roman" w:cs="Times New Roman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Cs w:val="20"/>
          <w:lang w:val="ru-RU"/>
        </w:rPr>
        <w:t xml:space="preserve"> </w:t>
      </w:r>
      <w:hyperlink r:id="rId27">
        <w:r w:rsidRPr="004C3275">
          <w:rPr>
            <w:rFonts w:ascii="Times New Roman" w:eastAsia="Times New Roman" w:hAnsi="Times New Roman" w:cs="Times New Roman"/>
            <w:szCs w:val="20"/>
          </w:rPr>
          <w:t>https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://</w:t>
        </w:r>
        <w:r w:rsidRPr="004C3275">
          <w:rPr>
            <w:rFonts w:ascii="Times New Roman" w:eastAsia="Times New Roman" w:hAnsi="Times New Roman" w:cs="Times New Roman"/>
            <w:szCs w:val="20"/>
          </w:rPr>
          <w:t>smtp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.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fagps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.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ru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Cs w:val="20"/>
          </w:rPr>
          <w:t>news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Cs w:val="20"/>
          </w:rPr>
          <w:t>v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2025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godu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rossiya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ukrepila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prodovolstvennuyu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</w:hyperlink>
      <w:r w:rsidRPr="004C3275">
        <w:rPr>
          <w:rFonts w:ascii="Times New Roman" w:eastAsia="Times New Roman" w:hAnsi="Times New Roman" w:cs="Times New Roman"/>
          <w:szCs w:val="20"/>
          <w:lang w:val="ru-RU"/>
        </w:rPr>
        <w:t xml:space="preserve"> (дата обращения: 14.08.2026; источник данных — пресс-служба Минсельхоза России).</w:t>
      </w:r>
    </w:p>
  </w:footnote>
  <w:footnote w:id="72">
    <w:p w14:paraId="788D863E" w14:textId="77777777" w:rsidR="00401D4A" w:rsidRPr="004C3275" w:rsidRDefault="00401D4A" w:rsidP="00401D4A">
      <w:pPr>
        <w:spacing w:after="0" w:line="240" w:lineRule="auto"/>
        <w:rPr>
          <w:rFonts w:ascii="Times New Roman" w:hAnsi="Times New Roman" w:cs="Times New Roman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Cs w:val="20"/>
          <w:lang w:val="ru-RU"/>
        </w:rPr>
        <w:t xml:space="preserve"> </w:t>
      </w:r>
      <w:hyperlink r:id="rId28">
        <w:r w:rsidRPr="004C3275">
          <w:rPr>
            <w:rFonts w:ascii="Times New Roman" w:eastAsia="Times New Roman" w:hAnsi="Times New Roman" w:cs="Times New Roman"/>
            <w:szCs w:val="20"/>
          </w:rPr>
          <w:t>https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://</w:t>
        </w:r>
        <w:r w:rsidRPr="004C3275">
          <w:rPr>
            <w:rFonts w:ascii="Times New Roman" w:eastAsia="Times New Roman" w:hAnsi="Times New Roman" w:cs="Times New Roman"/>
            <w:szCs w:val="20"/>
          </w:rPr>
          <w:t>mcx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.</w:t>
        </w:r>
        <w:r w:rsidRPr="004C3275">
          <w:rPr>
            <w:rFonts w:ascii="Times New Roman" w:eastAsia="Times New Roman" w:hAnsi="Times New Roman" w:cs="Times New Roman"/>
            <w:szCs w:val="20"/>
          </w:rPr>
          <w:t>gov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.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ru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Cs w:val="20"/>
          </w:rPr>
          <w:t>press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r w:rsidRPr="004C3275">
          <w:rPr>
            <w:rFonts w:ascii="Times New Roman" w:eastAsia="Times New Roman" w:hAnsi="Times New Roman" w:cs="Times New Roman"/>
            <w:szCs w:val="20"/>
          </w:rPr>
          <w:t>service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Cs w:val="20"/>
          </w:rPr>
          <w:t>news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na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itogovom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zasedanii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kollegii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minselkhoza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obsudili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itogi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i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prioritety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razvitiya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apk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proofErr w:type="spellStart"/>
        <w:r w:rsidRPr="004C3275">
          <w:rPr>
            <w:rFonts w:ascii="Times New Roman" w:eastAsia="Times New Roman" w:hAnsi="Times New Roman" w:cs="Times New Roman"/>
            <w:szCs w:val="20"/>
          </w:rPr>
          <w:t>rossii</w:t>
        </w:r>
        <w:proofErr w:type="spellEnd"/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</w:hyperlink>
      <w:r w:rsidRPr="004C3275">
        <w:rPr>
          <w:rFonts w:ascii="Times New Roman" w:eastAsia="Times New Roman" w:hAnsi="Times New Roman" w:cs="Times New Roman"/>
          <w:szCs w:val="20"/>
          <w:lang w:val="ru-RU"/>
        </w:rPr>
        <w:t xml:space="preserve"> (дата обращения: 16.08.2026).</w:t>
      </w:r>
    </w:p>
  </w:footnote>
  <w:footnote w:id="73">
    <w:p w14:paraId="6863EDEF" w14:textId="77777777" w:rsidR="00401D4A" w:rsidRPr="004C3275" w:rsidRDefault="00401D4A" w:rsidP="00401D4A">
      <w:pPr>
        <w:spacing w:after="0" w:line="240" w:lineRule="auto"/>
        <w:rPr>
          <w:rFonts w:ascii="Times New Roman" w:hAnsi="Times New Roman" w:cs="Times New Roman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Cs w:val="20"/>
          <w:lang w:val="ru-RU"/>
        </w:rPr>
        <w:t xml:space="preserve"> </w:t>
      </w:r>
      <w:hyperlink r:id="rId29" w:history="1"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://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www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specagro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ru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analytics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/202407/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daydzhest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zernovye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rossiya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v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sezone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-202324-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zanyala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pervoe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mesto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v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mire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-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po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-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eksportu</w:t>
        </w:r>
        <w:proofErr w:type="spellEnd"/>
      </w:hyperlink>
      <w:r w:rsidRPr="004C3275">
        <w:rPr>
          <w:rStyle w:val="HTML"/>
          <w:rFonts w:ascii="Times New Roman" w:eastAsia="Calibri" w:hAnsi="Times New Roman" w:cs="Times New Roman"/>
          <w:lang w:val="ru-RU"/>
        </w:rPr>
        <w:t xml:space="preserve"> </w:t>
      </w:r>
      <w:r w:rsidRPr="004C3275">
        <w:rPr>
          <w:rFonts w:ascii="Times New Roman" w:hAnsi="Times New Roman" w:cs="Times New Roman"/>
          <w:szCs w:val="20"/>
          <w:lang w:val="ru-RU"/>
        </w:rPr>
        <w:t>(дата обращения: 19.08.2026).</w:t>
      </w:r>
    </w:p>
  </w:footnote>
  <w:footnote w:id="74">
    <w:p w14:paraId="5CABE77A" w14:textId="77777777" w:rsidR="00401D4A" w:rsidRPr="004C3275" w:rsidRDefault="00401D4A" w:rsidP="00401D4A">
      <w:pPr>
        <w:spacing w:after="0" w:line="240" w:lineRule="auto"/>
        <w:rPr>
          <w:rFonts w:ascii="Times New Roman" w:hAnsi="Times New Roman" w:cs="Times New Roman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Cs w:val="20"/>
          <w:lang w:val="ru-RU"/>
        </w:rPr>
        <w:t xml:space="preserve"> </w:t>
      </w:r>
      <w:hyperlink r:id="rId30" w:history="1"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://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government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ru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</w:rPr>
          <w:t>news</w:t>
        </w:r>
        <w:r w:rsidRPr="004C3275">
          <w:rPr>
            <w:rStyle w:val="affa"/>
            <w:rFonts w:ascii="Times New Roman" w:hAnsi="Times New Roman" w:cs="Times New Roman"/>
            <w:color w:val="auto"/>
            <w:szCs w:val="20"/>
            <w:u w:val="none"/>
            <w:lang w:val="ru-RU"/>
          </w:rPr>
          <w:t>/58154/</w:t>
        </w:r>
      </w:hyperlink>
      <w:r w:rsidRPr="004C3275">
        <w:rPr>
          <w:rStyle w:val="HTML"/>
          <w:rFonts w:ascii="Times New Roman" w:eastAsia="Calibri" w:hAnsi="Times New Roman" w:cs="Times New Roman"/>
          <w:lang w:val="ru-RU"/>
        </w:rPr>
        <w:t xml:space="preserve"> </w:t>
      </w:r>
      <w:r w:rsidRPr="004C3275">
        <w:rPr>
          <w:rFonts w:ascii="Times New Roman" w:hAnsi="Times New Roman" w:cs="Times New Roman"/>
          <w:szCs w:val="20"/>
          <w:lang w:val="ru-RU"/>
        </w:rPr>
        <w:t>(дата обращения: 16.08.2026).</w:t>
      </w:r>
    </w:p>
  </w:footnote>
  <w:footnote w:id="75">
    <w:p w14:paraId="49DC249D" w14:textId="77777777" w:rsidR="00401D4A" w:rsidRPr="004C3275" w:rsidRDefault="00401D4A" w:rsidP="00401D4A">
      <w:pPr>
        <w:spacing w:after="0" w:line="240" w:lineRule="auto"/>
        <w:rPr>
          <w:rFonts w:ascii="Times New Roman" w:hAnsi="Times New Roman" w:cs="Times New Roman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Cs w:val="20"/>
          <w:lang w:val="ru-RU"/>
        </w:rPr>
        <w:t xml:space="preserve"> </w:t>
      </w:r>
      <w:r w:rsidRPr="004C3275">
        <w:rPr>
          <w:rFonts w:ascii="Times New Roman" w:eastAsia="Times New Roman" w:hAnsi="Times New Roman" w:cs="Times New Roman"/>
          <w:szCs w:val="20"/>
        </w:rPr>
        <w:t>https</w:t>
      </w:r>
      <w:r w:rsidRPr="004C3275">
        <w:rPr>
          <w:rFonts w:ascii="Times New Roman" w:eastAsia="Times New Roman" w:hAnsi="Times New Roman" w:cs="Times New Roman"/>
          <w:szCs w:val="20"/>
          <w:lang w:val="ru-RU"/>
        </w:rPr>
        <w:t>://</w:t>
      </w:r>
      <w:r w:rsidRPr="004C3275">
        <w:rPr>
          <w:rFonts w:ascii="Times New Roman" w:eastAsia="Times New Roman" w:hAnsi="Times New Roman" w:cs="Times New Roman"/>
          <w:szCs w:val="20"/>
        </w:rPr>
        <w:t>government</w:t>
      </w:r>
      <w:r w:rsidRPr="004C3275">
        <w:rPr>
          <w:rFonts w:ascii="Times New Roman" w:eastAsia="Times New Roman" w:hAnsi="Times New Roman" w:cs="Times New Roman"/>
          <w:szCs w:val="20"/>
          <w:lang w:val="ru-RU"/>
        </w:rPr>
        <w:t>.</w:t>
      </w:r>
      <w:proofErr w:type="spellStart"/>
      <w:r w:rsidRPr="004C3275">
        <w:rPr>
          <w:rFonts w:ascii="Times New Roman" w:eastAsia="Times New Roman" w:hAnsi="Times New Roman" w:cs="Times New Roman"/>
          <w:szCs w:val="20"/>
        </w:rPr>
        <w:t>ru</w:t>
      </w:r>
      <w:proofErr w:type="spellEnd"/>
      <w:r w:rsidRPr="004C3275">
        <w:rPr>
          <w:rFonts w:ascii="Times New Roman" w:eastAsia="Times New Roman" w:hAnsi="Times New Roman" w:cs="Times New Roman"/>
          <w:szCs w:val="20"/>
          <w:lang w:val="ru-RU"/>
        </w:rPr>
        <w:t>/</w:t>
      </w:r>
      <w:proofErr w:type="spellStart"/>
      <w:r w:rsidRPr="004C3275">
        <w:rPr>
          <w:rFonts w:ascii="Times New Roman" w:eastAsia="Times New Roman" w:hAnsi="Times New Roman" w:cs="Times New Roman"/>
          <w:szCs w:val="20"/>
        </w:rPr>
        <w:t>rugovclassifier</w:t>
      </w:r>
      <w:proofErr w:type="spellEnd"/>
      <w:r w:rsidRPr="004C3275">
        <w:rPr>
          <w:rFonts w:ascii="Times New Roman" w:eastAsia="Times New Roman" w:hAnsi="Times New Roman" w:cs="Times New Roman"/>
          <w:szCs w:val="20"/>
          <w:lang w:val="ru-RU"/>
        </w:rPr>
        <w:t xml:space="preserve">/924/ (дата обращения: 14.08.2026); </w:t>
      </w:r>
      <w:r w:rsidRPr="004C3275">
        <w:rPr>
          <w:rFonts w:ascii="Times New Roman" w:eastAsia="Times New Roman" w:hAnsi="Times New Roman" w:cs="Times New Roman"/>
          <w:szCs w:val="20"/>
        </w:rPr>
        <w:t>https</w:t>
      </w:r>
      <w:r w:rsidRPr="004C3275">
        <w:rPr>
          <w:rFonts w:ascii="Times New Roman" w:eastAsia="Times New Roman" w:hAnsi="Times New Roman" w:cs="Times New Roman"/>
          <w:szCs w:val="20"/>
          <w:lang w:val="ru-RU"/>
        </w:rPr>
        <w:t>://</w:t>
      </w:r>
      <w:r w:rsidRPr="004C3275">
        <w:rPr>
          <w:rFonts w:ascii="Times New Roman" w:eastAsia="Times New Roman" w:hAnsi="Times New Roman" w:cs="Times New Roman"/>
          <w:szCs w:val="20"/>
        </w:rPr>
        <w:t>government</w:t>
      </w:r>
      <w:r w:rsidRPr="004C3275">
        <w:rPr>
          <w:rFonts w:ascii="Times New Roman" w:eastAsia="Times New Roman" w:hAnsi="Times New Roman" w:cs="Times New Roman"/>
          <w:szCs w:val="20"/>
          <w:lang w:val="ru-RU"/>
        </w:rPr>
        <w:t>.</w:t>
      </w:r>
      <w:proofErr w:type="spellStart"/>
      <w:r w:rsidRPr="004C3275">
        <w:rPr>
          <w:rFonts w:ascii="Times New Roman" w:eastAsia="Times New Roman" w:hAnsi="Times New Roman" w:cs="Times New Roman"/>
          <w:szCs w:val="20"/>
        </w:rPr>
        <w:t>ru</w:t>
      </w:r>
      <w:proofErr w:type="spellEnd"/>
      <w:r w:rsidRPr="004C3275">
        <w:rPr>
          <w:rFonts w:ascii="Times New Roman" w:eastAsia="Times New Roman" w:hAnsi="Times New Roman" w:cs="Times New Roman"/>
          <w:szCs w:val="20"/>
          <w:lang w:val="ru-RU"/>
        </w:rPr>
        <w:t>/</w:t>
      </w:r>
      <w:r w:rsidRPr="004C3275">
        <w:rPr>
          <w:rFonts w:ascii="Times New Roman" w:eastAsia="Times New Roman" w:hAnsi="Times New Roman" w:cs="Times New Roman"/>
          <w:szCs w:val="20"/>
        </w:rPr>
        <w:t>docs</w:t>
      </w:r>
      <w:r w:rsidRPr="004C3275">
        <w:rPr>
          <w:rFonts w:ascii="Times New Roman" w:eastAsia="Times New Roman" w:hAnsi="Times New Roman" w:cs="Times New Roman"/>
          <w:szCs w:val="20"/>
          <w:lang w:val="ru-RU"/>
        </w:rPr>
        <w:t xml:space="preserve">/54484/ (дата обращения: 14.08.2026); </w:t>
      </w:r>
      <w:r w:rsidRPr="004C3275">
        <w:rPr>
          <w:rFonts w:ascii="Times New Roman" w:eastAsia="Times New Roman" w:hAnsi="Times New Roman" w:cs="Times New Roman"/>
          <w:szCs w:val="20"/>
        </w:rPr>
        <w:t>https</w:t>
      </w:r>
      <w:r w:rsidRPr="004C3275">
        <w:rPr>
          <w:rFonts w:ascii="Times New Roman" w:eastAsia="Times New Roman" w:hAnsi="Times New Roman" w:cs="Times New Roman"/>
          <w:szCs w:val="20"/>
          <w:lang w:val="ru-RU"/>
        </w:rPr>
        <w:t>://</w:t>
      </w:r>
      <w:r w:rsidRPr="004C3275">
        <w:rPr>
          <w:rFonts w:ascii="Times New Roman" w:eastAsia="Times New Roman" w:hAnsi="Times New Roman" w:cs="Times New Roman"/>
          <w:szCs w:val="20"/>
        </w:rPr>
        <w:t>government</w:t>
      </w:r>
      <w:r w:rsidRPr="004C3275">
        <w:rPr>
          <w:rFonts w:ascii="Times New Roman" w:eastAsia="Times New Roman" w:hAnsi="Times New Roman" w:cs="Times New Roman"/>
          <w:szCs w:val="20"/>
          <w:lang w:val="ru-RU"/>
        </w:rPr>
        <w:t>.</w:t>
      </w:r>
      <w:proofErr w:type="spellStart"/>
      <w:r w:rsidRPr="004C3275">
        <w:rPr>
          <w:rFonts w:ascii="Times New Roman" w:eastAsia="Times New Roman" w:hAnsi="Times New Roman" w:cs="Times New Roman"/>
          <w:szCs w:val="20"/>
        </w:rPr>
        <w:t>ru</w:t>
      </w:r>
      <w:proofErr w:type="spellEnd"/>
      <w:r w:rsidRPr="004C3275">
        <w:rPr>
          <w:rFonts w:ascii="Times New Roman" w:eastAsia="Times New Roman" w:hAnsi="Times New Roman" w:cs="Times New Roman"/>
          <w:szCs w:val="20"/>
          <w:lang w:val="ru-RU"/>
        </w:rPr>
        <w:t>/</w:t>
      </w:r>
      <w:r w:rsidRPr="004C3275">
        <w:rPr>
          <w:rFonts w:ascii="Times New Roman" w:eastAsia="Times New Roman" w:hAnsi="Times New Roman" w:cs="Times New Roman"/>
          <w:szCs w:val="20"/>
        </w:rPr>
        <w:t>docs</w:t>
      </w:r>
      <w:r w:rsidRPr="004C3275">
        <w:rPr>
          <w:rFonts w:ascii="Times New Roman" w:eastAsia="Times New Roman" w:hAnsi="Times New Roman" w:cs="Times New Roman"/>
          <w:szCs w:val="20"/>
          <w:lang w:val="ru-RU"/>
        </w:rPr>
        <w:t>/57162/ (дата обращения: 14.08.2026).</w:t>
      </w:r>
    </w:p>
  </w:footnote>
  <w:footnote w:id="76">
    <w:p w14:paraId="1D756717" w14:textId="77777777" w:rsidR="00401D4A" w:rsidRPr="004C3275" w:rsidRDefault="00401D4A" w:rsidP="00401D4A">
      <w:pPr>
        <w:pStyle w:val="aff9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hyperlink r:id="rId31"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https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://</w:t>
        </w:r>
        <w:proofErr w:type="spellStart"/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mintrans</w:t>
        </w:r>
        <w:proofErr w:type="spellEnd"/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.</w:t>
        </w:r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gov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.</w:t>
        </w:r>
        <w:proofErr w:type="spellStart"/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ru</w:t>
        </w:r>
        <w:proofErr w:type="spellEnd"/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press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-</w:t>
        </w:r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center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 w:val="20"/>
            <w:szCs w:val="20"/>
          </w:rPr>
          <w:t>news</w:t>
        </w:r>
        <w:r w:rsidRPr="004C3275">
          <w:rPr>
            <w:rFonts w:ascii="Times New Roman" w:eastAsia="Times New Roman" w:hAnsi="Times New Roman" w:cs="Times New Roman"/>
            <w:sz w:val="20"/>
            <w:szCs w:val="20"/>
            <w:lang w:val="ru-RU"/>
          </w:rPr>
          <w:t>/12593</w:t>
        </w:r>
      </w:hyperlink>
      <w:r w:rsidRPr="004C3275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(дата обращения: 16.08.2026).</w:t>
      </w:r>
    </w:p>
  </w:footnote>
  <w:footnote w:id="77">
    <w:p w14:paraId="3C009ED8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https://ria.ru/20250903/protjazhennost-2039260512.html</w:t>
      </w:r>
    </w:p>
  </w:footnote>
  <w:footnote w:id="78">
    <w:p w14:paraId="7EDA94DD" w14:textId="77777777" w:rsidR="00401D4A" w:rsidRPr="004C3275" w:rsidRDefault="00401D4A" w:rsidP="00401D4A">
      <w:pPr>
        <w:spacing w:after="0" w:line="240" w:lineRule="auto"/>
        <w:rPr>
          <w:rFonts w:ascii="Times New Roman" w:hAnsi="Times New Roman" w:cs="Times New Roman"/>
          <w:szCs w:val="20"/>
          <w:lang w:val="ru-RU"/>
        </w:rPr>
      </w:pPr>
      <w:r w:rsidRPr="004C3275">
        <w:rPr>
          <w:rFonts w:ascii="Times New Roman" w:hAnsi="Times New Roman" w:cs="Times New Roman"/>
          <w:szCs w:val="20"/>
          <w:vertAlign w:val="superscript"/>
        </w:rPr>
        <w:footnoteRef/>
      </w:r>
      <w:r w:rsidRPr="004C3275">
        <w:rPr>
          <w:rFonts w:ascii="Times New Roman" w:eastAsia="Times New Roman" w:hAnsi="Times New Roman" w:cs="Times New Roman"/>
          <w:szCs w:val="20"/>
          <w:lang w:val="ru-RU"/>
        </w:rPr>
        <w:t xml:space="preserve"> </w:t>
      </w:r>
      <w:hyperlink r:id="rId32">
        <w:r w:rsidRPr="004C3275">
          <w:rPr>
            <w:rFonts w:ascii="Times New Roman" w:eastAsia="Times New Roman" w:hAnsi="Times New Roman" w:cs="Times New Roman"/>
            <w:szCs w:val="20"/>
          </w:rPr>
          <w:t>https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://</w:t>
        </w:r>
        <w:r w:rsidRPr="004C3275">
          <w:rPr>
            <w:rFonts w:ascii="Times New Roman" w:eastAsia="Times New Roman" w:hAnsi="Times New Roman" w:cs="Times New Roman"/>
            <w:szCs w:val="20"/>
          </w:rPr>
          <w:t>rlw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.</w:t>
        </w:r>
        <w:r w:rsidRPr="004C3275">
          <w:rPr>
            <w:rFonts w:ascii="Times New Roman" w:eastAsia="Times New Roman" w:hAnsi="Times New Roman" w:cs="Times New Roman"/>
            <w:szCs w:val="20"/>
          </w:rPr>
          <w:t>gov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.</w:t>
        </w:r>
        <w:r w:rsidRPr="004C3275">
          <w:rPr>
            <w:rFonts w:ascii="Times New Roman" w:eastAsia="Times New Roman" w:hAnsi="Times New Roman" w:cs="Times New Roman"/>
            <w:szCs w:val="20"/>
          </w:rPr>
          <w:t>ru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Cs w:val="20"/>
          </w:rPr>
          <w:t>news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Cs w:val="20"/>
          </w:rPr>
          <w:t>document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/24954</w:t>
        </w:r>
      </w:hyperlink>
      <w:r w:rsidRPr="004C3275">
        <w:rPr>
          <w:rFonts w:ascii="Times New Roman" w:eastAsia="Times New Roman" w:hAnsi="Times New Roman" w:cs="Times New Roman"/>
          <w:szCs w:val="20"/>
          <w:lang w:val="ru-RU"/>
        </w:rPr>
        <w:t xml:space="preserve"> (дата обращения: 16.08.2026); </w:t>
      </w:r>
      <w:hyperlink r:id="rId33">
        <w:r w:rsidRPr="004C3275">
          <w:rPr>
            <w:rFonts w:ascii="Times New Roman" w:eastAsia="Times New Roman" w:hAnsi="Times New Roman" w:cs="Times New Roman"/>
            <w:szCs w:val="20"/>
          </w:rPr>
          <w:t>https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://</w:t>
        </w:r>
        <w:r w:rsidRPr="004C3275">
          <w:rPr>
            <w:rFonts w:ascii="Times New Roman" w:eastAsia="Times New Roman" w:hAnsi="Times New Roman" w:cs="Times New Roman"/>
            <w:szCs w:val="20"/>
          </w:rPr>
          <w:t>mintrans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.</w:t>
        </w:r>
        <w:r w:rsidRPr="004C3275">
          <w:rPr>
            <w:rFonts w:ascii="Times New Roman" w:eastAsia="Times New Roman" w:hAnsi="Times New Roman" w:cs="Times New Roman"/>
            <w:szCs w:val="20"/>
          </w:rPr>
          <w:t>gov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.</w:t>
        </w:r>
        <w:r w:rsidRPr="004C3275">
          <w:rPr>
            <w:rFonts w:ascii="Times New Roman" w:eastAsia="Times New Roman" w:hAnsi="Times New Roman" w:cs="Times New Roman"/>
            <w:szCs w:val="20"/>
          </w:rPr>
          <w:t>ru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Cs w:val="20"/>
          </w:rPr>
          <w:t>press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-</w:t>
        </w:r>
        <w:r w:rsidRPr="004C3275">
          <w:rPr>
            <w:rFonts w:ascii="Times New Roman" w:eastAsia="Times New Roman" w:hAnsi="Times New Roman" w:cs="Times New Roman"/>
            <w:szCs w:val="20"/>
          </w:rPr>
          <w:t>center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</w:t>
        </w:r>
        <w:r w:rsidRPr="004C3275">
          <w:rPr>
            <w:rFonts w:ascii="Times New Roman" w:eastAsia="Times New Roman" w:hAnsi="Times New Roman" w:cs="Times New Roman"/>
            <w:szCs w:val="20"/>
          </w:rPr>
          <w:t>news</w:t>
        </w:r>
        <w:r w:rsidRPr="004C3275">
          <w:rPr>
            <w:rFonts w:ascii="Times New Roman" w:eastAsia="Times New Roman" w:hAnsi="Times New Roman" w:cs="Times New Roman"/>
            <w:szCs w:val="20"/>
            <w:lang w:val="ru-RU"/>
          </w:rPr>
          <w:t>/11856</w:t>
        </w:r>
      </w:hyperlink>
      <w:r w:rsidRPr="004C3275">
        <w:rPr>
          <w:rFonts w:ascii="Times New Roman" w:eastAsia="Times New Roman" w:hAnsi="Times New Roman" w:cs="Times New Roman"/>
          <w:szCs w:val="20"/>
          <w:lang w:val="ru-RU"/>
        </w:rPr>
        <w:t xml:space="preserve"> (дата обращения: 16.08.2026).</w:t>
      </w:r>
    </w:p>
  </w:footnote>
  <w:footnote w:id="79">
    <w:p w14:paraId="228DDEAB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https://www.kommersant.ru/doc/168528</w:t>
      </w:r>
    </w:p>
  </w:footnote>
  <w:footnote w:id="80">
    <w:p w14:paraId="37A40DAE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https://mintrans.gov.ru/eye/press-center/branch-news/2180</w:t>
      </w:r>
    </w:p>
  </w:footnote>
  <w:footnote w:id="81">
    <w:p w14:paraId="2BAD9199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https://1prime.ru/20260209/aeroporty-867306344.html</w:t>
      </w:r>
    </w:p>
  </w:footnote>
  <w:footnote w:id="82">
    <w:p w14:paraId="3CB755B3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hyperlink r:id="rId34" w:history="1"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tass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ru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info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/1493679</w:t>
        </w:r>
      </w:hyperlink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14:paraId="605F99EE" w14:textId="77777777" w:rsidR="00401D4A" w:rsidRPr="004C3275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hyperlink r:id="rId35" w:history="1"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https</w:t>
        </w:r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://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tass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.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ru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</w:t>
        </w:r>
        <w:proofErr w:type="spellStart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</w:rPr>
          <w:t>ekonomika</w:t>
        </w:r>
        <w:proofErr w:type="spellEnd"/>
        <w:r w:rsidRPr="004C3275">
          <w:rPr>
            <w:rStyle w:val="affa"/>
            <w:rFonts w:ascii="Times New Roman" w:hAnsi="Times New Roman" w:cs="Times New Roman"/>
            <w:color w:val="auto"/>
            <w:sz w:val="20"/>
            <w:szCs w:val="20"/>
            <w:u w:val="none"/>
            <w:lang w:val="ru-RU"/>
          </w:rPr>
          <w:t>/26475333</w:t>
        </w:r>
      </w:hyperlink>
    </w:p>
  </w:footnote>
  <w:footnote w:id="83">
    <w:p w14:paraId="4EA11A80" w14:textId="77777777" w:rsidR="00401D4A" w:rsidRPr="009D78BA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9D78BA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9D78BA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9D78BA">
        <w:rPr>
          <w:rFonts w:ascii="Times New Roman" w:hAnsi="Times New Roman" w:cs="Times New Roman"/>
          <w:sz w:val="20"/>
          <w:szCs w:val="20"/>
        </w:rPr>
        <w:t>http</w:t>
      </w:r>
      <w:r w:rsidRPr="009D78BA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9D78BA">
        <w:rPr>
          <w:rFonts w:ascii="Times New Roman" w:hAnsi="Times New Roman" w:cs="Times New Roman"/>
          <w:sz w:val="20"/>
          <w:szCs w:val="20"/>
        </w:rPr>
        <w:t>government</w:t>
      </w:r>
      <w:r w:rsidRPr="009D78BA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9D78BA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9D78BA">
        <w:rPr>
          <w:rFonts w:ascii="Times New Roman" w:hAnsi="Times New Roman" w:cs="Times New Roman"/>
          <w:sz w:val="20"/>
          <w:szCs w:val="20"/>
          <w:lang w:val="ru-RU"/>
        </w:rPr>
        <w:t>/</w:t>
      </w:r>
      <w:r w:rsidRPr="009D78BA">
        <w:rPr>
          <w:rFonts w:ascii="Times New Roman" w:hAnsi="Times New Roman" w:cs="Times New Roman"/>
          <w:sz w:val="20"/>
          <w:szCs w:val="20"/>
        </w:rPr>
        <w:t>news</w:t>
      </w:r>
      <w:r w:rsidRPr="009D78BA">
        <w:rPr>
          <w:rFonts w:ascii="Times New Roman" w:hAnsi="Times New Roman" w:cs="Times New Roman"/>
          <w:sz w:val="20"/>
          <w:szCs w:val="20"/>
          <w:lang w:val="ru-RU"/>
        </w:rPr>
        <w:t>/35055/</w:t>
      </w:r>
    </w:p>
  </w:footnote>
  <w:footnote w:id="84">
    <w:p w14:paraId="15826E94" w14:textId="77777777" w:rsidR="00401D4A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910F1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910F1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hyperlink r:id="rId36" w:history="1">
        <w:r w:rsidRPr="00D16056">
          <w:rPr>
            <w:rStyle w:val="affa"/>
            <w:rFonts w:ascii="Times New Roman" w:hAnsi="Times New Roman" w:cs="Times New Roman"/>
            <w:sz w:val="20"/>
            <w:szCs w:val="20"/>
            <w:lang w:val="ru-RU"/>
          </w:rPr>
          <w:t>https://portnews.ru/news/363172/</w:t>
        </w:r>
      </w:hyperlink>
    </w:p>
    <w:p w14:paraId="47D8E195" w14:textId="77777777" w:rsidR="00401D4A" w:rsidRPr="004910F1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910F1">
        <w:rPr>
          <w:rFonts w:ascii="Times New Roman" w:hAnsi="Times New Roman" w:cs="Times New Roman"/>
          <w:sz w:val="20"/>
          <w:szCs w:val="20"/>
          <w:lang w:val="ru-RU"/>
        </w:rPr>
        <w:t>https://www.korabel.ru/news/comments/ssk_zvezda_posle_vyhoda_na_proektnuyu_moschnost_smozhet_sdavat_do_12_krupnotonnazhnyh_sudov_v_god.html</w:t>
      </w:r>
    </w:p>
  </w:footnote>
  <w:footnote w:id="85">
    <w:p w14:paraId="6652E559" w14:textId="77777777" w:rsidR="00401D4A" w:rsidRPr="00BD665D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BD665D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BD665D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BD665D">
        <w:rPr>
          <w:rFonts w:ascii="Times New Roman" w:hAnsi="Times New Roman" w:cs="Times New Roman"/>
          <w:sz w:val="20"/>
          <w:szCs w:val="20"/>
        </w:rPr>
        <w:t>https</w:t>
      </w:r>
      <w:r w:rsidRPr="00BD665D">
        <w:rPr>
          <w:rFonts w:ascii="Times New Roman" w:hAnsi="Times New Roman" w:cs="Times New Roman"/>
          <w:sz w:val="20"/>
          <w:szCs w:val="20"/>
          <w:lang w:val="ru-RU"/>
        </w:rPr>
        <w:t>://</w:t>
      </w:r>
      <w:r w:rsidRPr="00BD665D">
        <w:rPr>
          <w:rFonts w:ascii="Times New Roman" w:hAnsi="Times New Roman" w:cs="Times New Roman"/>
          <w:sz w:val="20"/>
          <w:szCs w:val="20"/>
        </w:rPr>
        <w:t>ria</w:t>
      </w:r>
      <w:r w:rsidRPr="00BD665D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Pr="00BD665D">
        <w:rPr>
          <w:rFonts w:ascii="Times New Roman" w:hAnsi="Times New Roman" w:cs="Times New Roman"/>
          <w:sz w:val="20"/>
          <w:szCs w:val="20"/>
        </w:rPr>
        <w:t>ru</w:t>
      </w:r>
      <w:proofErr w:type="spellEnd"/>
      <w:r w:rsidRPr="00BD665D">
        <w:rPr>
          <w:rFonts w:ascii="Times New Roman" w:hAnsi="Times New Roman" w:cs="Times New Roman"/>
          <w:sz w:val="20"/>
          <w:szCs w:val="20"/>
          <w:lang w:val="ru-RU"/>
        </w:rPr>
        <w:t>/20260803/</w:t>
      </w:r>
      <w:proofErr w:type="spellStart"/>
      <w:r w:rsidRPr="00BD665D">
        <w:rPr>
          <w:rFonts w:ascii="Times New Roman" w:hAnsi="Times New Roman" w:cs="Times New Roman"/>
          <w:sz w:val="20"/>
          <w:szCs w:val="20"/>
        </w:rPr>
        <w:t>samolet</w:t>
      </w:r>
      <w:proofErr w:type="spellEnd"/>
      <w:r w:rsidRPr="00BD665D">
        <w:rPr>
          <w:rFonts w:ascii="Times New Roman" w:hAnsi="Times New Roman" w:cs="Times New Roman"/>
          <w:sz w:val="20"/>
          <w:szCs w:val="20"/>
          <w:lang w:val="ru-RU"/>
        </w:rPr>
        <w:t>-2108631047.</w:t>
      </w:r>
      <w:r w:rsidRPr="00BD665D">
        <w:rPr>
          <w:rFonts w:ascii="Times New Roman" w:hAnsi="Times New Roman" w:cs="Times New Roman"/>
          <w:sz w:val="20"/>
          <w:szCs w:val="20"/>
        </w:rPr>
        <w:t>html</w:t>
      </w:r>
      <w:r w:rsidRPr="00BD665D">
        <w:rPr>
          <w:rFonts w:ascii="Times New Roman" w:hAnsi="Times New Roman" w:cs="Times New Roman"/>
          <w:sz w:val="20"/>
          <w:szCs w:val="20"/>
          <w:lang w:val="ru-RU"/>
        </w:rPr>
        <w:t>?</w:t>
      </w:r>
      <w:proofErr w:type="spellStart"/>
      <w:r w:rsidRPr="00BD665D">
        <w:rPr>
          <w:rFonts w:ascii="Times New Roman" w:hAnsi="Times New Roman" w:cs="Times New Roman"/>
          <w:sz w:val="20"/>
          <w:szCs w:val="20"/>
        </w:rPr>
        <w:t>ysclid</w:t>
      </w:r>
      <w:proofErr w:type="spellEnd"/>
      <w:r w:rsidRPr="00BD665D">
        <w:rPr>
          <w:rFonts w:ascii="Times New Roman" w:hAnsi="Times New Roman" w:cs="Times New Roman"/>
          <w:sz w:val="20"/>
          <w:szCs w:val="20"/>
          <w:lang w:val="ru-RU"/>
        </w:rPr>
        <w:t>=</w:t>
      </w:r>
      <w:proofErr w:type="spellStart"/>
      <w:r w:rsidRPr="00BD665D">
        <w:rPr>
          <w:rFonts w:ascii="Times New Roman" w:hAnsi="Times New Roman" w:cs="Times New Roman"/>
          <w:sz w:val="20"/>
          <w:szCs w:val="20"/>
        </w:rPr>
        <w:t>mtsk</w:t>
      </w:r>
      <w:proofErr w:type="spellEnd"/>
      <w:r w:rsidRPr="00BD665D">
        <w:rPr>
          <w:rFonts w:ascii="Times New Roman" w:hAnsi="Times New Roman" w:cs="Times New Roman"/>
          <w:sz w:val="20"/>
          <w:szCs w:val="20"/>
          <w:lang w:val="ru-RU"/>
        </w:rPr>
        <w:t>0</w:t>
      </w:r>
      <w:r w:rsidRPr="00BD665D">
        <w:rPr>
          <w:rFonts w:ascii="Times New Roman" w:hAnsi="Times New Roman" w:cs="Times New Roman"/>
          <w:sz w:val="20"/>
          <w:szCs w:val="20"/>
        </w:rPr>
        <w:t>r</w:t>
      </w:r>
      <w:r w:rsidRPr="00BD665D">
        <w:rPr>
          <w:rFonts w:ascii="Times New Roman" w:hAnsi="Times New Roman" w:cs="Times New Roman"/>
          <w:sz w:val="20"/>
          <w:szCs w:val="20"/>
          <w:lang w:val="ru-RU"/>
        </w:rPr>
        <w:t>3</w:t>
      </w:r>
      <w:proofErr w:type="spellStart"/>
      <w:r w:rsidRPr="00BD665D">
        <w:rPr>
          <w:rFonts w:ascii="Times New Roman" w:hAnsi="Times New Roman" w:cs="Times New Roman"/>
          <w:sz w:val="20"/>
          <w:szCs w:val="20"/>
        </w:rPr>
        <w:t>eu</w:t>
      </w:r>
      <w:proofErr w:type="spellEnd"/>
      <w:r w:rsidRPr="00BD665D">
        <w:rPr>
          <w:rFonts w:ascii="Times New Roman" w:hAnsi="Times New Roman" w:cs="Times New Roman"/>
          <w:sz w:val="20"/>
          <w:szCs w:val="20"/>
          <w:lang w:val="ru-RU"/>
        </w:rPr>
        <w:t>730629854</w:t>
      </w:r>
    </w:p>
  </w:footnote>
  <w:footnote w:id="86">
    <w:p w14:paraId="15356778" w14:textId="77777777" w:rsidR="00401D4A" w:rsidRPr="001911EB" w:rsidRDefault="00401D4A" w:rsidP="00401D4A">
      <w:pPr>
        <w:pStyle w:val="aff9"/>
        <w:rPr>
          <w:rFonts w:ascii="Times New Roman" w:hAnsi="Times New Roman" w:cs="Times New Roman"/>
          <w:sz w:val="20"/>
          <w:szCs w:val="20"/>
          <w:lang w:val="ru-RU"/>
        </w:rPr>
      </w:pPr>
      <w:r w:rsidRPr="004C3275">
        <w:rPr>
          <w:rStyle w:val="aff8"/>
          <w:rFonts w:ascii="Times New Roman" w:hAnsi="Times New Roman" w:cs="Times New Roman"/>
          <w:sz w:val="20"/>
          <w:szCs w:val="20"/>
        </w:rPr>
        <w:footnoteRef/>
      </w:r>
      <w:r w:rsidRPr="004C3275">
        <w:rPr>
          <w:rFonts w:ascii="Times New Roman" w:hAnsi="Times New Roman" w:cs="Times New Roman"/>
          <w:sz w:val="20"/>
          <w:szCs w:val="20"/>
          <w:lang w:val="ru-RU"/>
        </w:rPr>
        <w:t xml:space="preserve"> Сравнение МС-21 с самолётами Советского Союза неправильно, поскольку в СССР все мощности по производству самолётов были разнесены между республиками. В данном случае речь идёт о самолёте, чьи компоненты полностью произведены на территории России.</w:t>
      </w:r>
    </w:p>
  </w:footnote>
</w:footnotes>
</file>

<file path=word/header1.xml><?xml version="1.0" encoding="utf-8"?>
<w:hdr xmlns:w="http://schemas.openxmlformats.org/wordprocessingml/2006/main" xmlns:a14="http://schemas.microsoft.com/office/drawing/2010/main" xmlns:r="http://schemas.openxmlformats.org/officeDocument/2006/relationships" xmlns:a="http://schemas.openxmlformats.org/drawingml/2006/main" xmlns:vyd="http://volga.yandex.com/schemas/document/model" xmlns:pic="http://schemas.openxmlformats.org/drawingml/2006/picture" xmlns:w14="http://schemas.microsoft.com/office/word/2010/wordml" xmlns:wp="http://schemas.openxmlformats.org/drawingml/2006/wordprocessingDrawing" vyd:_id="vyd:00000000000gnm">
  <w:p w14:paraId="56A4F924" w14:textId="4F17E888" w:rsidR="00E6496B" w:rsidRPr="00BE07B3" w:rsidRDefault="003D24AD" w:rsidP="003D24AD" vyd:_id="vyd:00000000000gnn">
    <w:pPr>
      <w:pStyle w:val="a5"/>
      <w:jc w:val="center"/>
      <w:rPr>
        <w:lang w:val="ru-RU"/>
      </w:rPr>
    </w:pPr>
    <w:r>
      <w:rPr>
        <w:rFonts w:ascii="Arial" w:hAnsi="Arial" w:cs="Arial"/>
        <w:sz w:val="22"/>
        <w:color w:val="000000"/>
        <w:bdr w:val="none" w:color="auto" w:sz="0" w:space="0" w:frame="1"/>
        <w:noProof w:val="1"/>
      </w:rPr>
      <w:drawing vyd:_id="vyd:00000000000gno">
        <wp:inline distT="0" distB="0" distL="0" distR="0">
          <wp:extent cx="1815152" cy="419612"/>
          <wp:effectExtent l="0" t="0" r="0" b="0"/>
          <wp:docPr id="1" name="Рисунок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5152" cy="4196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="http://schemas.openxmlformats.org/wordprocessingml/2006/main" xmlns:a14="http://schemas.microsoft.com/office/drawing/2010/main" xmlns:r="http://schemas.openxmlformats.org/officeDocument/2006/relationships" xmlns:a="http://schemas.openxmlformats.org/drawingml/2006/main" xmlns:vyd="http://volga.yandex.com/schemas/document/model" xmlns:pic="http://schemas.openxmlformats.org/drawingml/2006/picture" xmlns:w14="http://schemas.microsoft.com/office/word/2010/wordml" xmlns:wp="http://schemas.openxmlformats.org/drawingml/2006/wordprocessingDrawing" vyd:_id="vyd:00000000000gnp">
  <w:p w14:paraId="76C89A46" w14:textId="169E95BE" w:rsidR="003D24AD" w:rsidRDefault="003D24AD" w:rsidP="003D24AD" vyd:_id="vyd:00000000000gnq">
    <w:pPr>
      <w:pStyle w:val="a5"/>
      <w:jc w:val="center"/>
    </w:pPr>
    <w:r>
      <w:rPr>
        <w:rFonts w:ascii="Arial" w:hAnsi="Arial" w:cs="Arial"/>
        <w:sz w:val="22"/>
        <w:color w:val="000000"/>
        <w:bdr w:val="none" w:color="auto" w:sz="0" w:space="0" w:frame="1"/>
        <w:noProof w:val="1"/>
      </w:rPr>
      <w:drawing vyd:_id="vyd:00000000000gnr">
        <wp:inline distT="0" distB="0" distL="0" distR="0">
          <wp:extent cx="1815152" cy="419612"/>
          <wp:effectExtent l="0" t="0" r="0" b="0"/>
          <wp:docPr id="2" name="Рисунок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5152" cy="4196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16cex="http://schemas.microsoft.com/office/word/2018/wordml/cex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p14="http://schemas.microsoft.com/office/word/2010/wordprocessingDrawing" xmlns:w15="http://schemas.microsoft.com/office/word/2012/wordml" xmlns:w14="http://schemas.microsoft.com/office/word/2010/wordml" mc:Ignorable="w14 w15 w16se w16cid w16 w16cex w16sdtdh wp14">
  <w:abstractNum w15:restartNumberingAfterBreak="0" w:abstractNumId="0">
    <w:nsid w:val="FFFFFF7C"/>
    <w:multiLevelType w:val="singleLevel"/>
    <w:tmpl w:val="C310EC42"/>
    <w:lvl w:ilvl="0">
      <w:start w:val="1"/>
      <w:numFmt w:val="decimal"/>
      <w:lvlText w:val="%1."/>
      <w:lvlJc w:val="start"/>
      <w:pPr>
        <w:tabs>
          <w:tab w:val="num" w:pos="1800"/>
        </w:tabs>
        <w:ind w:start="1800" w:hanging="360"/>
      </w:pPr>
    </w:lvl>
  </w:abstractNum>
  <w:abstractNum w15:restartNumberingAfterBreak="0" w:abstractNumId="1">
    <w:nsid w:val="FFFFFF7D"/>
    <w:multiLevelType w:val="singleLevel"/>
    <w:tmpl w:val="E4089024"/>
    <w:lvl w:ilvl="0">
      <w:start w:val="1"/>
      <w:numFmt w:val="decimal"/>
      <w:lvlText w:val="%1."/>
      <w:lvlJc w:val="start"/>
      <w:pPr>
        <w:tabs>
          <w:tab w:val="num" w:pos="1440"/>
        </w:tabs>
        <w:ind w:start="1440" w:hanging="360"/>
      </w:pPr>
    </w:lvl>
  </w:abstractNum>
  <w:abstractNum w15:restartNumberingAfterBreak="0" w:abstractNumId="10">
    <w:nsid w:val="03550FEA"/>
    <w:multiLevelType w:val="hybridMultilevel"/>
    <w:tmpl w:val="825EAE60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11">
    <w:nsid w:val="07E10325"/>
    <w:multiLevelType w:val="singleLevel"/>
    <w:tmpl w:val="883C0EB4"/>
    <w:lvl w:ilvl="0">
      <w:start w:val="1"/>
      <w:numFmt w:val="bullet"/>
      <w:lvlText w:val="•"/>
      <w:lvlJc w:val="start"/>
      <w:pPr>
        <w:tabs>
          <w:tab w:val="num" w:pos="540"/>
        </w:tabs>
        <w:spacing w:after="80" w:line="300" w:lineRule="auto"/>
        <w:ind w:start="540" w:hanging="270"/>
      </w:pPr>
    </w:lvl>
  </w:abstractNum>
  <w:abstractNum w15:restartNumberingAfterBreak="0" w:abstractNumId="12">
    <w:nsid w:val="0F9450A9"/>
    <w:multiLevelType w:val="hybridMultilevel"/>
    <w:tmpl w:val="47FC08BC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13">
    <w:nsid w:val="1E2D4E9C"/>
    <w:multiLevelType w:val="hybridMultilevel"/>
    <w:tmpl w:val="F4C6DCE8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14">
    <w:nsid w:val="26F003F1"/>
    <w:multiLevelType w:val="hybridMultilevel"/>
    <w:tmpl w:val="25245026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15">
    <w:nsid w:val="330A3EE4"/>
    <w:multiLevelType w:val="singleLevel"/>
    <w:tmpl w:val="BE36CEE6"/>
    <w:lvl w:ilvl="0">
      <w:start w:val="1"/>
      <w:numFmt w:val="decimal"/>
      <w:lvlText w:val="%1."/>
      <w:lvlJc w:val="start"/>
      <w:pPr>
        <w:tabs>
          <w:tab w:val="num" w:pos="540"/>
        </w:tabs>
        <w:spacing w:after="80" w:line="300" w:lineRule="auto"/>
        <w:ind w:start="540" w:hanging="270"/>
      </w:pPr>
    </w:lvl>
  </w:abstractNum>
  <w:abstractNum w15:restartNumberingAfterBreak="0" w:abstractNumId="16">
    <w:nsid w:val="40A001ED"/>
    <w:multiLevelType w:val="hybridMultilevel"/>
    <w:tmpl w:val="43EE6088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17">
    <w:nsid w:val="42E51073"/>
    <w:multiLevelType w:val="hybridMultilevel"/>
    <w:tmpl w:val="76F2A638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18">
    <w:nsid w:val="4B356426"/>
    <w:multiLevelType w:val="hybridMultilevel"/>
    <w:tmpl w:val="E0D036F0"/>
    <w:lvl w:tplc="17CA2166" w:ilvl="0">
      <w:start w:val="1"/>
      <w:numFmt w:val="decimal"/>
      <w:lvlText w:val="%1."/>
      <w:lvlJc w:val="start"/>
      <w:pPr>
        <w:ind w:start="720" w:hanging="360"/>
      </w:pPr>
      <w:rPr>
        <w:rFonts w:ascii="Times New Roman" w:hAnsi="Times New Roman" w:eastAsia="Calibri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9">
    <w:nsid w:val="4B606103"/>
    <w:multiLevelType w:val="hybridMultilevel"/>
    <w:tmpl w:val="F25093E6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start"/>
      <w:pPr>
        <w:tabs>
          <w:tab w:val="num" w:pos="1080"/>
        </w:tabs>
        <w:ind w:start="1080" w:hanging="360"/>
      </w:pPr>
    </w:lvl>
  </w:abstractNum>
  <w:abstractNum w15:restartNumberingAfterBreak="0" w:abstractNumId="20">
    <w:nsid w:val="4C116B22"/>
    <w:multiLevelType w:val="hybridMultilevel"/>
    <w:tmpl w:val="7B62C656"/>
    <w:lvl w:tplc="D5AE1AB8" w:ilvl="0">
      <w:start w:val="1"/>
      <w:numFmt w:val="bullet"/>
      <w:lvlText w:val=""/>
      <w:lvlJc w:val="start"/>
      <w:pPr>
        <w:ind w:start="1429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149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69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589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09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29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49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69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189" w:hanging="360"/>
      </w:pPr>
      <w:rPr>
        <w:rFonts w:hint="default" w:ascii="Wingdings" w:hAnsi="Wingdings"/>
      </w:rPr>
    </w:lvl>
  </w:abstractNum>
  <w:abstractNum w15:restartNumberingAfterBreak="0" w:abstractNumId="21">
    <w:nsid w:val="541C76DA"/>
    <w:multiLevelType w:val="multilevel"/>
    <w:tmpl w:val="9272B084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22">
    <w:nsid w:val="637B2154"/>
    <w:multiLevelType w:val="hybridMultilevel"/>
    <w:tmpl w:val="91B43A7E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23">
    <w:nsid w:val="6F264711"/>
    <w:multiLevelType w:val="hybridMultilevel"/>
    <w:tmpl w:val="3952715C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24">
    <w:nsid w:val="71C97AF0"/>
    <w:multiLevelType w:val="hybridMultilevel"/>
    <w:tmpl w:val="4F1C33B8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start"/>
      <w:pPr>
        <w:tabs>
          <w:tab w:val="num" w:pos="720"/>
        </w:tabs>
        <w:ind w:start="720" w:hanging="360"/>
      </w:pPr>
    </w:lvl>
  </w:abstractNum>
  <w:abstractNum w15:restartNumberingAfterBreak="0" w:abstractNumId="4">
    <w:nsid w:val="FFFFFF81"/>
    <w:multiLevelType w:val="singleLevel"/>
    <w:tmpl w:val="171AC3A4"/>
    <w:lvl w:ilvl="0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hint="default" w:ascii="Symbol" w:hAnsi="Symbol"/>
      </w:rPr>
    </w:lvl>
  </w:abstractNum>
  <w:abstractNum w15:restartNumberingAfterBreak="0"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start"/>
      <w:pPr>
        <w:tabs>
          <w:tab w:val="num" w:pos="1080"/>
        </w:tabs>
        <w:ind w:start="1080" w:hanging="360"/>
      </w:pPr>
      <w:rPr>
        <w:rFonts w:hint="default" w:ascii="Symbol" w:hAnsi="Symbol"/>
      </w:rPr>
    </w:lvl>
  </w:abstractNum>
  <w:abstractNum w15:restartNumberingAfterBreak="0"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</w:rPr>
    </w:lvl>
  </w:abstractNum>
  <w:abstractNum w15:restartNumberingAfterBreak="0"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start"/>
      <w:pPr>
        <w:tabs>
          <w:tab w:val="num" w:pos="360"/>
        </w:tabs>
        <w:ind w:start="360" w:hanging="360"/>
      </w:pPr>
    </w:lvl>
  </w:abstractNum>
  <w:abstractNum w15:restartNumberingAfterBreak="0"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start"/>
      <w:pPr>
        <w:tabs>
          <w:tab w:val="num" w:pos="360"/>
        </w:tabs>
        <w:ind w:start="360" w:hanging="360"/>
      </w:pPr>
      <w:rPr>
        <w:rFonts w:hint="default" w:ascii="Symbol" w:hAnsi="Symbol"/>
      </w:rPr>
    </w:lvl>
  </w:abstractNum>
  <w:abstractNum w15:restartNumberingAfterBreak="0" w:abstractNumId="9">
    <w:nsid w:val="009E5337"/>
    <w:multiLevelType w:val="hybridMultilevel"/>
    <w:tmpl w:val="5D921340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num w:numId="1">
    <w:abstractNumId w:val="8"/>
  </w:num>
  <w:num w:numId="10">
    <w:abstractNumId w:val="15"/>
  </w:num>
  <w:num w:numId="11">
    <w:abstractNumId w:val="15"/>
  </w:num>
  <w:num w:numId="12">
    <w:abstractNumId w:val="11"/>
  </w:num>
  <w:num w:numId="13">
    <w:abstractNumId w:val="18"/>
  </w:num>
  <w:num w:numId="14">
    <w:abstractNumId w:val="9"/>
  </w:num>
  <w:num w:numId="15">
    <w:abstractNumId w:val="21"/>
  </w:num>
  <w:num w:numId="16">
    <w:abstractNumId w:val="14"/>
  </w:num>
  <w:num w:numId="17">
    <w:abstractNumId w:val="10"/>
  </w:num>
  <w:num w:numId="18">
    <w:abstractNumId w:val="17"/>
  </w:num>
  <w:num w:numId="19">
    <w:abstractNumId w:val="23"/>
  </w:num>
  <w:num w:numId="2">
    <w:abstractNumId w:val="6"/>
  </w:num>
  <w:num w:numId="20">
    <w:abstractNumId w:val="16"/>
  </w:num>
  <w:num w:numId="21">
    <w:abstractNumId w:val="24"/>
  </w:num>
  <w:num w:numId="22">
    <w:abstractNumId w:val="12"/>
  </w:num>
  <w:num w:numId="23">
    <w:abstractNumId w:val="19"/>
  </w:num>
  <w:num w:numId="24">
    <w:abstractNumId w:val="13"/>
  </w:num>
  <w:num w:numId="25">
    <w:abstractNumId w:val="22"/>
  </w:num>
  <w:num w:numId="26">
    <w:abstractNumId w:val="20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15="http://schemas.microsoft.com/office/word/2012/wordml" xmlns:w16cex="http://schemas.microsoft.com/office/word/2018/wordml/cex" xmlns:w16se="http://schemas.microsoft.com/office/word/2015/wordml/symex" xmlns:w="http://schemas.openxmlformats.org/wordprocessingml/2006/main" xmlns:v="urn:schemas-microsoft-com:vml" xmlns:mc="http://schemas.openxmlformats.org/markup-compatibility/2006" xmlns:w16cid="http://schemas.microsoft.com/office/word/2016/wordml/cid" xmlns:o="urn:schemas-microsoft-com:office:office" xmlns:m="http://schemas.openxmlformats.org/officeDocument/2006/math" xmlns:w16sdtdh="http://schemas.microsoft.com/office/word/2020/wordml/sdtdatahash" xmlns:w16="http://schemas.microsoft.com/office/word/2018/wordml" xmlns:w14="http://schemas.microsoft.com/office/word/2010/wordml" mc:Ignorable="w14 w15 w16se w16cid w16 w16cex w16sdtdh">
  <w14:docId w14:val="5488D7FC"/>
  <w14:defaultImageDpi w14:val="300"/>
  <w15:docId w15:val="{44E195BF-C064-0643-A5E5-B6C3323413CF}"/>
  <w:zoom w:percent="100"/>
  <w:displayBackgroundShape w:val="1"/>
  <w:defaultTabStop w:val="720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useFELayout w:val="1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6F46"/>
    <w:rsid w:val="00012839"/>
    <w:rsid w:val="00023642"/>
    <w:rsid w:val="00027ED7"/>
    <w:rsid w:val="00032C2F"/>
    <w:rsid w:val="00034616"/>
    <w:rsid w:val="00043182"/>
    <w:rsid w:val="00045868"/>
    <w:rsid w:val="00045D70"/>
    <w:rsid w:val="0006063C"/>
    <w:rsid w:val="0006129E"/>
    <w:rsid w:val="00064EED"/>
    <w:rsid w:val="000753A0"/>
    <w:rsid w:val="00080A40"/>
    <w:rsid w:val="00083533"/>
    <w:rsid w:val="00091E6F"/>
    <w:rsid w:val="00092ABE"/>
    <w:rsid w:val="00095AC0"/>
    <w:rsid w:val="00096694"/>
    <w:rsid w:val="000975A8"/>
    <w:rsid w:val="00097A5D"/>
    <w:rsid w:val="000A1D5F"/>
    <w:rsid w:val="000A1FAD"/>
    <w:rsid w:val="000A484A"/>
    <w:rsid w:val="000B6962"/>
    <w:rsid w:val="000C1C8A"/>
    <w:rsid w:val="000C5531"/>
    <w:rsid w:val="000D34EB"/>
    <w:rsid w:val="000D3531"/>
    <w:rsid w:val="000E0D8B"/>
    <w:rsid w:val="000E218C"/>
    <w:rsid w:val="000E2D9D"/>
    <w:rsid w:val="000F19DE"/>
    <w:rsid w:val="001024A2"/>
    <w:rsid w:val="001131E2"/>
    <w:rsid w:val="00122DCB"/>
    <w:rsid w:val="001250B3"/>
    <w:rsid w:val="00127F50"/>
    <w:rsid w:val="001362F5"/>
    <w:rsid w:val="00136886"/>
    <w:rsid w:val="00140B5F"/>
    <w:rsid w:val="00140ECD"/>
    <w:rsid w:val="00145690"/>
    <w:rsid w:val="001464AF"/>
    <w:rsid w:val="0015074B"/>
    <w:rsid w:val="00155D34"/>
    <w:rsid w:val="00164237"/>
    <w:rsid w:val="00167EC4"/>
    <w:rsid w:val="00182945"/>
    <w:rsid w:val="0019074C"/>
    <w:rsid w:val="00190F23"/>
    <w:rsid w:val="001911EB"/>
    <w:rsid w:val="00196FA3"/>
    <w:rsid w:val="001B7443"/>
    <w:rsid w:val="001C4E2A"/>
    <w:rsid w:val="001C6AA1"/>
    <w:rsid w:val="001F5E01"/>
    <w:rsid w:val="00201DE3"/>
    <w:rsid w:val="002029C7"/>
    <w:rsid w:val="0020416E"/>
    <w:rsid w:val="002053D4"/>
    <w:rsid w:val="00212203"/>
    <w:rsid w:val="00221232"/>
    <w:rsid w:val="00224290"/>
    <w:rsid w:val="00234B6F"/>
    <w:rsid w:val="00237C28"/>
    <w:rsid w:val="0024398E"/>
    <w:rsid w:val="00251FEB"/>
    <w:rsid w:val="00260100"/>
    <w:rsid w:val="002628C5"/>
    <w:rsid w:val="0027438F"/>
    <w:rsid w:val="00276387"/>
    <w:rsid w:val="00276A62"/>
    <w:rsid w:val="0029639D"/>
    <w:rsid w:val="002B0F0A"/>
    <w:rsid w:val="002B35C7"/>
    <w:rsid w:val="002B6065"/>
    <w:rsid w:val="002C0555"/>
    <w:rsid w:val="002D489E"/>
    <w:rsid w:val="002D4F78"/>
    <w:rsid w:val="002E4185"/>
    <w:rsid w:val="002E58D7"/>
    <w:rsid w:val="002F1876"/>
    <w:rsid w:val="002F777F"/>
    <w:rsid w:val="00314B24"/>
    <w:rsid w:val="00315904"/>
    <w:rsid w:val="0032617D"/>
    <w:rsid w:val="00326F90"/>
    <w:rsid w:val="003331A7"/>
    <w:rsid w:val="00352134"/>
    <w:rsid w:val="00354012"/>
    <w:rsid w:val="00354C3A"/>
    <w:rsid w:val="00366670"/>
    <w:rsid w:val="0036787D"/>
    <w:rsid w:val="00374331"/>
    <w:rsid w:val="003850CC"/>
    <w:rsid w:val="0039374A"/>
    <w:rsid w:val="003C2AE1"/>
    <w:rsid w:val="003D24AD"/>
    <w:rsid w:val="003E06F5"/>
    <w:rsid w:val="003E469C"/>
    <w:rsid w:val="003E5BE2"/>
    <w:rsid w:val="003E6E6D"/>
    <w:rsid w:val="003F14A0"/>
    <w:rsid w:val="003F3237"/>
    <w:rsid w:val="00401D4A"/>
    <w:rsid w:val="00405069"/>
    <w:rsid w:val="00414628"/>
    <w:rsid w:val="0043241C"/>
    <w:rsid w:val="00436392"/>
    <w:rsid w:val="00437E3E"/>
    <w:rsid w:val="0044194C"/>
    <w:rsid w:val="00445E2A"/>
    <w:rsid w:val="004554AA"/>
    <w:rsid w:val="004667E2"/>
    <w:rsid w:val="00467651"/>
    <w:rsid w:val="00475870"/>
    <w:rsid w:val="00480716"/>
    <w:rsid w:val="00484565"/>
    <w:rsid w:val="00486EBA"/>
    <w:rsid w:val="00496A21"/>
    <w:rsid w:val="00497A22"/>
    <w:rsid w:val="004A303F"/>
    <w:rsid w:val="004B2270"/>
    <w:rsid w:val="004B57D5"/>
    <w:rsid w:val="004C2939"/>
    <w:rsid w:val="004C3275"/>
    <w:rsid w:val="004C5C33"/>
    <w:rsid w:val="004C6CE7"/>
    <w:rsid w:val="004D0E1A"/>
    <w:rsid w:val="004D20D5"/>
    <w:rsid w:val="004D7AAF"/>
    <w:rsid w:val="00505260"/>
    <w:rsid w:val="00506675"/>
    <w:rsid w:val="005101A3"/>
    <w:rsid w:val="0051523C"/>
    <w:rsid w:val="005254BD"/>
    <w:rsid w:val="005271B1"/>
    <w:rsid w:val="00531786"/>
    <w:rsid w:val="00536FB4"/>
    <w:rsid w:val="005409B7"/>
    <w:rsid w:val="00545B32"/>
    <w:rsid w:val="005472C2"/>
    <w:rsid w:val="00560B4B"/>
    <w:rsid w:val="00571BD7"/>
    <w:rsid w:val="00572224"/>
    <w:rsid w:val="0058113C"/>
    <w:rsid w:val="00583356"/>
    <w:rsid w:val="00595879"/>
    <w:rsid w:val="005A1870"/>
    <w:rsid w:val="005A26CD"/>
    <w:rsid w:val="005A2A36"/>
    <w:rsid w:val="005C0D9F"/>
    <w:rsid w:val="005C118A"/>
    <w:rsid w:val="005C1838"/>
    <w:rsid w:val="005C393D"/>
    <w:rsid w:val="005F418A"/>
    <w:rsid w:val="005F6836"/>
    <w:rsid w:val="006000CE"/>
    <w:rsid w:val="00601A33"/>
    <w:rsid w:val="00602BDA"/>
    <w:rsid w:val="00603777"/>
    <w:rsid w:val="00610E01"/>
    <w:rsid w:val="00610E61"/>
    <w:rsid w:val="00611996"/>
    <w:rsid w:val="006415C4"/>
    <w:rsid w:val="006521BF"/>
    <w:rsid w:val="00656679"/>
    <w:rsid w:val="00657BF5"/>
    <w:rsid w:val="00664075"/>
    <w:rsid w:val="0068543E"/>
    <w:rsid w:val="00687269"/>
    <w:rsid w:val="00687778"/>
    <w:rsid w:val="00692476"/>
    <w:rsid w:val="006A12CC"/>
    <w:rsid w:val="006A621B"/>
    <w:rsid w:val="006B19F2"/>
    <w:rsid w:val="006B5796"/>
    <w:rsid w:val="006C49BB"/>
    <w:rsid w:val="006D4A38"/>
    <w:rsid w:val="006E032D"/>
    <w:rsid w:val="006E1D6D"/>
    <w:rsid w:val="006F221A"/>
    <w:rsid w:val="006F3D8A"/>
    <w:rsid w:val="006F40F8"/>
    <w:rsid w:val="007033F0"/>
    <w:rsid w:val="00705271"/>
    <w:rsid w:val="00706EB9"/>
    <w:rsid w:val="007070EF"/>
    <w:rsid w:val="007144FF"/>
    <w:rsid w:val="00720795"/>
    <w:rsid w:val="00735EAB"/>
    <w:rsid w:val="00737BFC"/>
    <w:rsid w:val="00740394"/>
    <w:rsid w:val="00763E84"/>
    <w:rsid w:val="00766147"/>
    <w:rsid w:val="00771BB7"/>
    <w:rsid w:val="0077774E"/>
    <w:rsid w:val="007811DA"/>
    <w:rsid w:val="007874D8"/>
    <w:rsid w:val="007A6803"/>
    <w:rsid w:val="007B2BE2"/>
    <w:rsid w:val="007C2FBA"/>
    <w:rsid w:val="007D0FED"/>
    <w:rsid w:val="007E2F6D"/>
    <w:rsid w:val="007F6534"/>
    <w:rsid w:val="007F6BA7"/>
    <w:rsid w:val="0080638D"/>
    <w:rsid w:val="00807E12"/>
    <w:rsid w:val="0081153F"/>
    <w:rsid w:val="0081509B"/>
    <w:rsid w:val="008171ED"/>
    <w:rsid w:val="00846EBA"/>
    <w:rsid w:val="00852D36"/>
    <w:rsid w:val="00854542"/>
    <w:rsid w:val="00857F70"/>
    <w:rsid w:val="00872477"/>
    <w:rsid w:val="00874605"/>
    <w:rsid w:val="008754A1"/>
    <w:rsid w:val="008856E2"/>
    <w:rsid w:val="00886358"/>
    <w:rsid w:val="008873D3"/>
    <w:rsid w:val="008A67CF"/>
    <w:rsid w:val="008A6BA0"/>
    <w:rsid w:val="008B67DF"/>
    <w:rsid w:val="008B6FDD"/>
    <w:rsid w:val="008C117F"/>
    <w:rsid w:val="008C4534"/>
    <w:rsid w:val="008C517C"/>
    <w:rsid w:val="008C7D79"/>
    <w:rsid w:val="008F02B6"/>
    <w:rsid w:val="009074C6"/>
    <w:rsid w:val="009225A4"/>
    <w:rsid w:val="0092424E"/>
    <w:rsid w:val="009328DA"/>
    <w:rsid w:val="00942DA5"/>
    <w:rsid w:val="00944E83"/>
    <w:rsid w:val="00946C1F"/>
    <w:rsid w:val="00962068"/>
    <w:rsid w:val="00967991"/>
    <w:rsid w:val="00975110"/>
    <w:rsid w:val="009876AF"/>
    <w:rsid w:val="00993129"/>
    <w:rsid w:val="009B549A"/>
    <w:rsid w:val="009C003A"/>
    <w:rsid w:val="009C4DE4"/>
    <w:rsid w:val="009C70BF"/>
    <w:rsid w:val="009D495E"/>
    <w:rsid w:val="009E0A0D"/>
    <w:rsid w:val="009E45B0"/>
    <w:rsid w:val="00A01A2D"/>
    <w:rsid w:val="00A034D5"/>
    <w:rsid w:val="00A07613"/>
    <w:rsid w:val="00A128FF"/>
    <w:rsid w:val="00A152B2"/>
    <w:rsid w:val="00A15E73"/>
    <w:rsid w:val="00A20910"/>
    <w:rsid w:val="00A21E69"/>
    <w:rsid w:val="00A27115"/>
    <w:rsid w:val="00A27844"/>
    <w:rsid w:val="00A34D04"/>
    <w:rsid w:val="00A53C5B"/>
    <w:rsid w:val="00A66862"/>
    <w:rsid w:val="00A8524F"/>
    <w:rsid w:val="00A90496"/>
    <w:rsid w:val="00A91A84"/>
    <w:rsid w:val="00AA1D8D"/>
    <w:rsid w:val="00AA1ED8"/>
    <w:rsid w:val="00AB4910"/>
    <w:rsid w:val="00AC47AE"/>
    <w:rsid w:val="00AE06D9"/>
    <w:rsid w:val="00AE2068"/>
    <w:rsid w:val="00AF27EE"/>
    <w:rsid w:val="00B007E6"/>
    <w:rsid w:val="00B04F7E"/>
    <w:rsid w:val="00B17DF1"/>
    <w:rsid w:val="00B33BF2"/>
    <w:rsid w:val="00B47730"/>
    <w:rsid w:val="00B479F0"/>
    <w:rsid w:val="00B5536E"/>
    <w:rsid w:val="00B553BE"/>
    <w:rsid w:val="00B56826"/>
    <w:rsid w:val="00B61B89"/>
    <w:rsid w:val="00B75149"/>
    <w:rsid w:val="00B77FC2"/>
    <w:rsid w:val="00B80BA9"/>
    <w:rsid w:val="00B813EE"/>
    <w:rsid w:val="00B87D8D"/>
    <w:rsid w:val="00BA0A4E"/>
    <w:rsid w:val="00BA1F26"/>
    <w:rsid w:val="00BA5C5E"/>
    <w:rsid w:val="00BD2FF6"/>
    <w:rsid w:val="00BD46C1"/>
    <w:rsid w:val="00BE07B3"/>
    <w:rsid w:val="00BE0D3E"/>
    <w:rsid w:val="00BE3F00"/>
    <w:rsid w:val="00BE3FAB"/>
    <w:rsid w:val="00BF2E71"/>
    <w:rsid w:val="00BF47FF"/>
    <w:rsid w:val="00BF4B1A"/>
    <w:rsid w:val="00BF519B"/>
    <w:rsid w:val="00C00BF4"/>
    <w:rsid w:val="00C04039"/>
    <w:rsid w:val="00C07530"/>
    <w:rsid w:val="00C10F10"/>
    <w:rsid w:val="00C34953"/>
    <w:rsid w:val="00C36DCD"/>
    <w:rsid w:val="00C401AB"/>
    <w:rsid w:val="00C40619"/>
    <w:rsid w:val="00C40A24"/>
    <w:rsid w:val="00C419AD"/>
    <w:rsid w:val="00C43BB0"/>
    <w:rsid w:val="00C444F5"/>
    <w:rsid w:val="00C52D9B"/>
    <w:rsid w:val="00C53C52"/>
    <w:rsid w:val="00C64ECD"/>
    <w:rsid w:val="00C76877"/>
    <w:rsid w:val="00C83CD4"/>
    <w:rsid w:val="00C87013"/>
    <w:rsid w:val="00C87651"/>
    <w:rsid w:val="00CA02BC"/>
    <w:rsid w:val="00CB0664"/>
    <w:rsid w:val="00CD2372"/>
    <w:rsid w:val="00CD4C3F"/>
    <w:rsid w:val="00CE2E77"/>
    <w:rsid w:val="00D00DFE"/>
    <w:rsid w:val="00D01B5A"/>
    <w:rsid w:val="00D03051"/>
    <w:rsid w:val="00D10B8D"/>
    <w:rsid w:val="00D172BC"/>
    <w:rsid w:val="00D17545"/>
    <w:rsid w:val="00D206EF"/>
    <w:rsid w:val="00D21DC7"/>
    <w:rsid w:val="00D3538B"/>
    <w:rsid w:val="00D54564"/>
    <w:rsid w:val="00D614F8"/>
    <w:rsid w:val="00D72F9E"/>
    <w:rsid w:val="00D85854"/>
    <w:rsid w:val="00D9350D"/>
    <w:rsid w:val="00D9754C"/>
    <w:rsid w:val="00DA1F65"/>
    <w:rsid w:val="00DA76A4"/>
    <w:rsid w:val="00DC1276"/>
    <w:rsid w:val="00DC5F45"/>
    <w:rsid w:val="00DE2FC9"/>
    <w:rsid w:val="00DE3B8F"/>
    <w:rsid w:val="00DF32FA"/>
    <w:rsid w:val="00E051B5"/>
    <w:rsid w:val="00E14A78"/>
    <w:rsid w:val="00E1530E"/>
    <w:rsid w:val="00E224F2"/>
    <w:rsid w:val="00E279BF"/>
    <w:rsid w:val="00E317B5"/>
    <w:rsid w:val="00E31B94"/>
    <w:rsid w:val="00E3348E"/>
    <w:rsid w:val="00E37F1D"/>
    <w:rsid w:val="00E44958"/>
    <w:rsid w:val="00E45548"/>
    <w:rsid w:val="00E467B7"/>
    <w:rsid w:val="00E54D05"/>
    <w:rsid w:val="00E55470"/>
    <w:rsid w:val="00E61EE6"/>
    <w:rsid w:val="00E6496B"/>
    <w:rsid w:val="00E65E3C"/>
    <w:rsid w:val="00E67517"/>
    <w:rsid w:val="00E70714"/>
    <w:rsid w:val="00E92074"/>
    <w:rsid w:val="00EA7CEA"/>
    <w:rsid w:val="00EB5A7B"/>
    <w:rsid w:val="00ED0C00"/>
    <w:rsid w:val="00EE238D"/>
    <w:rsid w:val="00EE4A36"/>
    <w:rsid w:val="00EF249E"/>
    <w:rsid w:val="00F00EE0"/>
    <w:rsid w:val="00F07B7E"/>
    <w:rsid w:val="00F131C4"/>
    <w:rsid w:val="00F136F0"/>
    <w:rsid w:val="00F33F92"/>
    <w:rsid w:val="00F354DE"/>
    <w:rsid w:val="00F54DFD"/>
    <w:rsid w:val="00F56470"/>
    <w:rsid w:val="00F56E6A"/>
    <w:rsid w:val="00F81C76"/>
    <w:rsid w:val="00F82A74"/>
    <w:rsid w:val="00F965A8"/>
    <w:rsid w:val="00FA4968"/>
    <w:rsid w:val="00FA7056"/>
    <w:rsid w:val="00FB02E8"/>
    <w:rsid w:val="00FB1C8E"/>
    <w:rsid w:val="00FC0348"/>
    <w:rsid w:val="00FC2B82"/>
    <w:rsid w:val="00FC4F92"/>
    <w:rsid w:val="00FC5A5F"/>
    <w:rsid w:val="00FC693F"/>
    <w:rsid w:val="00FE0660"/>
    <w:rsid w:val="00FE0BCC"/>
    <w:rsid w:val="00FE27A5"/>
    <w:rsid w:val="00FE4A63"/>
    <w:rsid w:val="00FF2D6C"/>
    <w:rsid w:val="00FF2FA8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  <w:doNotAutoCompressPictures w:val="1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lang w:val="en-US"/>
        <w:szCs w:val="22"/>
      </w:rPr>
    </w:rPrDefault>
    <w:pPrDefault>
      <w:pPr>
        <w:spacing w:after="200" w:line="276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uiPriority="0" w:semiHidden="1" w:unhideWhenUsed="1"/>
    <w:lsdException w:name="footnote text" w:uiPriority="0" w:semiHidden="1" w:unhideWhenUsed="1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band1Horz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3DFEE" w:themeFill="accent1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3DFEE" w:themeFill="accent1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start w:val="nil" w:sz="0"/>
          <w:bottom w:val="single" w:color="4F81BD" w:themeColor="accent1" w:sz="8" w:space="0"/>
          <w:end w:val="nil" w:sz="0"/>
          <w:insideH w:val="nil" w:sz="0"/>
          <w:insideV w:val="nil" w:sz="0"/>
        </w:tcBorders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start w:val="nil" w:sz="0"/>
          <w:bottom w:val="single" w:color="4F81BD" w:themeColor="accent1" w:sz="8" w:space="0"/>
          <w:end w:val="nil" w:sz="0"/>
          <w:insideH w:val="nil" w:sz="0"/>
          <w:insideV w:val="nil" w:sz="0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band1Horz">
      <w:tblPr/>
      <w:tcPr>
        <w:tcBorders>
          <w:top w:val="single" w:color="4F81BD" w:themeColor="accent1" w:sz="8" w:space="0"/>
          <w:start w:val="single" w:color="4F81BD" w:themeColor="accent1" w:sz="8" w:space="0"/>
          <w:bottom w:val="single" w:color="4F81BD" w:themeColor="accent1" w:sz="8" w:space="0"/>
          <w:end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start w:val="single" w:color="4F81BD" w:themeColor="accent1" w:sz="8" w:space="0"/>
          <w:bottom w:val="single" w:color="4F81BD" w:themeColor="accent1" w:sz="8" w:space="0"/>
          <w:end w:val="single" w:color="4F81BD" w:themeColor="accent1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shd w:val="clear" w:color="auto" w:fill="4F81BD" w:themeFill="accent1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F81BD" w:themeColor="accent1" w:sz="6" w:space="0"/>
          <w:start w:val="single" w:color="4F81BD" w:themeColor="accent1" w:sz="8" w:space="0"/>
          <w:bottom w:val="single" w:color="4F81BD" w:themeColor="accent1" w:sz="8" w:space="0"/>
          <w:end w:val="single" w:color="4F81BD" w:themeColor="accent1" w:sz="8" w:space="0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band1Horz">
      <w:tblPr/>
      <w:tcPr>
        <w:tcBorders>
          <w:top w:val="single" w:color="4F81BD" w:themeColor="accent1" w:sz="8" w:space="0"/>
          <w:start w:val="single" w:color="4F81BD" w:themeColor="accent1" w:sz="8" w:space="0"/>
          <w:bottom w:val="single" w:color="4F81BD" w:themeColor="accent1" w:sz="8" w:space="0"/>
          <w:end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1Vert">
      <w:tblPr/>
      <w:tcPr>
        <w:tcBorders>
          <w:top w:val="single" w:color="4F81BD" w:themeColor="accent1" w:sz="8" w:space="0"/>
          <w:start w:val="single" w:color="4F81BD" w:themeColor="accent1" w:sz="8" w:space="0"/>
          <w:bottom w:val="single" w:color="4F81BD" w:themeColor="accent1" w:sz="8" w:space="0"/>
          <w:end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start w:val="single" w:color="4F81BD" w:themeColor="accent1" w:sz="8" w:space="0"/>
          <w:bottom w:val="single" w:color="4F81BD" w:themeColor="accent1" w:sz="8" w:space="0"/>
          <w:end w:val="single" w:color="4F81BD" w:themeColor="accent1" w:sz="8" w:space="0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start w:val="single" w:color="4F81BD" w:themeColor="accent1" w:sz="8" w:space="0"/>
          <w:bottom w:val="single" w:color="4F81BD" w:themeColor="accent1" w:sz="18" w:space="0"/>
          <w:end w:val="single" w:color="4F81BD" w:themeColor="accent1" w:sz="8" w:space="0"/>
          <w:insideH w:val="nil" w:sz="0"/>
          <w:insideV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start w:val="single" w:color="4F81BD" w:themeColor="accent1" w:sz="8" w:space="0"/>
          <w:bottom w:val="single" w:color="4F81BD" w:themeColor="accent1" w:sz="8" w:space="0"/>
          <w:end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F81BD" w:themeColor="accent1" w:sz="6" w:space="0"/>
          <w:start w:val="single" w:color="4F81BD" w:themeColor="accent1" w:sz="8" w:space="0"/>
          <w:bottom w:val="single" w:color="4F81BD" w:themeColor="accent1" w:sz="8" w:space="0"/>
          <w:end w:val="single" w:color="4F81BD" w:themeColor="accent1" w:sz="8" w:space="0"/>
          <w:insideH w:val="nil" w:sz="0"/>
          <w:insideV w:val="single" w:color="4F81BD" w:themeColor="accent1" w:sz="8" w:space="0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band1Horz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365F91" w:themeFill="accent1" w:themeFillShade="B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FFFFFF" w:themeColor="background1" w:sz="18" w:space="0"/>
          <w:insideH w:val="nil" w:sz="0"/>
          <w:insideV w:val="nil" w:sz="0"/>
        </w:tcBorders>
        <w:shd w:val="clear" w:color="auto" w:fill="365F91" w:themeFill="accent1" w:themeFillShade="BF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FFFFFF" w:themeColor="background1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tblPr/>
      <w:tcPr>
        <w:tcBorders>
          <w:top w:val="nil" w:sz="0"/>
          <w:start w:val="single" w:color="FFFFFF" w:themeColor="background1" w:sz="18" w:space="0"/>
          <w:bottom w:val="nil" w:sz="0"/>
          <w:end w:val="nil" w:sz="0"/>
          <w:insideH w:val="nil" w:sz="0"/>
          <w:insideV w:val="nil" w:sz="0"/>
        </w:tcBorders>
        <w:shd w:val="clear" w:color="auto" w:fill="365F91" w:themeFill="accent1" w:themeFillShade="BF"/>
      </w:tcPr>
    </w:tblStylePr>
    <w:tblStylePr w:type="lastRow">
      <w:tblPr/>
      <w:tcPr>
        <w:tcBorders>
          <w:top w:val="single" w:color="FFFFFF" w:themeColor="background1" w:sz="1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243F60" w:themeFill="accent1" w:themeFillShade="7F"/>
      </w:tc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band1Horz">
      <w:tblPr/>
      <w:tcPr>
        <w:shd w:val="clear" w:color="auto" w:fill="A7BFDE" w:themeFill="accent1" w:themeFillTint="7F"/>
      </w:tcPr>
    </w:tblStylePr>
    <w:tblStylePr w:type="band1Vert"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single" w:color="2C4C74" w:themeColor="accent1" w:themeShade="99" w:sz="4" w:space="0"/>
          <w:insideV w:val="nil" w:sz="0"/>
        </w:tcBorders>
        <w:shd w:val="clear" w:color="auto" w:fill="2C4C74" w:themeFill="accent1" w:themeFillShade="99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C0504D" w:themeColor="accent2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2C4C74" w:themeFill="accent1" w:themeFillShade="99"/>
      </w:tcPr>
    </w:tblStylePr>
    <w:tblStylePr w:type="lastRow">
      <w:rPr>
        <w:color w:val="FFFFFF" w:themeColor="background1"/>
        <w:b w:val="1"/>
        <w:bCs w:val="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band1Horz">
      <w:tblPr/>
      <w:tcPr>
        <w:shd w:val="clear" w:color="auto" w:fill="DBE5F1" w:themeFill="accent1" w:themeFillTint="33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D3DFEE" w:themeFill="accent1" w:themeFillTint="3F"/>
      </w:tcPr>
    </w:tblStylePr>
    <w:tblStylePr w:type="firstCol">
      <w:rPr>
        <w:b w:val="1"/>
        <w:bCs w:val="1"/>
      </w:rPr>
    </w:tblStylePr>
    <w:tblStylePr w:type="firstRow">
      <w:rPr>
        <w:color w:val="FFFFFF" w:themeColor="background1"/>
        <w:b w:val="1"/>
        <w:bCs w:val="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 w:val="1"/>
        <w:bCs w:val="1"/>
      </w:rPr>
    </w:tblStylePr>
    <w:tblStylePr w:type="lastRow">
      <w:rPr>
        <w:color w:val="9E3A38" w:themeColor="accent2" w:themeShade="CC"/>
        <w:b w:val="1"/>
        <w:bCs w:val="1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band1Horz">
      <w:tblPr/>
      <w:tcPr>
        <w:shd w:val="clear" w:color="auto" w:fill="A7BFDE" w:themeFill="accent1" w:themeFillTint="7F"/>
      </w:tcPr>
    </w:tblStylePr>
    <w:tblStylePr w:type="band1Vert">
      <w:tblPr/>
      <w:tcPr>
        <w:shd w:val="clear" w:color="auto" w:fill="A7BFDE" w:themeFill="accent1" w:themeFillTint="7F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firstRow">
      <w:rPr>
        <w:b w:val="1"/>
        <w:bCs w:val="1"/>
      </w:rPr>
      <w:tblPr/>
      <w:tcPr>
        <w:shd w:val="clear" w:color="auto" w:fill="B8CCE4" w:themeFill="accent1" w:themeFillTint="66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Row">
      <w:rPr>
        <w:color w:val="000000" w:themeColor="text1"/>
        <w:b w:val="1"/>
        <w:bCs w:val="1"/>
      </w:rPr>
      <w:tblPr/>
      <w:tcPr>
        <w:shd w:val="clear" w:color="auto" w:fill="B8CCE4" w:themeFill="accent1" w:themeFillTint="66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band1Horz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EFD3D2" w:themeFill="accent2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EFD3D2" w:themeFill="accent2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start w:val="nil" w:sz="0"/>
          <w:bottom w:val="single" w:color="C0504D" w:themeColor="accent2" w:sz="8" w:space="0"/>
          <w:end w:val="nil" w:sz="0"/>
          <w:insideH w:val="nil" w:sz="0"/>
          <w:insideV w:val="nil" w:sz="0"/>
        </w:tcBorders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start w:val="nil" w:sz="0"/>
          <w:bottom w:val="single" w:color="C0504D" w:themeColor="accent2" w:sz="8" w:space="0"/>
          <w:end w:val="nil" w:sz="0"/>
          <w:insideH w:val="nil" w:sz="0"/>
          <w:insideV w:val="nil" w:sz="0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band1Horz">
      <w:tblPr/>
      <w:tcPr>
        <w:tcBorders>
          <w:top w:val="single" w:color="C0504D" w:themeColor="accent2" w:sz="8" w:space="0"/>
          <w:start w:val="single" w:color="C0504D" w:themeColor="accent2" w:sz="8" w:space="0"/>
          <w:bottom w:val="single" w:color="C0504D" w:themeColor="accent2" w:sz="8" w:space="0"/>
          <w:end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start w:val="single" w:color="C0504D" w:themeColor="accent2" w:sz="8" w:space="0"/>
          <w:bottom w:val="single" w:color="C0504D" w:themeColor="accent2" w:sz="8" w:space="0"/>
          <w:end w:val="single" w:color="C0504D" w:themeColor="accent2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shd w:val="clear" w:color="auto" w:fill="C0504D" w:themeFill="accent2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0504D" w:themeColor="accent2" w:sz="6" w:space="0"/>
          <w:start w:val="single" w:color="C0504D" w:themeColor="accent2" w:sz="8" w:space="0"/>
          <w:bottom w:val="single" w:color="C0504D" w:themeColor="accent2" w:sz="8" w:space="0"/>
          <w:end w:val="single" w:color="C0504D" w:themeColor="accent2" w:sz="8" w:space="0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band1Horz">
      <w:tblPr/>
      <w:tcPr>
        <w:tcBorders>
          <w:top w:val="single" w:color="C0504D" w:themeColor="accent2" w:sz="8" w:space="0"/>
          <w:start w:val="single" w:color="C0504D" w:themeColor="accent2" w:sz="8" w:space="0"/>
          <w:bottom w:val="single" w:color="C0504D" w:themeColor="accent2" w:sz="8" w:space="0"/>
          <w:end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1Vert">
      <w:tblPr/>
      <w:tcPr>
        <w:tcBorders>
          <w:top w:val="single" w:color="C0504D" w:themeColor="accent2" w:sz="8" w:space="0"/>
          <w:start w:val="single" w:color="C0504D" w:themeColor="accent2" w:sz="8" w:space="0"/>
          <w:bottom w:val="single" w:color="C0504D" w:themeColor="accent2" w:sz="8" w:space="0"/>
          <w:end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start w:val="single" w:color="C0504D" w:themeColor="accent2" w:sz="8" w:space="0"/>
          <w:bottom w:val="single" w:color="C0504D" w:themeColor="accent2" w:sz="8" w:space="0"/>
          <w:end w:val="single" w:color="C0504D" w:themeColor="accent2" w:sz="8" w:space="0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start w:val="single" w:color="C0504D" w:themeColor="accent2" w:sz="8" w:space="0"/>
          <w:bottom w:val="single" w:color="C0504D" w:themeColor="accent2" w:sz="18" w:space="0"/>
          <w:end w:val="single" w:color="C0504D" w:themeColor="accent2" w:sz="8" w:space="0"/>
          <w:insideH w:val="nil" w:sz="0"/>
          <w:insideV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start w:val="single" w:color="C0504D" w:themeColor="accent2" w:sz="8" w:space="0"/>
          <w:bottom w:val="single" w:color="C0504D" w:themeColor="accent2" w:sz="8" w:space="0"/>
          <w:end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C0504D" w:themeColor="accent2" w:sz="6" w:space="0"/>
          <w:start w:val="single" w:color="C0504D" w:themeColor="accent2" w:sz="8" w:space="0"/>
          <w:bottom w:val="single" w:color="C0504D" w:themeColor="accent2" w:sz="8" w:space="0"/>
          <w:end w:val="single" w:color="C0504D" w:themeColor="accent2" w:sz="8" w:space="0"/>
          <w:insideH w:val="nil" w:sz="0"/>
          <w:insideV w:val="single" w:color="C0504D" w:themeColor="accent2" w:sz="8" w:space="0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band1Horz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943634" w:themeFill="accent2" w:themeFillShade="B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FFFFFF" w:themeColor="background1" w:sz="18" w:space="0"/>
          <w:insideH w:val="nil" w:sz="0"/>
          <w:insideV w:val="nil" w:sz="0"/>
        </w:tcBorders>
        <w:shd w:val="clear" w:color="auto" w:fill="943634" w:themeFill="accent2" w:themeFillShade="BF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FFFFFF" w:themeColor="background1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tblPr/>
      <w:tcPr>
        <w:tcBorders>
          <w:top w:val="nil" w:sz="0"/>
          <w:start w:val="single" w:color="FFFFFF" w:themeColor="background1" w:sz="18" w:space="0"/>
          <w:bottom w:val="nil" w:sz="0"/>
          <w:end w:val="nil" w:sz="0"/>
          <w:insideH w:val="nil" w:sz="0"/>
          <w:insideV w:val="nil" w:sz="0"/>
        </w:tcBorders>
        <w:shd w:val="clear" w:color="auto" w:fill="943634" w:themeFill="accent2" w:themeFillShade="BF"/>
      </w:tcPr>
    </w:tblStylePr>
    <w:tblStylePr w:type="lastRow">
      <w:tblPr/>
      <w:tcPr>
        <w:tcBorders>
          <w:top w:val="single" w:color="FFFFFF" w:themeColor="background1" w:sz="1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622423" w:themeFill="accent2" w:themeFillShade="7F"/>
      </w:tc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band1Horz">
      <w:tblPr/>
      <w:tcPr>
        <w:shd w:val="clear" w:color="auto" w:fill="DFA7A6" w:themeFill="accent2" w:themeFillTint="7F"/>
      </w:tcPr>
    </w:tblStylePr>
    <w:tblStylePr w:type="band1Vert"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single" w:color="772C2A" w:themeColor="accent2" w:themeShade="99" w:sz="4" w:space="0"/>
          <w:insideV w:val="nil" w:sz="0"/>
        </w:tcBorders>
        <w:shd w:val="clear" w:color="auto" w:fill="772C2A" w:themeFill="accent2" w:themeFillShade="99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C0504D" w:themeColor="accent2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772C2A" w:themeFill="accent2" w:themeFillShade="99"/>
      </w:tcPr>
    </w:tblStylePr>
    <w:tblStylePr w:type="lastRow">
      <w:rPr>
        <w:color w:val="FFFFFF" w:themeColor="background1"/>
        <w:b w:val="1"/>
        <w:bCs w:val="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band1Horz">
      <w:tblPr/>
      <w:tcPr>
        <w:shd w:val="clear" w:color="auto" w:fill="F2DBDB" w:themeFill="accent2" w:themeFillTint="33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EFD3D2" w:themeFill="accent2" w:themeFillTint="3F"/>
      </w:tcPr>
    </w:tblStylePr>
    <w:tblStylePr w:type="firstCol">
      <w:rPr>
        <w:b w:val="1"/>
        <w:bCs w:val="1"/>
      </w:rPr>
    </w:tblStylePr>
    <w:tblStylePr w:type="firstRow">
      <w:rPr>
        <w:color w:val="FFFFFF" w:themeColor="background1"/>
        <w:b w:val="1"/>
        <w:bCs w:val="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 w:val="1"/>
        <w:bCs w:val="1"/>
      </w:rPr>
    </w:tblStylePr>
    <w:tblStylePr w:type="lastRow">
      <w:rPr>
        <w:color w:val="9E3A38" w:themeColor="accent2" w:themeShade="CC"/>
        <w:b w:val="1"/>
        <w:bCs w:val="1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band1Horz">
      <w:tblPr/>
      <w:tcPr>
        <w:shd w:val="clear" w:color="auto" w:fill="DFA7A6" w:themeFill="accent2" w:themeFillTint="7F"/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firstRow">
      <w:rPr>
        <w:b w:val="1"/>
        <w:bCs w:val="1"/>
      </w:rPr>
      <w:tblPr/>
      <w:tcPr>
        <w:shd w:val="clear" w:color="auto" w:fill="E5B8B7" w:themeFill="accent2" w:themeFillTint="66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Row">
      <w:rPr>
        <w:color w:val="000000" w:themeColor="text1"/>
        <w:b w:val="1"/>
        <w:bCs w:val="1"/>
      </w:rPr>
      <w:tblPr/>
      <w:tcPr>
        <w:shd w:val="clear" w:color="auto" w:fill="E5B8B7" w:themeFill="accent2" w:themeFillTint="66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band1Horz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E6EED5" w:themeFill="accent3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E6EED5" w:themeFill="accent3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start w:val="nil" w:sz="0"/>
          <w:bottom w:val="single" w:color="9BBB59" w:themeColor="accent3" w:sz="8" w:space="0"/>
          <w:end w:val="nil" w:sz="0"/>
          <w:insideH w:val="nil" w:sz="0"/>
          <w:insideV w:val="nil" w:sz="0"/>
        </w:tcBorders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start w:val="nil" w:sz="0"/>
          <w:bottom w:val="single" w:color="9BBB59" w:themeColor="accent3" w:sz="8" w:space="0"/>
          <w:end w:val="nil" w:sz="0"/>
          <w:insideH w:val="nil" w:sz="0"/>
          <w:insideV w:val="nil" w:sz="0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band1Horz">
      <w:tblPr/>
      <w:tcPr>
        <w:tcBorders>
          <w:top w:val="single" w:color="9BBB59" w:themeColor="accent3" w:sz="8" w:space="0"/>
          <w:start w:val="single" w:color="9BBB59" w:themeColor="accent3" w:sz="8" w:space="0"/>
          <w:bottom w:val="single" w:color="9BBB59" w:themeColor="accent3" w:sz="8" w:space="0"/>
          <w:end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start w:val="single" w:color="9BBB59" w:themeColor="accent3" w:sz="8" w:space="0"/>
          <w:bottom w:val="single" w:color="9BBB59" w:themeColor="accent3" w:sz="8" w:space="0"/>
          <w:end w:val="single" w:color="9BBB59" w:themeColor="accent3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shd w:val="clear" w:color="auto" w:fill="9BBB59" w:themeFill="accent3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BBB59" w:themeColor="accent3" w:sz="6" w:space="0"/>
          <w:start w:val="single" w:color="9BBB59" w:themeColor="accent3" w:sz="8" w:space="0"/>
          <w:bottom w:val="single" w:color="9BBB59" w:themeColor="accent3" w:sz="8" w:space="0"/>
          <w:end w:val="single" w:color="9BBB59" w:themeColor="accent3" w:sz="8" w:space="0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band1Horz">
      <w:tblPr/>
      <w:tcPr>
        <w:tcBorders>
          <w:top w:val="single" w:color="9BBB59" w:themeColor="accent3" w:sz="8" w:space="0"/>
          <w:start w:val="single" w:color="9BBB59" w:themeColor="accent3" w:sz="8" w:space="0"/>
          <w:bottom w:val="single" w:color="9BBB59" w:themeColor="accent3" w:sz="8" w:space="0"/>
          <w:end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1Vert">
      <w:tblPr/>
      <w:tcPr>
        <w:tcBorders>
          <w:top w:val="single" w:color="9BBB59" w:themeColor="accent3" w:sz="8" w:space="0"/>
          <w:start w:val="single" w:color="9BBB59" w:themeColor="accent3" w:sz="8" w:space="0"/>
          <w:bottom w:val="single" w:color="9BBB59" w:themeColor="accent3" w:sz="8" w:space="0"/>
          <w:end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start w:val="single" w:color="9BBB59" w:themeColor="accent3" w:sz="8" w:space="0"/>
          <w:bottom w:val="single" w:color="9BBB59" w:themeColor="accent3" w:sz="8" w:space="0"/>
          <w:end w:val="single" w:color="9BBB59" w:themeColor="accent3" w:sz="8" w:space="0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start w:val="single" w:color="9BBB59" w:themeColor="accent3" w:sz="8" w:space="0"/>
          <w:bottom w:val="single" w:color="9BBB59" w:themeColor="accent3" w:sz="18" w:space="0"/>
          <w:end w:val="single" w:color="9BBB59" w:themeColor="accent3" w:sz="8" w:space="0"/>
          <w:insideH w:val="nil" w:sz="0"/>
          <w:insideV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start w:val="single" w:color="9BBB59" w:themeColor="accent3" w:sz="8" w:space="0"/>
          <w:bottom w:val="single" w:color="9BBB59" w:themeColor="accent3" w:sz="8" w:space="0"/>
          <w:end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9BBB59" w:themeColor="accent3" w:sz="6" w:space="0"/>
          <w:start w:val="single" w:color="9BBB59" w:themeColor="accent3" w:sz="8" w:space="0"/>
          <w:bottom w:val="single" w:color="9BBB59" w:themeColor="accent3" w:sz="8" w:space="0"/>
          <w:end w:val="single" w:color="9BBB59" w:themeColor="accent3" w:sz="8" w:space="0"/>
          <w:insideH w:val="nil" w:sz="0"/>
          <w:insideV w:val="single" w:color="9BBB59" w:themeColor="accent3" w:sz="8" w:space="0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band1Horz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76923C" w:themeFill="accent3" w:themeFillShade="B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FFFFFF" w:themeColor="background1" w:sz="18" w:space="0"/>
          <w:insideH w:val="nil" w:sz="0"/>
          <w:insideV w:val="nil" w:sz="0"/>
        </w:tcBorders>
        <w:shd w:val="clear" w:color="auto" w:fill="76923C" w:themeFill="accent3" w:themeFillShade="BF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FFFFFF" w:themeColor="background1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tblPr/>
      <w:tcPr>
        <w:tcBorders>
          <w:top w:val="nil" w:sz="0"/>
          <w:start w:val="single" w:color="FFFFFF" w:themeColor="background1" w:sz="18" w:space="0"/>
          <w:bottom w:val="nil" w:sz="0"/>
          <w:end w:val="nil" w:sz="0"/>
          <w:insideH w:val="nil" w:sz="0"/>
          <w:insideV w:val="nil" w:sz="0"/>
        </w:tcBorders>
        <w:shd w:val="clear" w:color="auto" w:fill="76923C" w:themeFill="accent3" w:themeFillShade="BF"/>
      </w:tcPr>
    </w:tblStylePr>
    <w:tblStylePr w:type="lastRow">
      <w:tblPr/>
      <w:tcPr>
        <w:tcBorders>
          <w:top w:val="single" w:color="FFFFFF" w:themeColor="background1" w:sz="1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4E6128" w:themeFill="accent3" w:themeFillShade="7F"/>
      </w:tc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single" w:color="5E7530" w:themeColor="accent3" w:themeShade="99" w:sz="4" w:space="0"/>
          <w:insideV w:val="nil" w:sz="0"/>
        </w:tcBorders>
        <w:shd w:val="clear" w:color="auto" w:fill="5E7530" w:themeFill="accent3" w:themeFillShade="99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8064A2" w:themeColor="accent4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5E7530" w:themeFill="accent3" w:themeFillShade="99"/>
      </w:tcPr>
    </w:tblStylePr>
    <w:tblStylePr w:type="lastRow">
      <w:rPr>
        <w:color w:val="FFFFFF" w:themeColor="background1"/>
        <w:b w:val="1"/>
        <w:bCs w:val="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band1Horz">
      <w:tblPr/>
      <w:tcPr>
        <w:shd w:val="clear" w:color="auto" w:fill="EAF1DD" w:themeFill="accent3" w:themeFillTint="33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E6EED5" w:themeFill="accent3" w:themeFillTint="3F"/>
      </w:tcPr>
    </w:tblStylePr>
    <w:tblStylePr w:type="firstCol">
      <w:rPr>
        <w:b w:val="1"/>
        <w:bCs w:val="1"/>
      </w:rPr>
    </w:tblStylePr>
    <w:tblStylePr w:type="firstRow">
      <w:rPr>
        <w:color w:val="FFFFFF" w:themeColor="background1"/>
        <w:b w:val="1"/>
        <w:bCs w:val="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Col">
      <w:rPr>
        <w:b w:val="1"/>
        <w:bCs w:val="1"/>
      </w:rPr>
    </w:tblStylePr>
    <w:tblStylePr w:type="lastRow">
      <w:rPr>
        <w:color w:val="664E82" w:themeColor="accent4" w:themeShade="CC"/>
        <w:b w:val="1"/>
        <w:bCs w:val="1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firstRow">
      <w:rPr>
        <w:b w:val="1"/>
        <w:bCs w:val="1"/>
      </w:rPr>
      <w:tblPr/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Row">
      <w:rPr>
        <w:color w:val="000000" w:themeColor="text1"/>
        <w:b w:val="1"/>
        <w:bCs w:val="1"/>
      </w:rPr>
      <w:tblPr/>
      <w:tcPr>
        <w:shd w:val="clear" w:color="auto" w:fill="D6E3BC" w:themeFill="accent3" w:themeFillTint="66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band1Horz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FD8E8" w:themeFill="accent4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FD8E8" w:themeFill="accent4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start w:val="nil" w:sz="0"/>
          <w:bottom w:val="single" w:color="8064A2" w:themeColor="accent4" w:sz="8" w:space="0"/>
          <w:end w:val="nil" w:sz="0"/>
          <w:insideH w:val="nil" w:sz="0"/>
          <w:insideV w:val="nil" w:sz="0"/>
        </w:tcBorders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start w:val="nil" w:sz="0"/>
          <w:bottom w:val="single" w:color="8064A2" w:themeColor="accent4" w:sz="8" w:space="0"/>
          <w:end w:val="nil" w:sz="0"/>
          <w:insideH w:val="nil" w:sz="0"/>
          <w:insideV w:val="nil" w:sz="0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band1Horz">
      <w:tblPr/>
      <w:tcPr>
        <w:tcBorders>
          <w:top w:val="single" w:color="8064A2" w:themeColor="accent4" w:sz="8" w:space="0"/>
          <w:start w:val="single" w:color="8064A2" w:themeColor="accent4" w:sz="8" w:space="0"/>
          <w:bottom w:val="single" w:color="8064A2" w:themeColor="accent4" w:sz="8" w:space="0"/>
          <w:end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start w:val="single" w:color="8064A2" w:themeColor="accent4" w:sz="8" w:space="0"/>
          <w:bottom w:val="single" w:color="8064A2" w:themeColor="accent4" w:sz="8" w:space="0"/>
          <w:end w:val="single" w:color="8064A2" w:themeColor="accent4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shd w:val="clear" w:color="auto" w:fill="8064A2" w:themeFill="accent4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8064A2" w:themeColor="accent4" w:sz="6" w:space="0"/>
          <w:start w:val="single" w:color="8064A2" w:themeColor="accent4" w:sz="8" w:space="0"/>
          <w:bottom w:val="single" w:color="8064A2" w:themeColor="accent4" w:sz="8" w:space="0"/>
          <w:end w:val="single" w:color="8064A2" w:themeColor="accent4" w:sz="8" w:space="0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band1Horz">
      <w:tblPr/>
      <w:tcPr>
        <w:tcBorders>
          <w:top w:val="single" w:color="8064A2" w:themeColor="accent4" w:sz="8" w:space="0"/>
          <w:start w:val="single" w:color="8064A2" w:themeColor="accent4" w:sz="8" w:space="0"/>
          <w:bottom w:val="single" w:color="8064A2" w:themeColor="accent4" w:sz="8" w:space="0"/>
          <w:end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1Vert">
      <w:tblPr/>
      <w:tcPr>
        <w:tcBorders>
          <w:top w:val="single" w:color="8064A2" w:themeColor="accent4" w:sz="8" w:space="0"/>
          <w:start w:val="single" w:color="8064A2" w:themeColor="accent4" w:sz="8" w:space="0"/>
          <w:bottom w:val="single" w:color="8064A2" w:themeColor="accent4" w:sz="8" w:space="0"/>
          <w:end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start w:val="single" w:color="8064A2" w:themeColor="accent4" w:sz="8" w:space="0"/>
          <w:bottom w:val="single" w:color="8064A2" w:themeColor="accent4" w:sz="8" w:space="0"/>
          <w:end w:val="single" w:color="8064A2" w:themeColor="accent4" w:sz="8" w:space="0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start w:val="single" w:color="8064A2" w:themeColor="accent4" w:sz="8" w:space="0"/>
          <w:bottom w:val="single" w:color="8064A2" w:themeColor="accent4" w:sz="18" w:space="0"/>
          <w:end w:val="single" w:color="8064A2" w:themeColor="accent4" w:sz="8" w:space="0"/>
          <w:insideH w:val="nil" w:sz="0"/>
          <w:insideV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start w:val="single" w:color="8064A2" w:themeColor="accent4" w:sz="8" w:space="0"/>
          <w:bottom w:val="single" w:color="8064A2" w:themeColor="accent4" w:sz="8" w:space="0"/>
          <w:end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8064A2" w:themeColor="accent4" w:sz="6" w:space="0"/>
          <w:start w:val="single" w:color="8064A2" w:themeColor="accent4" w:sz="8" w:space="0"/>
          <w:bottom w:val="single" w:color="8064A2" w:themeColor="accent4" w:sz="8" w:space="0"/>
          <w:end w:val="single" w:color="8064A2" w:themeColor="accent4" w:sz="8" w:space="0"/>
          <w:insideH w:val="nil" w:sz="0"/>
          <w:insideV w:val="single" w:color="8064A2" w:themeColor="accent4" w:sz="8" w:space="0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band1Horz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5F497A" w:themeFill="accent4" w:themeFillShade="B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FFFFFF" w:themeColor="background1" w:sz="18" w:space="0"/>
          <w:insideH w:val="nil" w:sz="0"/>
          <w:insideV w:val="nil" w:sz="0"/>
        </w:tcBorders>
        <w:shd w:val="clear" w:color="auto" w:fill="5F497A" w:themeFill="accent4" w:themeFillShade="BF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FFFFFF" w:themeColor="background1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tblPr/>
      <w:tcPr>
        <w:tcBorders>
          <w:top w:val="nil" w:sz="0"/>
          <w:start w:val="single" w:color="FFFFFF" w:themeColor="background1" w:sz="18" w:space="0"/>
          <w:bottom w:val="nil" w:sz="0"/>
          <w:end w:val="nil" w:sz="0"/>
          <w:insideH w:val="nil" w:sz="0"/>
          <w:insideV w:val="nil" w:sz="0"/>
        </w:tcBorders>
        <w:shd w:val="clear" w:color="auto" w:fill="5F497A" w:themeFill="accent4" w:themeFillShade="BF"/>
      </w:tcPr>
    </w:tblStylePr>
    <w:tblStylePr w:type="lastRow">
      <w:tblPr/>
      <w:tcPr>
        <w:tcBorders>
          <w:top w:val="single" w:color="FFFFFF" w:themeColor="background1" w:sz="1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3F3151" w:themeFill="accent4" w:themeFillShade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band1Horz">
      <w:tblPr/>
      <w:tcPr>
        <w:shd w:val="clear" w:color="auto" w:fill="BFB1D0" w:themeFill="accent4" w:themeFillTint="7F"/>
      </w:tcPr>
    </w:tblStylePr>
    <w:tblStylePr w:type="band1Vert"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single" w:color="4C3B62" w:themeColor="accent4" w:themeShade="99" w:sz="4" w:space="0"/>
          <w:insideV w:val="nil" w:sz="0"/>
        </w:tcBorders>
        <w:shd w:val="clear" w:color="auto" w:fill="4C3B62" w:themeFill="accent4" w:themeFillShade="99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9BBB59" w:themeColor="accent3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4C3B62" w:themeFill="accent4" w:themeFillShade="99"/>
      </w:tcPr>
    </w:tblStylePr>
    <w:tblStylePr w:type="lastRow">
      <w:rPr>
        <w:color w:val="FFFFFF" w:themeColor="background1"/>
        <w:b w:val="1"/>
        <w:bCs w:val="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band1Horz">
      <w:tblPr/>
      <w:tcPr>
        <w:shd w:val="clear" w:color="auto" w:fill="E5DFEC" w:themeFill="accent4" w:themeFillTint="33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DFD8E8" w:themeFill="accent4" w:themeFillTint="3F"/>
      </w:tcPr>
    </w:tblStylePr>
    <w:tblStylePr w:type="firstCol">
      <w:rPr>
        <w:b w:val="1"/>
        <w:bCs w:val="1"/>
      </w:rPr>
    </w:tblStylePr>
    <w:tblStylePr w:type="firstRow">
      <w:rPr>
        <w:color w:val="FFFFFF" w:themeColor="background1"/>
        <w:b w:val="1"/>
        <w:bCs w:val="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Col">
      <w:rPr>
        <w:b w:val="1"/>
        <w:bCs w:val="1"/>
      </w:rPr>
    </w:tblStylePr>
    <w:tblStylePr w:type="lastRow">
      <w:rPr>
        <w:color w:val="7E9C40" w:themeColor="accent3" w:themeShade="CC"/>
        <w:b w:val="1"/>
        <w:bCs w:val="1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band1Horz">
      <w:tblPr/>
      <w:tcPr>
        <w:shd w:val="clear" w:color="auto" w:fill="BFB1D0" w:themeFill="accent4" w:themeFillTint="7F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firstRow">
      <w:rPr>
        <w:b w:val="1"/>
        <w:bCs w:val="1"/>
      </w:rPr>
      <w:tblPr/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Row">
      <w:rPr>
        <w:color w:val="000000" w:themeColor="text1"/>
        <w:b w:val="1"/>
        <w:bCs w:val="1"/>
      </w:rPr>
      <w:tblPr/>
      <w:tcPr>
        <w:shd w:val="clear" w:color="auto" w:fill="CCC0D9" w:themeFill="accent4" w:themeFillTint="66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band1Horz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2EAF1" w:themeFill="accent5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2EAF1" w:themeFill="accent5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start w:val="nil" w:sz="0"/>
          <w:bottom w:val="single" w:color="4BACC6" w:themeColor="accent5" w:sz="8" w:space="0"/>
          <w:end w:val="nil" w:sz="0"/>
          <w:insideH w:val="nil" w:sz="0"/>
          <w:insideV w:val="nil" w:sz="0"/>
        </w:tcBorders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start w:val="nil" w:sz="0"/>
          <w:bottom w:val="single" w:color="4BACC6" w:themeColor="accent5" w:sz="8" w:space="0"/>
          <w:end w:val="nil" w:sz="0"/>
          <w:insideH w:val="nil" w:sz="0"/>
          <w:insideV w:val="nil" w:sz="0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band1Horz">
      <w:tblPr/>
      <w:tcPr>
        <w:tcBorders>
          <w:top w:val="single" w:color="4BACC6" w:themeColor="accent5" w:sz="8" w:space="0"/>
          <w:start w:val="single" w:color="4BACC6" w:themeColor="accent5" w:sz="8" w:space="0"/>
          <w:bottom w:val="single" w:color="4BACC6" w:themeColor="accent5" w:sz="8" w:space="0"/>
          <w:end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start w:val="single" w:color="4BACC6" w:themeColor="accent5" w:sz="8" w:space="0"/>
          <w:bottom w:val="single" w:color="4BACC6" w:themeColor="accent5" w:sz="8" w:space="0"/>
          <w:end w:val="single" w:color="4BACC6" w:themeColor="accent5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shd w:val="clear" w:color="auto" w:fill="4BACC6" w:themeFill="accent5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BACC6" w:themeColor="accent5" w:sz="6" w:space="0"/>
          <w:start w:val="single" w:color="4BACC6" w:themeColor="accent5" w:sz="8" w:space="0"/>
          <w:bottom w:val="single" w:color="4BACC6" w:themeColor="accent5" w:sz="8" w:space="0"/>
          <w:end w:val="single" w:color="4BACC6" w:themeColor="accent5" w:sz="8" w:space="0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band1Horz">
      <w:tblPr/>
      <w:tcPr>
        <w:tcBorders>
          <w:top w:val="single" w:color="4BACC6" w:themeColor="accent5" w:sz="8" w:space="0"/>
          <w:start w:val="single" w:color="4BACC6" w:themeColor="accent5" w:sz="8" w:space="0"/>
          <w:bottom w:val="single" w:color="4BACC6" w:themeColor="accent5" w:sz="8" w:space="0"/>
          <w:end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1Vert">
      <w:tblPr/>
      <w:tcPr>
        <w:tcBorders>
          <w:top w:val="single" w:color="4BACC6" w:themeColor="accent5" w:sz="8" w:space="0"/>
          <w:start w:val="single" w:color="4BACC6" w:themeColor="accent5" w:sz="8" w:space="0"/>
          <w:bottom w:val="single" w:color="4BACC6" w:themeColor="accent5" w:sz="8" w:space="0"/>
          <w:end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start w:val="single" w:color="4BACC6" w:themeColor="accent5" w:sz="8" w:space="0"/>
          <w:bottom w:val="single" w:color="4BACC6" w:themeColor="accent5" w:sz="8" w:space="0"/>
          <w:end w:val="single" w:color="4BACC6" w:themeColor="accent5" w:sz="8" w:space="0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start w:val="single" w:color="4BACC6" w:themeColor="accent5" w:sz="8" w:space="0"/>
          <w:bottom w:val="single" w:color="4BACC6" w:themeColor="accent5" w:sz="18" w:space="0"/>
          <w:end w:val="single" w:color="4BACC6" w:themeColor="accent5" w:sz="8" w:space="0"/>
          <w:insideH w:val="nil" w:sz="0"/>
          <w:insideV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start w:val="single" w:color="4BACC6" w:themeColor="accent5" w:sz="8" w:space="0"/>
          <w:bottom w:val="single" w:color="4BACC6" w:themeColor="accent5" w:sz="8" w:space="0"/>
          <w:end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BACC6" w:themeColor="accent5" w:sz="6" w:space="0"/>
          <w:start w:val="single" w:color="4BACC6" w:themeColor="accent5" w:sz="8" w:space="0"/>
          <w:bottom w:val="single" w:color="4BACC6" w:themeColor="accent5" w:sz="8" w:space="0"/>
          <w:end w:val="single" w:color="4BACC6" w:themeColor="accent5" w:sz="8" w:space="0"/>
          <w:insideH w:val="nil" w:sz="0"/>
          <w:insideV w:val="single" w:color="4BACC6" w:themeColor="accent5" w:sz="8" w:space="0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band1Horz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31849B" w:themeFill="accent5" w:themeFillShade="B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FFFFFF" w:themeColor="background1" w:sz="18" w:space="0"/>
          <w:insideH w:val="nil" w:sz="0"/>
          <w:insideV w:val="nil" w:sz="0"/>
        </w:tcBorders>
        <w:shd w:val="clear" w:color="auto" w:fill="31849B" w:themeFill="accent5" w:themeFillShade="BF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FFFFFF" w:themeColor="background1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tblPr/>
      <w:tcPr>
        <w:tcBorders>
          <w:top w:val="nil" w:sz="0"/>
          <w:start w:val="single" w:color="FFFFFF" w:themeColor="background1" w:sz="18" w:space="0"/>
          <w:bottom w:val="nil" w:sz="0"/>
          <w:end w:val="nil" w:sz="0"/>
          <w:insideH w:val="nil" w:sz="0"/>
          <w:insideV w:val="nil" w:sz="0"/>
        </w:tcBorders>
        <w:shd w:val="clear" w:color="auto" w:fill="31849B" w:themeFill="accent5" w:themeFillShade="BF"/>
      </w:tcPr>
    </w:tblStylePr>
    <w:tblStylePr w:type="lastRow">
      <w:tblPr/>
      <w:tcPr>
        <w:tcBorders>
          <w:top w:val="single" w:color="FFFFFF" w:themeColor="background1" w:sz="1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205867" w:themeFill="accent5" w:themeFillShade="7F"/>
      </w:tc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band1Horz">
      <w:tblPr/>
      <w:tcPr>
        <w:shd w:val="clear" w:color="auto" w:fill="A5D5E2" w:themeFill="accent5" w:themeFillTint="7F"/>
      </w:tcPr>
    </w:tblStylePr>
    <w:tblStylePr w:type="band1Vert"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single" w:color="276A7C" w:themeColor="accent5" w:themeShade="99" w:sz="4" w:space="0"/>
          <w:insideV w:val="nil" w:sz="0"/>
        </w:tcBorders>
        <w:shd w:val="clear" w:color="auto" w:fill="276A7C" w:themeFill="accent5" w:themeFillShade="99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F79646" w:themeColor="accent6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276A7C" w:themeFill="accent5" w:themeFillShade="99"/>
      </w:tcPr>
    </w:tblStylePr>
    <w:tblStylePr w:type="lastRow">
      <w:rPr>
        <w:color w:val="FFFFFF" w:themeColor="background1"/>
        <w:b w:val="1"/>
        <w:bCs w:val="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band1Horz">
      <w:tblPr/>
      <w:tcPr>
        <w:shd w:val="clear" w:color="auto" w:fill="DAEEF3" w:themeFill="accent5" w:themeFillTint="33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D2EAF1" w:themeFill="accent5" w:themeFillTint="3F"/>
      </w:tcPr>
    </w:tblStylePr>
    <w:tblStylePr w:type="firstCol">
      <w:rPr>
        <w:b w:val="1"/>
        <w:bCs w:val="1"/>
      </w:rPr>
    </w:tblStylePr>
    <w:tblStylePr w:type="firstRow">
      <w:rPr>
        <w:color w:val="FFFFFF" w:themeColor="background1"/>
        <w:b w:val="1"/>
        <w:bCs w:val="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Col">
      <w:rPr>
        <w:b w:val="1"/>
        <w:bCs w:val="1"/>
      </w:rPr>
    </w:tblStylePr>
    <w:tblStylePr w:type="lastRow">
      <w:rPr>
        <w:color w:val="F2730A" w:themeColor="accent6" w:themeShade="CC"/>
        <w:b w:val="1"/>
        <w:bCs w:val="1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band1Horz">
      <w:tblPr/>
      <w:tcPr>
        <w:shd w:val="clear" w:color="auto" w:fill="A5D5E2" w:themeFill="accent5" w:themeFillTint="7F"/>
      </w:tcPr>
    </w:tblStylePr>
    <w:tblStylePr w:type="band1Vert">
      <w:tblPr/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firstRow">
      <w:rPr>
        <w:b w:val="1"/>
        <w:bCs w:val="1"/>
      </w:rPr>
      <w:tblPr/>
      <w:tcPr>
        <w:shd w:val="clear" w:color="auto" w:fill="B6DDE8" w:themeFill="accent5" w:themeFillTint="66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Row">
      <w:rPr>
        <w:color w:val="000000" w:themeColor="text1"/>
        <w:b w:val="1"/>
        <w:bCs w:val="1"/>
      </w:rPr>
      <w:tblPr/>
      <w:tcPr>
        <w:shd w:val="clear" w:color="auto" w:fill="B6DDE8" w:themeFill="accent5" w:themeFillTint="66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band1Horz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FDE4D0" w:themeFill="accent6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FDE4D0" w:themeFill="accent6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start w:val="nil" w:sz="0"/>
          <w:bottom w:val="single" w:color="F79646" w:themeColor="accent6" w:sz="8" w:space="0"/>
          <w:end w:val="nil" w:sz="0"/>
          <w:insideH w:val="nil" w:sz="0"/>
          <w:insideV w:val="nil" w:sz="0"/>
        </w:tcBorders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start w:val="nil" w:sz="0"/>
          <w:bottom w:val="single" w:color="F79646" w:themeColor="accent6" w:sz="8" w:space="0"/>
          <w:end w:val="nil" w:sz="0"/>
          <w:insideH w:val="nil" w:sz="0"/>
          <w:insideV w:val="nil" w:sz="0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band1Horz">
      <w:tblPr/>
      <w:tcPr>
        <w:tcBorders>
          <w:top w:val="single" w:color="F79646" w:themeColor="accent6" w:sz="8" w:space="0"/>
          <w:start w:val="single" w:color="F79646" w:themeColor="accent6" w:sz="8" w:space="0"/>
          <w:bottom w:val="single" w:color="F79646" w:themeColor="accent6" w:sz="8" w:space="0"/>
          <w:end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start w:val="single" w:color="F79646" w:themeColor="accent6" w:sz="8" w:space="0"/>
          <w:bottom w:val="single" w:color="F79646" w:themeColor="accent6" w:sz="8" w:space="0"/>
          <w:end w:val="single" w:color="F79646" w:themeColor="accent6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shd w:val="clear" w:color="auto" w:fill="F79646" w:themeFill="accent6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79646" w:themeColor="accent6" w:sz="6" w:space="0"/>
          <w:start w:val="single" w:color="F79646" w:themeColor="accent6" w:sz="8" w:space="0"/>
          <w:bottom w:val="single" w:color="F79646" w:themeColor="accent6" w:sz="8" w:space="0"/>
          <w:end w:val="single" w:color="F79646" w:themeColor="accent6" w:sz="8" w:space="0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band1Horz">
      <w:tblPr/>
      <w:tcPr>
        <w:tcBorders>
          <w:top w:val="single" w:color="F79646" w:themeColor="accent6" w:sz="8" w:space="0"/>
          <w:start w:val="single" w:color="F79646" w:themeColor="accent6" w:sz="8" w:space="0"/>
          <w:bottom w:val="single" w:color="F79646" w:themeColor="accent6" w:sz="8" w:space="0"/>
          <w:end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1Vert">
      <w:tblPr/>
      <w:tcPr>
        <w:tcBorders>
          <w:top w:val="single" w:color="F79646" w:themeColor="accent6" w:sz="8" w:space="0"/>
          <w:start w:val="single" w:color="F79646" w:themeColor="accent6" w:sz="8" w:space="0"/>
          <w:bottom w:val="single" w:color="F79646" w:themeColor="accent6" w:sz="8" w:space="0"/>
          <w:end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start w:val="single" w:color="F79646" w:themeColor="accent6" w:sz="8" w:space="0"/>
          <w:bottom w:val="single" w:color="F79646" w:themeColor="accent6" w:sz="8" w:space="0"/>
          <w:end w:val="single" w:color="F79646" w:themeColor="accent6" w:sz="8" w:space="0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start w:val="single" w:color="F79646" w:themeColor="accent6" w:sz="8" w:space="0"/>
          <w:bottom w:val="single" w:color="F79646" w:themeColor="accent6" w:sz="18" w:space="0"/>
          <w:end w:val="single" w:color="F79646" w:themeColor="accent6" w:sz="8" w:space="0"/>
          <w:insideH w:val="nil" w:sz="0"/>
          <w:insideV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start w:val="single" w:color="F79646" w:themeColor="accent6" w:sz="8" w:space="0"/>
          <w:bottom w:val="single" w:color="F79646" w:themeColor="accent6" w:sz="8" w:space="0"/>
          <w:end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F79646" w:themeColor="accent6" w:sz="6" w:space="0"/>
          <w:start w:val="single" w:color="F79646" w:themeColor="accent6" w:sz="8" w:space="0"/>
          <w:bottom w:val="single" w:color="F79646" w:themeColor="accent6" w:sz="8" w:space="0"/>
          <w:end w:val="single" w:color="F79646" w:themeColor="accent6" w:sz="8" w:space="0"/>
          <w:insideH w:val="nil" w:sz="0"/>
          <w:insideV w:val="single" w:color="F79646" w:themeColor="accent6" w:sz="8" w:space="0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band1Horz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E36C0A" w:themeFill="accent6" w:themeFillShade="B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FFFFFF" w:themeColor="background1" w:sz="18" w:space="0"/>
          <w:insideH w:val="nil" w:sz="0"/>
          <w:insideV w:val="nil" w:sz="0"/>
        </w:tcBorders>
        <w:shd w:val="clear" w:color="auto" w:fill="E36C0A" w:themeFill="accent6" w:themeFillShade="BF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FFFFFF" w:themeColor="background1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tblPr/>
      <w:tcPr>
        <w:tcBorders>
          <w:top w:val="nil" w:sz="0"/>
          <w:start w:val="single" w:color="FFFFFF" w:themeColor="background1" w:sz="18" w:space="0"/>
          <w:bottom w:val="nil" w:sz="0"/>
          <w:end w:val="nil" w:sz="0"/>
          <w:insideH w:val="nil" w:sz="0"/>
          <w:insideV w:val="nil" w:sz="0"/>
        </w:tcBorders>
        <w:shd w:val="clear" w:color="auto" w:fill="E36C0A" w:themeFill="accent6" w:themeFillShade="BF"/>
      </w:tcPr>
    </w:tblStylePr>
    <w:tblStylePr w:type="lastRow">
      <w:tblPr/>
      <w:tcPr>
        <w:tcBorders>
          <w:top w:val="single" w:color="FFFFFF" w:themeColor="background1" w:sz="1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974706" w:themeFill="accent6" w:themeFillShade="7F"/>
      </w:tc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band1Horz">
      <w:tblPr/>
      <w:tcPr>
        <w:shd w:val="clear" w:color="auto" w:fill="FBCAA2" w:themeFill="accent6" w:themeFillTint="7F"/>
      </w:tcPr>
    </w:tblStylePr>
    <w:tblStylePr w:type="band1Vert"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single" w:color="B65608" w:themeColor="accent6" w:themeShade="99" w:sz="4" w:space="0"/>
          <w:insideV w:val="nil" w:sz="0"/>
        </w:tcBorders>
        <w:shd w:val="clear" w:color="auto" w:fill="B65608" w:themeFill="accent6" w:themeFillShade="99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4BACC6" w:themeColor="accent5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B65608" w:themeFill="accent6" w:themeFillShade="99"/>
      </w:tcPr>
    </w:tblStylePr>
    <w:tblStylePr w:type="lastRow">
      <w:rPr>
        <w:color w:val="FFFFFF" w:themeColor="background1"/>
        <w:b w:val="1"/>
        <w:bCs w:val="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band1Horz">
      <w:tblPr/>
      <w:tcPr>
        <w:shd w:val="clear" w:color="auto" w:fill="FDE9D9" w:themeFill="accent6" w:themeFillTint="33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DE4D0" w:themeFill="accent6" w:themeFillTint="3F"/>
      </w:tcPr>
    </w:tblStylePr>
    <w:tblStylePr w:type="firstCol">
      <w:rPr>
        <w:b w:val="1"/>
        <w:bCs w:val="1"/>
      </w:rPr>
    </w:tblStylePr>
    <w:tblStylePr w:type="firstRow">
      <w:rPr>
        <w:color w:val="FFFFFF" w:themeColor="background1"/>
        <w:b w:val="1"/>
        <w:bCs w:val="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Col">
      <w:rPr>
        <w:b w:val="1"/>
        <w:bCs w:val="1"/>
      </w:rPr>
    </w:tblStylePr>
    <w:tblStylePr w:type="lastRow">
      <w:rPr>
        <w:color w:val="348DA5" w:themeColor="accent5" w:themeShade="CC"/>
        <w:b w:val="1"/>
        <w:bCs w:val="1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band1Horz">
      <w:tblPr/>
      <w:tcPr>
        <w:shd w:val="clear" w:color="auto" w:fill="FBCAA2" w:themeFill="accent6" w:themeFillTint="7F"/>
      </w:tcPr>
    </w:tblStylePr>
    <w:tblStylePr w:type="band1Vert">
      <w:tblPr/>
      <w:tcPr>
        <w:shd w:val="clear" w:color="auto" w:fill="FBCAA2" w:themeFill="accent6" w:themeFillTint="7F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firstRow">
      <w:rPr>
        <w:b w:val="1"/>
        <w:bCs w:val="1"/>
      </w:rPr>
      <w:tblPr/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Row">
      <w:rPr>
        <w:color w:val="000000" w:themeColor="text1"/>
        <w:b w:val="1"/>
        <w:bCs w:val="1"/>
      </w:rPr>
      <w:tblPr/>
      <w:tcPr>
        <w:shd w:val="clear" w:color="auto" w:fill="FBD4B4" w:themeFill="accent6" w:themeFillTint="66"/>
      </w:tcPr>
    </w:tblStylePr>
  </w:style>
  <w:style w:type="paragraph" w:styleId="1">
    <w:name w:val="heading 1"/>
    <w:basedOn w:val="a1"/>
    <w:next w:val="a1"/>
    <w:link w:val="10"/>
    <w:uiPriority w:val="9"/>
    <w:qFormat w:val="1"/>
    <w:rsid w:val="00FC693F"/>
    <w:pPr>
      <w:keepNext w:val="1"/>
      <w:keepLines w:val="1"/>
      <w:spacing w:before="360" w:after="200"/>
      <w:outlineLvl w:val="0"/>
    </w:pPr>
    <w:rPr>
      <w:rFonts w:asciiTheme="majorHAnsi" w:hAnsiTheme="majorHAnsi" w:eastAsiaTheme="majorEastAsia" w:cstheme="majorBidi"/>
      <w:sz w:val="32"/>
      <w:color w:val="2E74B5"/>
      <w:b w:val="1"/>
      <w:bCs w:val="1"/>
      <w:szCs w:val="28"/>
    </w:r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band1Horz">
      <w:tblPr/>
      <w:tcPr>
        <w:tcBorders>
          <w:insideH w:val="nil" w:sz="0"/>
          <w:insideV w:val="nil" w:sz="0"/>
        </w:tcBorders>
        <w:shd w:val="clear" w:color="auto" w:fill="D3DFEE" w:themeFill="accent1" w:themeFillTint="3F"/>
      </w:tcPr>
    </w:tblStylePr>
    <w:tblStylePr w:type="band1Vert">
      <w:tblPr/>
      <w:tcPr>
        <w:shd w:val="clear" w:color="auto" w:fill="D3DFEE" w:themeFill="accent1" w:themeFillTint="3F"/>
      </w:tcPr>
    </w:tblStylePr>
    <w:tblStylePr w:type="band2Horz">
      <w:tblPr/>
      <w:tcPr>
        <w:tcBorders>
          <w:insideH w:val="nil" w:sz="0"/>
          <w:insideV w:val="nil" w:sz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7BA0CD" w:themeColor="accent1" w:themeTint="BF" w:sz="8" w:space="0"/>
          <w:start w:val="single" w:color="7BA0CD" w:themeColor="accent1" w:themeTint="BF" w:sz="8" w:space="0"/>
          <w:bottom w:val="single" w:color="7BA0CD" w:themeColor="accent1" w:themeTint="BF" w:sz="8" w:space="0"/>
          <w:end w:val="single" w:color="7BA0CD" w:themeColor="accent1" w:themeTint="BF" w:sz="8" w:space="0"/>
          <w:insideH w:val="nil" w:sz="0"/>
          <w:insideV w:val="nil" w:sz="0"/>
        </w:tcBorders>
        <w:shd w:val="clear" w:color="auto" w:fill="4F81BD" w:themeFill="accent1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BA0CD" w:themeColor="accent1" w:themeTint="BF" w:sz="6" w:space="0"/>
          <w:start w:val="single" w:color="7BA0CD" w:themeColor="accent1" w:themeTint="BF" w:sz="8" w:space="0"/>
          <w:bottom w:val="single" w:color="7BA0CD" w:themeColor="accent1" w:themeTint="BF" w:sz="8" w:space="0"/>
          <w:end w:val="single" w:color="7BA0CD" w:themeColor="accent1" w:themeTint="BF" w:sz="8" w:space="0"/>
          <w:insideH w:val="nil" w:sz="0"/>
          <w:insideV w:val="nil" w:sz="0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band1Horz">
      <w:tblPr/>
      <w:tcPr>
        <w:shd w:val="clear" w:color="auto" w:fill="D3DFEE" w:themeFill="accent1" w:themeFillTint="3F"/>
      </w:tcPr>
    </w:tblStylePr>
    <w:tblStylePr w:type="band1Vert">
      <w:tblPr/>
      <w:tcPr>
        <w:shd w:val="clear" w:color="auto" w:fill="D3DFEE" w:themeFill="accent1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/>
          <w:bottom w:val="single" w:color="4F81BD" w:themeColor="accent1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color w:val="1F497D" w:themeColor="text2"/>
        <w:b w:val="1"/>
        <w:bCs w:val="1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band1Horz">
      <w:tblPr/>
      <w:tcPr>
        <w:shd w:val="clear" w:color="auto" w:fill="A7BFDE" w:themeFill="accent1" w:themeFillTint="7F"/>
      </w:tcPr>
    </w:tblStylePr>
    <w:tblStylePr w:type="band1Vert">
      <w:tblPr/>
      <w:tcPr>
        <w:shd w:val="clear" w:color="auto" w:fill="A7BFDE" w:themeFill="accent1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7BA0CD" w:themeColor="accent1" w:themeTint="BF" w:sz="18" w:space="0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band1Horz">
      <w:tblPr/>
      <w:tcPr>
        <w:tcBorders>
          <w:insideH w:val="nil" w:sz="0"/>
          <w:insideV w:val="nil" w:sz="0"/>
        </w:tcBorders>
        <w:shd w:val="clear" w:color="auto" w:fill="EFD3D2" w:themeFill="accent2" w:themeFillTint="3F"/>
      </w:tcPr>
    </w:tblStylePr>
    <w:tblStylePr w:type="band1Vert">
      <w:tblPr/>
      <w:tcPr>
        <w:shd w:val="clear" w:color="auto" w:fill="EFD3D2" w:themeFill="accent2" w:themeFillTint="3F"/>
      </w:tcPr>
    </w:tblStylePr>
    <w:tblStylePr w:type="band2Horz">
      <w:tblPr/>
      <w:tcPr>
        <w:tcBorders>
          <w:insideH w:val="nil" w:sz="0"/>
          <w:insideV w:val="nil" w:sz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CF7B79" w:themeColor="accent2" w:themeTint="BF" w:sz="8" w:space="0"/>
          <w:start w:val="single" w:color="CF7B79" w:themeColor="accent2" w:themeTint="BF" w:sz="8" w:space="0"/>
          <w:bottom w:val="single" w:color="CF7B79" w:themeColor="accent2" w:themeTint="BF" w:sz="8" w:space="0"/>
          <w:end w:val="single" w:color="CF7B79" w:themeColor="accent2" w:themeTint="BF" w:sz="8" w:space="0"/>
          <w:insideH w:val="nil" w:sz="0"/>
          <w:insideV w:val="nil" w:sz="0"/>
        </w:tcBorders>
        <w:shd w:val="clear" w:color="auto" w:fill="C0504D" w:themeFill="accent2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F7B79" w:themeColor="accent2" w:themeTint="BF" w:sz="6" w:space="0"/>
          <w:start w:val="single" w:color="CF7B79" w:themeColor="accent2" w:themeTint="BF" w:sz="8" w:space="0"/>
          <w:bottom w:val="single" w:color="CF7B79" w:themeColor="accent2" w:themeTint="BF" w:sz="8" w:space="0"/>
          <w:end w:val="single" w:color="CF7B79" w:themeColor="accent2" w:themeTint="BF" w:sz="8" w:space="0"/>
          <w:insideH w:val="nil" w:sz="0"/>
          <w:insideV w:val="nil" w:sz="0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band1Horz">
      <w:tblPr/>
      <w:tcPr>
        <w:shd w:val="clear" w:color="auto" w:fill="EFD3D2" w:themeFill="accent2" w:themeFillTint="3F"/>
      </w:tcPr>
    </w:tblStylePr>
    <w:tblStylePr w:type="band1Vert">
      <w:tblPr/>
      <w:tcPr>
        <w:shd w:val="clear" w:color="auto" w:fill="EFD3D2" w:themeFill="accent2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/>
          <w:bottom w:val="single" w:color="C0504D" w:themeColor="accent2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color w:val="1F497D" w:themeColor="text2"/>
        <w:b w:val="1"/>
        <w:bCs w:val="1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band1Horz">
      <w:tblPr/>
      <w:tcPr>
        <w:shd w:val="clear" w:color="auto" w:fill="DFA7A6" w:themeFill="accent2" w:themeFillTint="7F"/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CF7B79" w:themeColor="accent2" w:themeTint="BF" w:sz="18" w:space="0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band1Horz">
      <w:tblPr/>
      <w:tcPr>
        <w:tcBorders>
          <w:insideH w:val="nil" w:sz="0"/>
          <w:insideV w:val="nil" w:sz="0"/>
        </w:tcBorders>
        <w:shd w:val="clear" w:color="auto" w:fill="E6EED5" w:themeFill="accent3" w:themeFillTint="3F"/>
      </w:tcPr>
    </w:tblStylePr>
    <w:tblStylePr w:type="band1Vert">
      <w:tblPr/>
      <w:tcPr>
        <w:shd w:val="clear" w:color="auto" w:fill="E6EED5" w:themeFill="accent3" w:themeFillTint="3F"/>
      </w:tcPr>
    </w:tblStylePr>
    <w:tblStylePr w:type="band2Horz">
      <w:tblPr/>
      <w:tcPr>
        <w:tcBorders>
          <w:insideH w:val="nil" w:sz="0"/>
          <w:insideV w:val="nil" w:sz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B3CC82" w:themeColor="accent3" w:themeTint="BF" w:sz="8" w:space="0"/>
          <w:start w:val="single" w:color="B3CC82" w:themeColor="accent3" w:themeTint="BF" w:sz="8" w:space="0"/>
          <w:bottom w:val="single" w:color="B3CC82" w:themeColor="accent3" w:themeTint="BF" w:sz="8" w:space="0"/>
          <w:end w:val="single" w:color="B3CC82" w:themeColor="accent3" w:themeTint="BF" w:sz="8" w:space="0"/>
          <w:insideH w:val="nil" w:sz="0"/>
          <w:insideV w:val="nil" w:sz="0"/>
        </w:tcBorders>
        <w:shd w:val="clear" w:color="auto" w:fill="9BBB59" w:themeFill="accent3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B3CC82" w:themeColor="accent3" w:themeTint="BF" w:sz="6" w:space="0"/>
          <w:start w:val="single" w:color="B3CC82" w:themeColor="accent3" w:themeTint="BF" w:sz="8" w:space="0"/>
          <w:bottom w:val="single" w:color="B3CC82" w:themeColor="accent3" w:themeTint="BF" w:sz="8" w:space="0"/>
          <w:end w:val="single" w:color="B3CC82" w:themeColor="accent3" w:themeTint="BF" w:sz="8" w:space="0"/>
          <w:insideH w:val="nil" w:sz="0"/>
          <w:insideV w:val="nil" w:sz="0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band1Horz">
      <w:tblPr/>
      <w:tcPr>
        <w:shd w:val="clear" w:color="auto" w:fill="E6EED5" w:themeFill="accent3" w:themeFillTint="3F"/>
      </w:tcPr>
    </w:tblStylePr>
    <w:tblStylePr w:type="band1Vert">
      <w:tblPr/>
      <w:tcPr>
        <w:shd w:val="clear" w:color="auto" w:fill="E6EED5" w:themeFill="accent3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/>
          <w:bottom w:val="single" w:color="9BBB59" w:themeColor="accent3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color w:val="1F497D" w:themeColor="text2"/>
        <w:b w:val="1"/>
        <w:bCs w:val="1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B3CC82" w:themeColor="accent3" w:themeTint="BF" w:sz="18" w:space="0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band1Horz">
      <w:tblPr/>
      <w:tcPr>
        <w:tcBorders>
          <w:insideH w:val="nil" w:sz="0"/>
          <w:insideV w:val="nil" w:sz="0"/>
        </w:tcBorders>
        <w:shd w:val="clear" w:color="auto" w:fill="DFD8E8" w:themeFill="accent4" w:themeFillTint="3F"/>
      </w:tcPr>
    </w:tblStylePr>
    <w:tblStylePr w:type="band1Vert">
      <w:tblPr/>
      <w:tcPr>
        <w:shd w:val="clear" w:color="auto" w:fill="DFD8E8" w:themeFill="accent4" w:themeFillTint="3F"/>
      </w:tcPr>
    </w:tblStylePr>
    <w:tblStylePr w:type="band2Horz">
      <w:tblPr/>
      <w:tcPr>
        <w:tcBorders>
          <w:insideH w:val="nil" w:sz="0"/>
          <w:insideV w:val="nil" w:sz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9F8AB9" w:themeColor="accent4" w:themeTint="BF" w:sz="8" w:space="0"/>
          <w:start w:val="single" w:color="9F8AB9" w:themeColor="accent4" w:themeTint="BF" w:sz="8" w:space="0"/>
          <w:bottom w:val="single" w:color="9F8AB9" w:themeColor="accent4" w:themeTint="BF" w:sz="8" w:space="0"/>
          <w:end w:val="single" w:color="9F8AB9" w:themeColor="accent4" w:themeTint="BF" w:sz="8" w:space="0"/>
          <w:insideH w:val="nil" w:sz="0"/>
          <w:insideV w:val="nil" w:sz="0"/>
        </w:tcBorders>
        <w:shd w:val="clear" w:color="auto" w:fill="8064A2" w:themeFill="accent4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F8AB9" w:themeColor="accent4" w:themeTint="BF" w:sz="6" w:space="0"/>
          <w:start w:val="single" w:color="9F8AB9" w:themeColor="accent4" w:themeTint="BF" w:sz="8" w:space="0"/>
          <w:bottom w:val="single" w:color="9F8AB9" w:themeColor="accent4" w:themeTint="BF" w:sz="8" w:space="0"/>
          <w:end w:val="single" w:color="9F8AB9" w:themeColor="accent4" w:themeTint="BF" w:sz="8" w:space="0"/>
          <w:insideH w:val="nil" w:sz="0"/>
          <w:insideV w:val="nil" w:sz="0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band1Horz">
      <w:tblPr/>
      <w:tcPr>
        <w:shd w:val="clear" w:color="auto" w:fill="DFD8E8" w:themeFill="accent4" w:themeFillTint="3F"/>
      </w:tcPr>
    </w:tblStylePr>
    <w:tblStylePr w:type="band1Vert">
      <w:tblPr/>
      <w:tcPr>
        <w:shd w:val="clear" w:color="auto" w:fill="DFD8E8" w:themeFill="accent4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/>
          <w:bottom w:val="single" w:color="8064A2" w:themeColor="accent4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color w:val="1F497D" w:themeColor="text2"/>
        <w:b w:val="1"/>
        <w:bCs w:val="1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band1Horz">
      <w:tblPr/>
      <w:tcPr>
        <w:shd w:val="clear" w:color="auto" w:fill="BFB1D0" w:themeFill="accent4" w:themeFillTint="7F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9F8AB9" w:themeColor="accent4" w:themeTint="BF" w:sz="18" w:space="0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band1Horz">
      <w:tblPr/>
      <w:tcPr>
        <w:tcBorders>
          <w:insideH w:val="nil" w:sz="0"/>
          <w:insideV w:val="nil" w:sz="0"/>
        </w:tcBorders>
        <w:shd w:val="clear" w:color="auto" w:fill="D2EAF1" w:themeFill="accent5" w:themeFillTint="3F"/>
      </w:tcPr>
    </w:tblStylePr>
    <w:tblStylePr w:type="band1Vert">
      <w:tblPr/>
      <w:tcPr>
        <w:shd w:val="clear" w:color="auto" w:fill="D2EAF1" w:themeFill="accent5" w:themeFillTint="3F"/>
      </w:tcPr>
    </w:tblStylePr>
    <w:tblStylePr w:type="band2Horz">
      <w:tblPr/>
      <w:tcPr>
        <w:tcBorders>
          <w:insideH w:val="nil" w:sz="0"/>
          <w:insideV w:val="nil" w:sz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78C0D4" w:themeColor="accent5" w:themeTint="BF" w:sz="8" w:space="0"/>
          <w:start w:val="single" w:color="78C0D4" w:themeColor="accent5" w:themeTint="BF" w:sz="8" w:space="0"/>
          <w:bottom w:val="single" w:color="78C0D4" w:themeColor="accent5" w:themeTint="BF" w:sz="8" w:space="0"/>
          <w:end w:val="single" w:color="78C0D4" w:themeColor="accent5" w:themeTint="BF" w:sz="8" w:space="0"/>
          <w:insideH w:val="nil" w:sz="0"/>
          <w:insideV w:val="nil" w:sz="0"/>
        </w:tcBorders>
        <w:shd w:val="clear" w:color="auto" w:fill="4BACC6" w:themeFill="accent5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8C0D4" w:themeColor="accent5" w:themeTint="BF" w:sz="6" w:space="0"/>
          <w:start w:val="single" w:color="78C0D4" w:themeColor="accent5" w:themeTint="BF" w:sz="8" w:space="0"/>
          <w:bottom w:val="single" w:color="78C0D4" w:themeColor="accent5" w:themeTint="BF" w:sz="8" w:space="0"/>
          <w:end w:val="single" w:color="78C0D4" w:themeColor="accent5" w:themeTint="BF" w:sz="8" w:space="0"/>
          <w:insideH w:val="nil" w:sz="0"/>
          <w:insideV w:val="nil" w:sz="0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band1Horz">
      <w:tblPr/>
      <w:tcPr>
        <w:shd w:val="clear" w:color="auto" w:fill="D2EAF1" w:themeFill="accent5" w:themeFillTint="3F"/>
      </w:tcPr>
    </w:tblStylePr>
    <w:tblStylePr w:type="band1Vert">
      <w:tblPr/>
      <w:tcPr>
        <w:shd w:val="clear" w:color="auto" w:fill="D2EAF1" w:themeFill="accent5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/>
          <w:bottom w:val="single" w:color="4BACC6" w:themeColor="accent5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color w:val="1F497D" w:themeColor="text2"/>
        <w:b w:val="1"/>
        <w:bCs w:val="1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band1Horz">
      <w:tblPr/>
      <w:tcPr>
        <w:shd w:val="clear" w:color="auto" w:fill="A5D5E2" w:themeFill="accent5" w:themeFillTint="7F"/>
      </w:tcPr>
    </w:tblStylePr>
    <w:tblStylePr w:type="band1Vert">
      <w:tblPr/>
      <w:tcPr>
        <w:shd w:val="clear" w:color="auto" w:fill="A5D5E2" w:themeFill="accent5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78C0D4" w:themeColor="accent5" w:themeTint="BF" w:sz="18" w:space="0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band1Horz">
      <w:tblPr/>
      <w:tcPr>
        <w:tcBorders>
          <w:insideH w:val="nil" w:sz="0"/>
          <w:insideV w:val="nil" w:sz="0"/>
        </w:tcBorders>
        <w:shd w:val="clear" w:color="auto" w:fill="FDE4D0" w:themeFill="accent6" w:themeFillTint="3F"/>
      </w:tcPr>
    </w:tblStylePr>
    <w:tblStylePr w:type="band1Vert">
      <w:tblPr/>
      <w:tcPr>
        <w:shd w:val="clear" w:color="auto" w:fill="FDE4D0" w:themeFill="accent6" w:themeFillTint="3F"/>
      </w:tcPr>
    </w:tblStylePr>
    <w:tblStylePr w:type="band2Horz">
      <w:tblPr/>
      <w:tcPr>
        <w:tcBorders>
          <w:insideH w:val="nil" w:sz="0"/>
          <w:insideV w:val="nil" w:sz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F9B074" w:themeColor="accent6" w:themeTint="BF" w:sz="8" w:space="0"/>
          <w:start w:val="single" w:color="F9B074" w:themeColor="accent6" w:themeTint="BF" w:sz="8" w:space="0"/>
          <w:bottom w:val="single" w:color="F9B074" w:themeColor="accent6" w:themeTint="BF" w:sz="8" w:space="0"/>
          <w:end w:val="single" w:color="F9B074" w:themeColor="accent6" w:themeTint="BF" w:sz="8" w:space="0"/>
          <w:insideH w:val="nil" w:sz="0"/>
          <w:insideV w:val="nil" w:sz="0"/>
        </w:tcBorders>
        <w:shd w:val="clear" w:color="auto" w:fill="F79646" w:themeFill="accent6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9B074" w:themeColor="accent6" w:themeTint="BF" w:sz="6" w:space="0"/>
          <w:start w:val="single" w:color="F9B074" w:themeColor="accent6" w:themeTint="BF" w:sz="8" w:space="0"/>
          <w:bottom w:val="single" w:color="F9B074" w:themeColor="accent6" w:themeTint="BF" w:sz="8" w:space="0"/>
          <w:end w:val="single" w:color="F9B074" w:themeColor="accent6" w:themeTint="BF" w:sz="8" w:space="0"/>
          <w:insideH w:val="nil" w:sz="0"/>
          <w:insideV w:val="nil" w:sz="0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band1Horz">
      <w:tblPr/>
      <w:tcPr>
        <w:shd w:val="clear" w:color="auto" w:fill="FDE4D0" w:themeFill="accent6" w:themeFillTint="3F"/>
      </w:tcPr>
    </w:tblStylePr>
    <w:tblStylePr w:type="band1Vert">
      <w:tblPr/>
      <w:tcPr>
        <w:shd w:val="clear" w:color="auto" w:fill="FDE4D0" w:themeFill="accent6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/>
          <w:bottom w:val="single" w:color="F79646" w:themeColor="accent6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color w:val="1F497D" w:themeColor="text2"/>
        <w:b w:val="1"/>
        <w:bCs w:val="1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band1Horz">
      <w:tblPr/>
      <w:tcPr>
        <w:shd w:val="clear" w:color="auto" w:fill="FBCAA2" w:themeFill="accent6" w:themeFillTint="7F"/>
      </w:tcPr>
    </w:tblStylePr>
    <w:tblStylePr w:type="band1Vert">
      <w:tblPr/>
      <w:tcPr>
        <w:shd w:val="clear" w:color="auto" w:fill="FBCAA2" w:themeFill="accent6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F9B074" w:themeColor="accent6" w:themeTint="BF" w:sz="18" w:space="0"/>
        </w:tcBorders>
      </w:tcPr>
    </w:tblStylePr>
  </w:style>
  <w:style w:type="character" w:styleId="10" w:customStyle="1">
    <w:name w:val="Заголовок 1 Знак"/>
    <w:basedOn w:val="a2"/>
    <w:link w:val="1"/>
    <w:uiPriority w:val="9"/>
    <w:rsid w:val="00FC693F"/>
    <w:rPr>
      <w:rFonts w:asciiTheme="majorHAnsi" w:hAnsiTheme="majorHAnsi" w:eastAsiaTheme="majorEastAsia" w:cstheme="majorBidi"/>
      <w:sz w:val="28"/>
      <w:color w:val="365F91" w:themeColor="accent1" w:themeShade="BF"/>
      <w:b w:val="1"/>
      <w:bCs w:val="1"/>
      <w:szCs w:val="28"/>
    </w:r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band1Horz">
      <w:tblPr/>
      <w:tcPr>
        <w:tcBorders>
          <w:insideH w:val="nil" w:sz="0"/>
          <w:insideV w:val="nil" w:sz="0"/>
        </w:tcBorders>
        <w:shd w:val="clear" w:color="auto" w:fill="C0C0C0" w:themeFill="text1" w:themeFillTint="3F"/>
      </w:tcPr>
    </w:tblStylePr>
    <w:tblStylePr w:type="band1Vert">
      <w:tblPr/>
      <w:tcPr>
        <w:shd w:val="clear" w:color="auto" w:fill="C0C0C0" w:themeFill="text1" w:themeFillTint="3F"/>
      </w:tcPr>
    </w:tblStylePr>
    <w:tblStylePr w:type="band2Horz">
      <w:tblPr/>
      <w:tcPr>
        <w:tcBorders>
          <w:insideH w:val="nil" w:sz="0"/>
          <w:insideV w:val="nil" w:sz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404040" w:themeColor="text1" w:themeTint="BF" w:sz="8" w:space="0"/>
          <w:start w:val="single" w:color="404040" w:themeColor="text1" w:themeTint="BF" w:sz="8" w:space="0"/>
          <w:bottom w:val="single" w:color="404040" w:themeColor="text1" w:themeTint="BF" w:sz="8" w:space="0"/>
          <w:end w:val="single" w:color="404040" w:themeColor="text1" w:themeTint="BF" w:sz="8" w:space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04040" w:themeColor="text1" w:themeTint="BF" w:sz="6" w:space="0"/>
          <w:start w:val="single" w:color="404040" w:themeColor="text1" w:themeTint="BF" w:sz="8" w:space="0"/>
          <w:bottom w:val="single" w:color="404040" w:themeColor="text1" w:themeTint="BF" w:sz="8" w:space="0"/>
          <w:end w:val="single" w:color="404040" w:themeColor="text1" w:themeTint="BF" w:sz="8" w:space="0"/>
          <w:insideH w:val="nil" w:sz="0"/>
          <w:insideV w:val="nil" w:sz="0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band1Horz">
      <w:tblPr/>
      <w:tcPr>
        <w:shd w:val="clear" w:color="auto" w:fill="C0C0C0" w:themeFill="text1" w:themeFillTint="3F"/>
      </w:tcPr>
    </w:tblStylePr>
    <w:tblStylePr w:type="band1Vert">
      <w:tblPr/>
      <w:tcPr>
        <w:shd w:val="clear" w:color="auto" w:fill="C0C0C0" w:themeFill="text1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/>
          <w:bottom w:val="single" w:color="000000" w:themeColor="text1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color w:val="1F497D" w:themeColor="text2"/>
        <w:b w:val="1"/>
        <w:bCs w:val="1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band1Horz">
      <w:tblPr/>
      <w:tcPr>
        <w:shd w:val="clear" w:color="auto" w:fill="808080" w:themeFill="text1" w:themeFillTint="7F"/>
      </w:tcPr>
    </w:tblStylePr>
    <w:tblStylePr w:type="band1Vert">
      <w:tblPr/>
      <w:tcPr>
        <w:shd w:val="clear" w:color="auto" w:fill="808080" w:themeFill="text1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404040" w:themeColor="text1" w:themeTint="BF" w:sz="18" w:space="0"/>
        </w:tcBorders>
      </w:tcPr>
    </w:tblStylePr>
  </w:style>
  <w:style w:type="paragraph" w:styleId="2">
    <w:name w:val="List Number 2"/>
    <w:basedOn w:val="a1"/>
    <w:uiPriority w:val="99"/>
    <w:unhideWhenUsed w:val="1"/>
    <w:rsid w:val="0029639D"/>
    <w:pPr>
      <w:numPr>
        <w:numId w:val="6"/>
      </w:numPr>
      <w:contextualSpacing w:val="1"/>
    </w:p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8D8D8" w:themeFill="background1" w:themeFillShade="D8"/>
      </w:tcPr>
    </w:tblStylePr>
    <w:tblStylePr w:type="firstCol">
      <w:rPr>
        <w:color w:val="FFFFFF" w:themeColor="background1"/>
        <w:b w:val="1"/>
        <w:bCs w:val="1"/>
      </w:rPr>
      <w:tblPr/>
      <w:tcPr>
        <w:tcBorders>
          <w:top w:val="nil" w:sz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4F81BD" w:themeFill="accent1"/>
      </w:tc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4F81BD" w:themeFill="accent1"/>
      </w:tcPr>
    </w:tblStylePr>
    <w:tblStylePr w:type="lastCol">
      <w:rPr>
        <w:color w:val="FFFFFF" w:themeColor="background1"/>
        <w:b w:val="1"/>
        <w:bCs w:val="1"/>
      </w:rPr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band1Horz">
      <w:tblPr/>
      <w:tcPr>
        <w:tcBorders>
          <w:top w:val="nil" w:sz="0"/>
          <w:bottom w:val="nil" w:sz="0"/>
          <w:insideH w:val="nil" w:sz="0"/>
          <w:insideV w:val="nil" w:sz="0"/>
        </w:tcBorders>
        <w:shd w:val="clear" w:color="auto" w:fill="D3DFEE" w:themeFill="accent1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3DFEE" w:themeFill="accent1" w:themeFillTint="3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4F81BD" w:themeColor="accent1" w:sz="8" w:space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 w:sz="0"/>
          <w:start w:val="nil" w:sz="0"/>
          <w:bottom w:val="single" w:color="4F81BD" w:themeColor="accent1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/>
          <w:start w:val="single" w:color="4F81BD" w:themeColor="accent1" w:sz="8" w:space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band1Vert">
      <w:tblPr/>
      <w:tcPr>
        <w:shd w:val="clear" w:color="auto" w:fill="A7BFDE" w:themeFill="accent1" w:themeFillTint="7F"/>
      </w:tcPr>
    </w:tblStylePr>
    <w:tblStylePr w:type="firstCol">
      <w:rPr>
        <w:color w:val="000000" w:themeColor="text1"/>
        <w:b w:val="1"/>
        <w:bCs w:val="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color w:val="000000" w:themeColor="text1"/>
        <w:b w:val="1"/>
        <w:bCs w:val="1"/>
      </w:rPr>
      <w:tblPr/>
      <w:tcPr>
        <w:shd w:val="clear" w:color="auto" w:fill="EDF2F8" w:themeFill="accent1" w:themeFillTint="19"/>
      </w:tcPr>
    </w:tblStylePr>
    <w:tblStylePr w:type="lastCol">
      <w:rPr>
        <w:color w:val="000000" w:themeColor="text1"/>
        <w:b w:val="0"/>
        <w:bCs w:val="0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DBE5F1" w:themeFill="accent1" w:themeFillTint="33"/>
      </w:tcPr>
    </w:tblStylePr>
    <w:tblStylePr w:type="lastRow">
      <w:rPr>
        <w:color w:val="000000" w:themeColor="text1"/>
        <w:b w:val="1"/>
        <w:bCs w:val="1"/>
      </w:rPr>
      <w:tblPr/>
      <w:tcPr>
        <w:tcBorders>
          <w:top w:val="single" w:color="000000" w:themeColor="text1" w:sz="12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8D8D8" w:themeFill="background1" w:themeFillShade="D8"/>
      </w:tcPr>
    </w:tblStylePr>
    <w:tblStylePr w:type="firstCol">
      <w:rPr>
        <w:color w:val="FFFFFF" w:themeColor="background1"/>
        <w:b w:val="1"/>
        <w:bCs w:val="1"/>
      </w:rPr>
      <w:tblPr/>
      <w:tcPr>
        <w:tcBorders>
          <w:top w:val="nil" w:sz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C0504D" w:themeFill="accent2"/>
      </w:tc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C0504D" w:themeFill="accent2"/>
      </w:tcPr>
    </w:tblStylePr>
    <w:tblStylePr w:type="lastCol">
      <w:rPr>
        <w:color w:val="FFFFFF" w:themeColor="background1"/>
        <w:b w:val="1"/>
        <w:bCs w:val="1"/>
      </w:rPr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band1Horz">
      <w:tblPr/>
      <w:tcPr>
        <w:tcBorders>
          <w:top w:val="nil" w:sz="0"/>
          <w:bottom w:val="nil" w:sz="0"/>
          <w:insideH w:val="nil" w:sz="0"/>
          <w:insideV w:val="nil" w:sz="0"/>
        </w:tcBorders>
        <w:shd w:val="clear" w:color="auto" w:fill="EFD3D2" w:themeFill="accent2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EFD3D2" w:themeFill="accent2" w:themeFillTint="3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C0504D" w:themeColor="accent2" w:sz="8" w:space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 w:sz="0"/>
          <w:start w:val="nil" w:sz="0"/>
          <w:bottom w:val="single" w:color="C0504D" w:themeColor="accent2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/>
          <w:start w:val="single" w:color="C0504D" w:themeColor="accent2" w:sz="8" w:space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Col">
      <w:rPr>
        <w:color w:val="000000" w:themeColor="text1"/>
        <w:b w:val="1"/>
        <w:bCs w:val="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color w:val="000000" w:themeColor="text1"/>
        <w:b w:val="1"/>
        <w:bCs w:val="1"/>
      </w:rPr>
      <w:tblPr/>
      <w:tcPr>
        <w:shd w:val="clear" w:color="auto" w:fill="F8EDED" w:themeFill="accent2" w:themeFillTint="19"/>
      </w:tcPr>
    </w:tblStylePr>
    <w:tblStylePr w:type="lastCol">
      <w:rPr>
        <w:color w:val="000000" w:themeColor="text1"/>
        <w:b w:val="0"/>
        <w:bCs w:val="0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2DBDB" w:themeFill="accent2" w:themeFillTint="33"/>
      </w:tcPr>
    </w:tblStylePr>
    <w:tblStylePr w:type="lastRow">
      <w:rPr>
        <w:color w:val="000000" w:themeColor="text1"/>
        <w:b w:val="1"/>
        <w:bCs w:val="1"/>
      </w:rPr>
      <w:tblPr/>
      <w:tcPr>
        <w:tcBorders>
          <w:top w:val="single" w:color="000000" w:themeColor="text1" w:sz="12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8D8D8" w:themeFill="background1" w:themeFillShade="D8"/>
      </w:tcPr>
    </w:tblStylePr>
    <w:tblStylePr w:type="firstCol">
      <w:rPr>
        <w:color w:val="FFFFFF" w:themeColor="background1"/>
        <w:b w:val="1"/>
        <w:bCs w:val="1"/>
      </w:rPr>
      <w:tblPr/>
      <w:tcPr>
        <w:tcBorders>
          <w:top w:val="nil" w:sz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9BBB59" w:themeFill="accent3"/>
      </w:tc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9BBB59" w:themeFill="accent3"/>
      </w:tcPr>
    </w:tblStylePr>
    <w:tblStylePr w:type="lastCol">
      <w:rPr>
        <w:color w:val="FFFFFF" w:themeColor="background1"/>
        <w:b w:val="1"/>
        <w:bCs w:val="1"/>
      </w:rPr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band1Horz">
      <w:tblPr/>
      <w:tcPr>
        <w:tcBorders>
          <w:top w:val="nil" w:sz="0"/>
          <w:bottom w:val="nil" w:sz="0"/>
          <w:insideH w:val="nil" w:sz="0"/>
          <w:insideV w:val="nil" w:sz="0"/>
        </w:tcBorders>
        <w:shd w:val="clear" w:color="auto" w:fill="E6EED5" w:themeFill="accent3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E6EED5" w:themeFill="accent3" w:themeFillTint="3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9BBB59" w:themeColor="accent3" w:sz="8" w:space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 w:sz="0"/>
          <w:start w:val="nil" w:sz="0"/>
          <w:bottom w:val="single" w:color="9BBB59" w:themeColor="accent3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/>
          <w:start w:val="single" w:color="9BBB59" w:themeColor="accent3" w:sz="8" w:space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firstCol">
      <w:rPr>
        <w:color w:val="000000" w:themeColor="text1"/>
        <w:b w:val="1"/>
        <w:bCs w:val="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color w:val="000000" w:themeColor="text1"/>
        <w:b w:val="1"/>
        <w:bCs w:val="1"/>
      </w:rPr>
      <w:tblPr/>
      <w:tcPr>
        <w:shd w:val="clear" w:color="auto" w:fill="F5F8EE" w:themeFill="accent3" w:themeFillTint="19"/>
      </w:tcPr>
    </w:tblStylePr>
    <w:tblStylePr w:type="lastCol">
      <w:rPr>
        <w:color w:val="000000" w:themeColor="text1"/>
        <w:b w:val="0"/>
        <w:bCs w:val="0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EAF1DD" w:themeFill="accent3" w:themeFillTint="33"/>
      </w:tcPr>
    </w:tblStylePr>
    <w:tblStylePr w:type="lastRow">
      <w:rPr>
        <w:color w:val="000000" w:themeColor="text1"/>
        <w:b w:val="1"/>
        <w:bCs w:val="1"/>
      </w:rPr>
      <w:tblPr/>
      <w:tcPr>
        <w:tcBorders>
          <w:top w:val="single" w:color="000000" w:themeColor="text1" w:sz="12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8D8D8" w:themeFill="background1" w:themeFillShade="D8"/>
      </w:tcPr>
    </w:tblStylePr>
    <w:tblStylePr w:type="firstCol">
      <w:rPr>
        <w:color w:val="FFFFFF" w:themeColor="background1"/>
        <w:b w:val="1"/>
        <w:bCs w:val="1"/>
      </w:rPr>
      <w:tblPr/>
      <w:tcPr>
        <w:tcBorders>
          <w:top w:val="nil" w:sz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8064A2" w:themeFill="accent4"/>
      </w:tc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8064A2" w:themeFill="accent4"/>
      </w:tcPr>
    </w:tblStylePr>
    <w:tblStylePr w:type="lastCol">
      <w:rPr>
        <w:color w:val="FFFFFF" w:themeColor="background1"/>
        <w:b w:val="1"/>
        <w:bCs w:val="1"/>
      </w:rPr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band1Horz">
      <w:tblPr/>
      <w:tcPr>
        <w:tcBorders>
          <w:top w:val="nil" w:sz="0"/>
          <w:bottom w:val="nil" w:sz="0"/>
          <w:insideH w:val="nil" w:sz="0"/>
          <w:insideV w:val="nil" w:sz="0"/>
        </w:tcBorders>
        <w:shd w:val="clear" w:color="auto" w:fill="DFD8E8" w:themeFill="accent4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FD8E8" w:themeFill="accent4" w:themeFillTint="3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8064A2" w:themeColor="accent4" w:sz="8" w:space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 w:sz="0"/>
          <w:start w:val="nil" w:sz="0"/>
          <w:bottom w:val="single" w:color="8064A2" w:themeColor="accent4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/>
          <w:start w:val="single" w:color="8064A2" w:themeColor="accent4" w:sz="8" w:space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color w:val="000000" w:themeColor="text1"/>
        <w:b w:val="1"/>
        <w:bCs w:val="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color w:val="000000" w:themeColor="text1"/>
        <w:b w:val="1"/>
        <w:bCs w:val="1"/>
      </w:rPr>
      <w:tblPr/>
      <w:tcPr>
        <w:shd w:val="clear" w:color="auto" w:fill="F2EFF6" w:themeFill="accent4" w:themeFillTint="19"/>
      </w:tcPr>
    </w:tblStylePr>
    <w:tblStylePr w:type="lastCol">
      <w:rPr>
        <w:color w:val="000000" w:themeColor="text1"/>
        <w:b w:val="0"/>
        <w:bCs w:val="0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E5DFEC" w:themeFill="accent4" w:themeFillTint="33"/>
      </w:tcPr>
    </w:tblStylePr>
    <w:tblStylePr w:type="lastRow">
      <w:rPr>
        <w:color w:val="000000" w:themeColor="text1"/>
        <w:b w:val="1"/>
        <w:bCs w:val="1"/>
      </w:rPr>
      <w:tblPr/>
      <w:tcPr>
        <w:tcBorders>
          <w:top w:val="single" w:color="000000" w:themeColor="text1" w:sz="12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8D8D8" w:themeFill="background1" w:themeFillShade="D8"/>
      </w:tcPr>
    </w:tblStylePr>
    <w:tblStylePr w:type="firstCol">
      <w:rPr>
        <w:color w:val="FFFFFF" w:themeColor="background1"/>
        <w:b w:val="1"/>
        <w:bCs w:val="1"/>
      </w:rPr>
      <w:tblPr/>
      <w:tcPr>
        <w:tcBorders>
          <w:top w:val="nil" w:sz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4BACC6" w:themeFill="accent5"/>
      </w:tc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4BACC6" w:themeFill="accent5"/>
      </w:tcPr>
    </w:tblStylePr>
    <w:tblStylePr w:type="lastCol">
      <w:rPr>
        <w:color w:val="FFFFFF" w:themeColor="background1"/>
        <w:b w:val="1"/>
        <w:bCs w:val="1"/>
      </w:rPr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band1Horz">
      <w:tblPr/>
      <w:tcPr>
        <w:tcBorders>
          <w:top w:val="nil" w:sz="0"/>
          <w:bottom w:val="nil" w:sz="0"/>
          <w:insideH w:val="nil" w:sz="0"/>
          <w:insideV w:val="nil" w:sz="0"/>
        </w:tcBorders>
        <w:shd w:val="clear" w:color="auto" w:fill="D2EAF1" w:themeFill="accent5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2EAF1" w:themeFill="accent5" w:themeFillTint="3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4BACC6" w:themeColor="accent5" w:sz="8" w:space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 w:sz="0"/>
          <w:start w:val="nil" w:sz="0"/>
          <w:bottom w:val="single" w:color="4BACC6" w:themeColor="accent5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/>
          <w:start w:val="single" w:color="4BACC6" w:themeColor="accent5" w:sz="8" w:space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band1Vert">
      <w:tblPr/>
      <w:tcPr>
        <w:shd w:val="clear" w:color="auto" w:fill="A5D5E2" w:themeFill="accent5" w:themeFillTint="7F"/>
      </w:tcPr>
    </w:tblStylePr>
    <w:tblStylePr w:type="firstCol">
      <w:rPr>
        <w:color w:val="000000" w:themeColor="text1"/>
        <w:b w:val="1"/>
        <w:bCs w:val="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color w:val="000000" w:themeColor="text1"/>
        <w:b w:val="1"/>
        <w:bCs w:val="1"/>
      </w:rPr>
      <w:tblPr/>
      <w:tcPr>
        <w:shd w:val="clear" w:color="auto" w:fill="EDF6F9" w:themeFill="accent5" w:themeFillTint="19"/>
      </w:tcPr>
    </w:tblStylePr>
    <w:tblStylePr w:type="lastCol">
      <w:rPr>
        <w:color w:val="000000" w:themeColor="text1"/>
        <w:b w:val="0"/>
        <w:bCs w:val="0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DAEEF3" w:themeFill="accent5" w:themeFillTint="33"/>
      </w:tcPr>
    </w:tblStylePr>
    <w:tblStylePr w:type="lastRow">
      <w:rPr>
        <w:color w:val="000000" w:themeColor="text1"/>
        <w:b w:val="1"/>
        <w:bCs w:val="1"/>
      </w:rPr>
      <w:tblPr/>
      <w:tcPr>
        <w:tcBorders>
          <w:top w:val="single" w:color="000000" w:themeColor="text1" w:sz="12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8D8D8" w:themeFill="background1" w:themeFillShade="D8"/>
      </w:tcPr>
    </w:tblStylePr>
    <w:tblStylePr w:type="firstCol">
      <w:rPr>
        <w:color w:val="FFFFFF" w:themeColor="background1"/>
        <w:b w:val="1"/>
        <w:bCs w:val="1"/>
      </w:rPr>
      <w:tblPr/>
      <w:tcPr>
        <w:tcBorders>
          <w:top w:val="nil" w:sz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79646" w:themeFill="accent6"/>
      </w:tc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79646" w:themeFill="accent6"/>
      </w:tcPr>
    </w:tblStylePr>
    <w:tblStylePr w:type="lastCol">
      <w:rPr>
        <w:color w:val="FFFFFF" w:themeColor="background1"/>
        <w:b w:val="1"/>
        <w:bCs w:val="1"/>
      </w:rPr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band1Horz">
      <w:tblPr/>
      <w:tcPr>
        <w:tcBorders>
          <w:top w:val="nil" w:sz="0"/>
          <w:bottom w:val="nil" w:sz="0"/>
          <w:insideH w:val="nil" w:sz="0"/>
          <w:insideV w:val="nil" w:sz="0"/>
        </w:tcBorders>
        <w:shd w:val="clear" w:color="auto" w:fill="FDE4D0" w:themeFill="accent6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FDE4D0" w:themeFill="accent6" w:themeFillTint="3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F79646" w:themeColor="accent6" w:sz="8" w:space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 w:sz="0"/>
          <w:start w:val="nil" w:sz="0"/>
          <w:bottom w:val="single" w:color="F79646" w:themeColor="accent6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/>
          <w:start w:val="single" w:color="F79646" w:themeColor="accent6" w:sz="8" w:space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band1Vert">
      <w:tblPr/>
      <w:tcPr>
        <w:shd w:val="clear" w:color="auto" w:fill="FBCAA2" w:themeFill="accent6" w:themeFillTint="7F"/>
      </w:tcPr>
    </w:tblStylePr>
    <w:tblStylePr w:type="firstCol">
      <w:rPr>
        <w:color w:val="000000" w:themeColor="text1"/>
        <w:b w:val="1"/>
        <w:bCs w:val="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color w:val="000000" w:themeColor="text1"/>
        <w:b w:val="1"/>
        <w:bCs w:val="1"/>
      </w:rPr>
      <w:tblPr/>
      <w:tcPr>
        <w:shd w:val="clear" w:color="auto" w:fill="FEF4EC" w:themeFill="accent6" w:themeFillTint="19"/>
      </w:tcPr>
    </w:tblStylePr>
    <w:tblStylePr w:type="lastCol">
      <w:rPr>
        <w:color w:val="000000" w:themeColor="text1"/>
        <w:b w:val="0"/>
        <w:bCs w:val="0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DE9D9" w:themeFill="accent6" w:themeFillTint="33"/>
      </w:tcPr>
    </w:tblStylePr>
    <w:tblStylePr w:type="lastRow">
      <w:rPr>
        <w:color w:val="000000" w:themeColor="text1"/>
        <w:b w:val="1"/>
        <w:bCs w:val="1"/>
      </w:rPr>
      <w:tblPr/>
      <w:tcPr>
        <w:tcBorders>
          <w:top w:val="single" w:color="000000" w:themeColor="text1" w:sz="12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20">
    <w:name w:val="List Bullet 2"/>
    <w:basedOn w:val="a1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21">
    <w:name w:val="heading 2"/>
    <w:basedOn w:val="a1"/>
    <w:next w:val="a1"/>
    <w:link w:val="22"/>
    <w:uiPriority w:val="9"/>
    <w:unhideWhenUsed w:val="1"/>
    <w:qFormat w:val="1"/>
    <w:rsid w:val="00FC693F"/>
    <w:pPr>
      <w:keepNext w:val="1"/>
      <w:keepLines w:val="1"/>
      <w:spacing w:before="200" w:after="0"/>
      <w:outlineLvl w:val="1"/>
    </w:pPr>
    <w:rPr>
      <w:rFonts w:asciiTheme="majorHAnsi" w:hAnsiTheme="majorHAnsi" w:eastAsiaTheme="majorEastAsia" w:cstheme="majorBidi"/>
      <w:sz w:val="26"/>
      <w:color w:val="4F81BD" w:themeColor="accent1"/>
      <w:b w:val="1"/>
      <w:bCs w:val="1"/>
      <w:szCs w:val="26"/>
    </w:rPr>
  </w:style>
  <w:style w:type="character" w:styleId="22" w:customStyle="1">
    <w:name w:val="Заголовок 2 Знак"/>
    <w:basedOn w:val="a2"/>
    <w:link w:val="21"/>
    <w:uiPriority w:val="9"/>
    <w:rsid w:val="00FC693F"/>
    <w:rPr>
      <w:rFonts w:asciiTheme="majorHAnsi" w:hAnsiTheme="majorHAnsi" w:eastAsiaTheme="majorEastAsia" w:cstheme="majorBidi"/>
      <w:sz w:val="26"/>
      <w:color w:val="4F81BD" w:themeColor="accent1"/>
      <w:b w:val="1"/>
      <w:bCs w:val="1"/>
      <w:szCs w:val="26"/>
    </w:rPr>
  </w:style>
  <w:style w:type="paragraph" w:styleId="23">
    <w:name w:val="Body Text 2"/>
    <w:basedOn w:val="a1"/>
    <w:link w:val="24"/>
    <w:uiPriority w:val="99"/>
    <w:unhideWhenUsed w:val="1"/>
    <w:rsid w:val="00AA1D8D"/>
    <w:pPr>
      <w:spacing w:line="480" w:lineRule="auto"/>
    </w:pPr>
  </w:style>
  <w:style w:type="character" w:styleId="24" w:customStyle="1">
    <w:name w:val="Основной текст 2 Знак"/>
    <w:basedOn w:val="a2"/>
    <w:link w:val="23"/>
    <w:uiPriority w:val="99"/>
    <w:rsid w:val="00AA1D8D"/>
  </w:style>
  <w:style w:type="paragraph" w:styleId="25">
    <w:name w:val="List 2"/>
    <w:basedOn w:val="a1"/>
    <w:uiPriority w:val="99"/>
    <w:unhideWhenUsed w:val="1"/>
    <w:rsid w:val="00326F90"/>
    <w:pPr>
      <w:ind w:start="720" w:hanging="360"/>
      <w:contextualSpacing w:val="1"/>
    </w:pPr>
  </w:style>
  <w:style w:type="paragraph" w:styleId="26">
    <w:name w:val="List Continue 2"/>
    <w:basedOn w:val="a1"/>
    <w:uiPriority w:val="99"/>
    <w:unhideWhenUsed w:val="1"/>
    <w:rsid w:val="0029639D"/>
    <w:pPr>
      <w:ind w:start="720"/>
      <w:contextualSpacing w:val="1"/>
    </w:pPr>
  </w:style>
  <w:style w:type="paragraph" w:styleId="27">
    <w:name w:val="Quote"/>
    <w:basedOn w:val="a1"/>
    <w:next w:val="a1"/>
    <w:link w:val="28"/>
    <w:uiPriority w:val="29"/>
    <w:qFormat w:val="1"/>
    <w:rsid w:val="00FC693F"/>
    <w:rPr>
      <w:color w:val="000000" w:themeColor="text1"/>
      <w:i w:val="1"/>
      <w:iCs w:val="1"/>
    </w:rPr>
  </w:style>
  <w:style w:type="character" w:styleId="28" w:customStyle="1">
    <w:name w:val="Цитата 2 Знак"/>
    <w:basedOn w:val="a2"/>
    <w:link w:val="27"/>
    <w:uiPriority w:val="29"/>
    <w:rsid w:val="00FC693F"/>
    <w:rPr>
      <w:color w:val="000000" w:themeColor="text1"/>
      <w:i w:val="1"/>
      <w:iCs w:val="1"/>
    </w:r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D8D8D8" w:themeFill="background1" w:themeFillShade="D8"/>
      </w:tcPr>
    </w:tblStylePr>
    <w:tblStylePr w:type="firstCol">
      <w:rPr>
        <w:color w:val="FFFFFF" w:themeColor="background1"/>
        <w:b w:val="1"/>
        <w:bCs w:val="1"/>
      </w:rPr>
      <w:tblPr/>
      <w:tcPr>
        <w:tcBorders>
          <w:top w:val="nil" w:sz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rPr>
        <w:color w:val="FFFFFF" w:themeColor="background1"/>
        <w:b w:val="1"/>
        <w:bCs w:val="1"/>
      </w:rPr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start w:val="nil" w:sz="0"/>
          <w:bottom w:val="single" w:color="auto" w:sz="18" w:space="0"/>
          <w:end w:val="nil" w:sz="0"/>
          <w:insideH w:val="nil" w:sz="0"/>
          <w:insideV w:val="nil" w:sz="0"/>
        </w:tcBorders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band1Horz">
      <w:tblPr/>
      <w:tcPr>
        <w:tcBorders>
          <w:top w:val="nil" w:sz="0"/>
          <w:bottom w:val="nil" w:sz="0"/>
          <w:insideH w:val="nil" w:sz="0"/>
          <w:insideV w:val="nil" w:sz="0"/>
        </w:tcBorders>
        <w:shd w:val="clear" w:color="auto" w:fill="C0C0C0" w:themeFill="text1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C0C0C0" w:themeFill="text1" w:themeFillTint="3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000000" w:themeColor="text1" w:sz="8" w:space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 w:sz="0"/>
          <w:start w:val="nil" w:sz="0"/>
          <w:bottom w:val="single" w:color="000000" w:themeColor="text1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/>
          <w:start w:val="single" w:color="000000" w:themeColor="text1" w:sz="8" w:space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/>
        </w:tcBorders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band1Vert">
      <w:tblPr/>
      <w:tcPr>
        <w:shd w:val="clear" w:color="auto" w:fill="808080" w:themeFill="text1" w:themeFillTint="7F"/>
      </w:tcPr>
    </w:tblStylePr>
    <w:tblStylePr w:type="firstCol">
      <w:rPr>
        <w:color w:val="000000" w:themeColor="text1"/>
        <w:b w:val="1"/>
        <w:bCs w:val="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firstRow">
      <w:rPr>
        <w:color w:val="000000" w:themeColor="text1"/>
        <w:b w:val="1"/>
        <w:bCs w:val="1"/>
      </w:rPr>
      <w:tblPr/>
      <w:tcPr>
        <w:shd w:val="clear" w:color="auto" w:fill="E6E6E6" w:themeFill="text1" w:themeFillTint="19"/>
      </w:tcPr>
    </w:tblStylePr>
    <w:tblStylePr w:type="lastCol">
      <w:rPr>
        <w:color w:val="000000" w:themeColor="text1"/>
        <w:b w:val="0"/>
        <w:bCs w:val="0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CCCCCC" w:themeFill="text1" w:themeFillTint="33"/>
      </w:tcPr>
    </w:tblStylePr>
    <w:tblStylePr w:type="lastRow">
      <w:rPr>
        <w:color w:val="000000" w:themeColor="text1"/>
        <w:b w:val="1"/>
        <w:bCs w:val="1"/>
      </w:rPr>
      <w:tblPr/>
      <w:tcPr>
        <w:tcBorders>
          <w:top w:val="single" w:color="000000" w:themeColor="text1" w:sz="12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3">
    <w:name w:val="List Number 3"/>
    <w:basedOn w:val="a1"/>
    <w:uiPriority w:val="99"/>
    <w:unhideWhenUsed w:val="1"/>
    <w:rsid w:val="0029639D"/>
    <w:pPr>
      <w:numPr>
        <w:numId w:val="7"/>
      </w:numPr>
      <w:contextualSpacing w:val="1"/>
    </w:p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band1Horz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  <w:tblStylePr w:type="band1Vert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nil" w:sz="0"/>
        </w:tcBorders>
        <w:shd w:val="clear" w:color="auto" w:fill="A7BFDE" w:themeFill="accent1" w:themeFillTint="7F"/>
      </w:tcPr>
    </w:tblStylePr>
    <w:tblStylePr w:type="firstCol">
      <w:rPr>
        <w:color w:val="FFFFFF" w:themeColor="background1"/>
        <w:b w:val="1"/>
        <w:i w:val="0"/>
        <w:bCs w:val="1"/>
        <w:iCs w:val="0"/>
      </w:rPr>
      <w:tblPr/>
      <w:tcPr>
        <w:tcBorders>
          <w:start w:val="single" w:color="FFFFFF" w:themeColor="background1" w:sz="8" w:space="0"/>
          <w:end w:val="single" w:color="FFFFFF" w:themeColor="background1" w:sz="24" w:space="0"/>
          <w:insideH w:val="nil" w:sz="0"/>
          <w:insideV w:val="nil" w:sz="0"/>
        </w:tcBorders>
        <w:shd w:val="clear" w:color="auto" w:fill="4F81BD" w:themeFill="accent1"/>
      </w:tcPr>
    </w:tblStylePr>
    <w:tblStylePr w:type="fir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24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Col">
      <w:rPr>
        <w:color w:val="FFFFFF" w:themeColor="background1"/>
        <w:b w:val="1"/>
        <w:i w:val="0"/>
        <w:bCs w:val="1"/>
        <w:iCs w:val="0"/>
      </w:rPr>
      <w:tblPr/>
      <w:tcPr>
        <w:tcBorders>
          <w:top w:val="nil" w:sz="0"/>
          <w:start w:val="single" w:color="FFFFFF" w:themeColor="background1" w:sz="24" w:space="0"/>
          <w:bottom w:val="nil" w:sz="0"/>
          <w:end w:val="nil" w:sz="0"/>
          <w:insideH w:val="nil" w:sz="0"/>
          <w:insideV w:val="nil" w:sz="0"/>
        </w:tcBorders>
        <w:shd w:val="clear" w:color="auto" w:fill="4F81BD" w:themeFill="accent1"/>
      </w:tcPr>
    </w:tblStylePr>
    <w:tblStylePr w:type="la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24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4F81BD" w:themeFill="accent1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band1Horz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  <w:tblStylePr w:type="band1Vert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nil" w:sz="0"/>
        </w:tcBorders>
        <w:shd w:val="clear" w:color="auto" w:fill="DFA7A6" w:themeFill="accent2" w:themeFillTint="7F"/>
      </w:tcPr>
    </w:tblStylePr>
    <w:tblStylePr w:type="firstCol">
      <w:rPr>
        <w:color w:val="FFFFFF" w:themeColor="background1"/>
        <w:b w:val="1"/>
        <w:i w:val="0"/>
        <w:bCs w:val="1"/>
        <w:iCs w:val="0"/>
      </w:rPr>
      <w:tblPr/>
      <w:tcPr>
        <w:tcBorders>
          <w:start w:val="single" w:color="FFFFFF" w:themeColor="background1" w:sz="8" w:space="0"/>
          <w:end w:val="single" w:color="FFFFFF" w:themeColor="background1" w:sz="24" w:space="0"/>
          <w:insideH w:val="nil" w:sz="0"/>
          <w:insideV w:val="nil" w:sz="0"/>
        </w:tcBorders>
        <w:shd w:val="clear" w:color="auto" w:fill="C0504D" w:themeFill="accent2"/>
      </w:tcPr>
    </w:tblStylePr>
    <w:tblStylePr w:type="fir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24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Col">
      <w:rPr>
        <w:color w:val="FFFFFF" w:themeColor="background1"/>
        <w:b w:val="1"/>
        <w:i w:val="0"/>
        <w:bCs w:val="1"/>
        <w:iCs w:val="0"/>
      </w:rPr>
      <w:tblPr/>
      <w:tcPr>
        <w:tcBorders>
          <w:top w:val="nil" w:sz="0"/>
          <w:start w:val="single" w:color="FFFFFF" w:themeColor="background1" w:sz="24" w:space="0"/>
          <w:bottom w:val="nil" w:sz="0"/>
          <w:end w:val="nil" w:sz="0"/>
          <w:insideH w:val="nil" w:sz="0"/>
          <w:insideV w:val="nil" w:sz="0"/>
        </w:tcBorders>
        <w:shd w:val="clear" w:color="auto" w:fill="C0504D" w:themeFill="accent2"/>
      </w:tcPr>
    </w:tblStylePr>
    <w:tblStylePr w:type="la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24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C0504D" w:themeFill="accent2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band1Horz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  <w:tblStylePr w:type="band1Vert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nil" w:sz="0"/>
        </w:tcBorders>
        <w:shd w:val="clear" w:color="auto" w:fill="CDDDAC" w:themeFill="accent3" w:themeFillTint="7F"/>
      </w:tcPr>
    </w:tblStylePr>
    <w:tblStylePr w:type="firstCol">
      <w:rPr>
        <w:color w:val="FFFFFF" w:themeColor="background1"/>
        <w:b w:val="1"/>
        <w:i w:val="0"/>
        <w:bCs w:val="1"/>
        <w:iCs w:val="0"/>
      </w:rPr>
      <w:tblPr/>
      <w:tcPr>
        <w:tcBorders>
          <w:start w:val="single" w:color="FFFFFF" w:themeColor="background1" w:sz="8" w:space="0"/>
          <w:end w:val="single" w:color="FFFFFF" w:themeColor="background1" w:sz="24" w:space="0"/>
          <w:insideH w:val="nil" w:sz="0"/>
          <w:insideV w:val="nil" w:sz="0"/>
        </w:tcBorders>
        <w:shd w:val="clear" w:color="auto" w:fill="9BBB59" w:themeFill="accent3"/>
      </w:tcPr>
    </w:tblStylePr>
    <w:tblStylePr w:type="fir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24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Col">
      <w:rPr>
        <w:color w:val="FFFFFF" w:themeColor="background1"/>
        <w:b w:val="1"/>
        <w:i w:val="0"/>
        <w:bCs w:val="1"/>
        <w:iCs w:val="0"/>
      </w:rPr>
      <w:tblPr/>
      <w:tcPr>
        <w:tcBorders>
          <w:top w:val="nil" w:sz="0"/>
          <w:start w:val="single" w:color="FFFFFF" w:themeColor="background1" w:sz="24" w:space="0"/>
          <w:bottom w:val="nil" w:sz="0"/>
          <w:end w:val="nil" w:sz="0"/>
          <w:insideH w:val="nil" w:sz="0"/>
          <w:insideV w:val="nil" w:sz="0"/>
        </w:tcBorders>
        <w:shd w:val="clear" w:color="auto" w:fill="9BBB59" w:themeFill="accent3"/>
      </w:tcPr>
    </w:tblStylePr>
    <w:tblStylePr w:type="la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24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9BBB59" w:themeFill="accent3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band1Horz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  <w:tblStylePr w:type="band1Vert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nil" w:sz="0"/>
        </w:tcBorders>
        <w:shd w:val="clear" w:color="auto" w:fill="BFB1D0" w:themeFill="accent4" w:themeFillTint="7F"/>
      </w:tcPr>
    </w:tblStylePr>
    <w:tblStylePr w:type="firstCol">
      <w:rPr>
        <w:color w:val="FFFFFF" w:themeColor="background1"/>
        <w:b w:val="1"/>
        <w:i w:val="0"/>
        <w:bCs w:val="1"/>
        <w:iCs w:val="0"/>
      </w:rPr>
      <w:tblPr/>
      <w:tcPr>
        <w:tcBorders>
          <w:start w:val="single" w:color="FFFFFF" w:themeColor="background1" w:sz="8" w:space="0"/>
          <w:end w:val="single" w:color="FFFFFF" w:themeColor="background1" w:sz="24" w:space="0"/>
          <w:insideH w:val="nil" w:sz="0"/>
          <w:insideV w:val="nil" w:sz="0"/>
        </w:tcBorders>
        <w:shd w:val="clear" w:color="auto" w:fill="8064A2" w:themeFill="accent4"/>
      </w:tcPr>
    </w:tblStylePr>
    <w:tblStylePr w:type="fir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24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Col">
      <w:rPr>
        <w:color w:val="FFFFFF" w:themeColor="background1"/>
        <w:b w:val="1"/>
        <w:i w:val="0"/>
        <w:bCs w:val="1"/>
        <w:iCs w:val="0"/>
      </w:rPr>
      <w:tblPr/>
      <w:tcPr>
        <w:tcBorders>
          <w:top w:val="nil" w:sz="0"/>
          <w:start w:val="single" w:color="FFFFFF" w:themeColor="background1" w:sz="24" w:space="0"/>
          <w:bottom w:val="nil" w:sz="0"/>
          <w:end w:val="nil" w:sz="0"/>
          <w:insideH w:val="nil" w:sz="0"/>
          <w:insideV w:val="nil" w:sz="0"/>
        </w:tcBorders>
        <w:shd w:val="clear" w:color="auto" w:fill="8064A2" w:themeFill="accent4"/>
      </w:tcPr>
    </w:tblStylePr>
    <w:tblStylePr w:type="la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24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8064A2" w:themeFill="accent4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band1Horz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  <w:tblStylePr w:type="band1Vert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nil" w:sz="0"/>
        </w:tcBorders>
        <w:shd w:val="clear" w:color="auto" w:fill="A5D5E2" w:themeFill="accent5" w:themeFillTint="7F"/>
      </w:tcPr>
    </w:tblStylePr>
    <w:tblStylePr w:type="firstCol">
      <w:rPr>
        <w:color w:val="FFFFFF" w:themeColor="background1"/>
        <w:b w:val="1"/>
        <w:i w:val="0"/>
        <w:bCs w:val="1"/>
        <w:iCs w:val="0"/>
      </w:rPr>
      <w:tblPr/>
      <w:tcPr>
        <w:tcBorders>
          <w:start w:val="single" w:color="FFFFFF" w:themeColor="background1" w:sz="8" w:space="0"/>
          <w:end w:val="single" w:color="FFFFFF" w:themeColor="background1" w:sz="24" w:space="0"/>
          <w:insideH w:val="nil" w:sz="0"/>
          <w:insideV w:val="nil" w:sz="0"/>
        </w:tcBorders>
        <w:shd w:val="clear" w:color="auto" w:fill="4BACC6" w:themeFill="accent5"/>
      </w:tcPr>
    </w:tblStylePr>
    <w:tblStylePr w:type="fir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24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Col">
      <w:rPr>
        <w:color w:val="FFFFFF" w:themeColor="background1"/>
        <w:b w:val="1"/>
        <w:i w:val="0"/>
        <w:bCs w:val="1"/>
        <w:iCs w:val="0"/>
      </w:rPr>
      <w:tblPr/>
      <w:tcPr>
        <w:tcBorders>
          <w:top w:val="nil" w:sz="0"/>
          <w:start w:val="single" w:color="FFFFFF" w:themeColor="background1" w:sz="24" w:space="0"/>
          <w:bottom w:val="nil" w:sz="0"/>
          <w:end w:val="nil" w:sz="0"/>
          <w:insideH w:val="nil" w:sz="0"/>
          <w:insideV w:val="nil" w:sz="0"/>
        </w:tcBorders>
        <w:shd w:val="clear" w:color="auto" w:fill="4BACC6" w:themeFill="accent5"/>
      </w:tcPr>
    </w:tblStylePr>
    <w:tblStylePr w:type="la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24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4BACC6" w:themeFill="accent5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band1Horz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  <w:tblStylePr w:type="band1Vert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nil" w:sz="0"/>
        </w:tcBorders>
        <w:shd w:val="clear" w:color="auto" w:fill="FBCAA2" w:themeFill="accent6" w:themeFillTint="7F"/>
      </w:tcPr>
    </w:tblStylePr>
    <w:tblStylePr w:type="firstCol">
      <w:rPr>
        <w:color w:val="FFFFFF" w:themeColor="background1"/>
        <w:b w:val="1"/>
        <w:i w:val="0"/>
        <w:bCs w:val="1"/>
        <w:iCs w:val="0"/>
      </w:rPr>
      <w:tblPr/>
      <w:tcPr>
        <w:tcBorders>
          <w:start w:val="single" w:color="FFFFFF" w:themeColor="background1" w:sz="8" w:space="0"/>
          <w:end w:val="single" w:color="FFFFFF" w:themeColor="background1" w:sz="24" w:space="0"/>
          <w:insideH w:val="nil" w:sz="0"/>
          <w:insideV w:val="nil" w:sz="0"/>
        </w:tcBorders>
        <w:shd w:val="clear" w:color="auto" w:fill="F79646" w:themeFill="accent6"/>
      </w:tcPr>
    </w:tblStylePr>
    <w:tblStylePr w:type="fir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24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Col">
      <w:rPr>
        <w:color w:val="FFFFFF" w:themeColor="background1"/>
        <w:b w:val="1"/>
        <w:i w:val="0"/>
        <w:bCs w:val="1"/>
        <w:iCs w:val="0"/>
      </w:rPr>
      <w:tblPr/>
      <w:tcPr>
        <w:tcBorders>
          <w:top w:val="nil" w:sz="0"/>
          <w:start w:val="single" w:color="FFFFFF" w:themeColor="background1" w:sz="24" w:space="0"/>
          <w:bottom w:val="nil" w:sz="0"/>
          <w:end w:val="nil" w:sz="0"/>
          <w:insideH w:val="nil" w:sz="0"/>
          <w:insideV w:val="nil" w:sz="0"/>
        </w:tcBorders>
        <w:shd w:val="clear" w:color="auto" w:fill="F79646" w:themeFill="accent6"/>
      </w:tcPr>
    </w:tblStylePr>
    <w:tblStylePr w:type="la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24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F79646" w:themeFill="accent6"/>
      </w:tcPr>
    </w:tblStylePr>
  </w:style>
  <w:style w:type="paragraph" w:styleId="30">
    <w:name w:val="List Bullet 3"/>
    <w:basedOn w:val="a1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31">
    <w:name w:val="heading 3"/>
    <w:basedOn w:val="a1"/>
    <w:next w:val="a1"/>
    <w:link w:val="32"/>
    <w:uiPriority w:val="9"/>
    <w:unhideWhenUsed w:val="1"/>
    <w:qFormat w:val="1"/>
    <w:rsid w:val="00FC693F"/>
    <w:pPr>
      <w:keepNext w:val="1"/>
      <w:keepLines w:val="1"/>
      <w:spacing w:before="200" w:after="0"/>
      <w:outlineLvl w:val="2"/>
    </w:pPr>
    <w:rPr>
      <w:rFonts w:asciiTheme="majorHAnsi" w:hAnsiTheme="majorHAnsi" w:eastAsiaTheme="majorEastAsia" w:cstheme="majorBidi"/>
      <w:color w:val="4F81BD" w:themeColor="accent1"/>
      <w:b w:val="1"/>
      <w:bCs w:val="1"/>
    </w:rPr>
  </w:style>
  <w:style w:type="character" w:styleId="32" w:customStyle="1">
    <w:name w:val="Заголовок 3 Знак"/>
    <w:basedOn w:val="a2"/>
    <w:link w:val="31"/>
    <w:uiPriority w:val="9"/>
    <w:rsid w:val="00FC693F"/>
    <w:rPr>
      <w:rFonts w:asciiTheme="majorHAnsi" w:hAnsiTheme="majorHAnsi" w:eastAsiaTheme="majorEastAsia" w:cstheme="majorBidi"/>
      <w:color w:val="4F81BD" w:themeColor="accent1"/>
      <w:b w:val="1"/>
      <w:bCs w:val="1"/>
    </w:rPr>
  </w:style>
  <w:style w:type="paragraph" w:styleId="33">
    <w:name w:val="Body Text 3"/>
    <w:basedOn w:val="a1"/>
    <w:link w:val="34"/>
    <w:uiPriority w:val="99"/>
    <w:unhideWhenUsed w:val="1"/>
    <w:rsid w:val="00AA1D8D"/>
    <w:rPr>
      <w:sz w:val="16"/>
      <w:szCs w:val="16"/>
    </w:rPr>
  </w:style>
  <w:style w:type="character" w:styleId="34" w:customStyle="1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35">
    <w:name w:val="List 3"/>
    <w:basedOn w:val="a1"/>
    <w:uiPriority w:val="99"/>
    <w:unhideWhenUsed w:val="1"/>
    <w:rsid w:val="00326F90"/>
    <w:pPr>
      <w:ind w:start="1080" w:hanging="360"/>
      <w:contextualSpacing w:val="1"/>
    </w:pPr>
  </w:style>
  <w:style w:type="paragraph" w:styleId="36">
    <w:name w:val="List Continue 3"/>
    <w:basedOn w:val="a1"/>
    <w:uiPriority w:val="99"/>
    <w:unhideWhenUsed w:val="1"/>
    <w:rsid w:val="0029639D"/>
    <w:pPr>
      <w:ind w:start="1080"/>
      <w:contextualSpacing w:val="1"/>
    </w:p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band1Horz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  <w:tblStylePr w:type="band1Vert"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nil" w:sz="0"/>
        </w:tcBorders>
        <w:shd w:val="clear" w:color="auto" w:fill="808080" w:themeFill="text1" w:themeFillTint="7F"/>
      </w:tcPr>
    </w:tblStylePr>
    <w:tblStylePr w:type="firstCol">
      <w:rPr>
        <w:color w:val="FFFFFF" w:themeColor="background1"/>
        <w:b w:val="1"/>
        <w:i w:val="0"/>
        <w:bCs w:val="1"/>
        <w:iCs w:val="0"/>
      </w:rPr>
      <w:tblPr/>
      <w:tcPr>
        <w:tcBorders>
          <w:start w:val="single" w:color="FFFFFF" w:themeColor="background1" w:sz="8" w:space="0"/>
          <w:end w:val="single" w:color="FFFFFF" w:themeColor="background1" w:sz="24" w:space="0"/>
          <w:insideH w:val="nil" w:sz="0"/>
          <w:insideV w:val="nil" w:sz="0"/>
        </w:tcBorders>
        <w:shd w:val="clear" w:color="auto" w:fill="000000" w:themeFill="text1"/>
      </w:tcPr>
    </w:tblStylePr>
    <w:tblStylePr w:type="fir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8" w:space="0"/>
          <w:start w:val="single" w:color="FFFFFF" w:themeColor="background1" w:sz="8" w:space="0"/>
          <w:bottom w:val="single" w:color="FFFFFF" w:themeColor="background1" w:sz="24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000000" w:themeFill="text1"/>
      </w:tcPr>
    </w:tblStylePr>
    <w:tblStylePr w:type="lastCol">
      <w:rPr>
        <w:color w:val="FFFFFF" w:themeColor="background1"/>
        <w:b w:val="1"/>
        <w:i w:val="0"/>
        <w:bCs w:val="1"/>
        <w:iCs w:val="0"/>
      </w:rPr>
      <w:tblPr/>
      <w:tcPr>
        <w:tcBorders>
          <w:top w:val="nil" w:sz="0"/>
          <w:start w:val="single" w:color="FFFFFF" w:themeColor="background1" w:sz="24" w:space="0"/>
          <w:bottom w:val="nil" w:sz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Row">
      <w:rPr>
        <w:color w:val="FFFFFF" w:themeColor="background1"/>
        <w:b w:val="1"/>
        <w:i w:val="0"/>
        <w:bCs w:val="1"/>
        <w:iCs w:val="0"/>
      </w:rPr>
      <w:tblPr/>
      <w:tcPr>
        <w:tcBorders>
          <w:top w:val="single" w:color="FFFFFF" w:themeColor="background1" w:sz="24" w:space="0"/>
          <w:start w:val="single" w:color="FFFFFF" w:themeColor="background1" w:sz="8" w:space="0"/>
          <w:bottom w:val="single" w:color="FFFFFF" w:themeColor="background1" w:sz="8" w:space="0"/>
          <w:end w:val="single" w:color="FFFFFF" w:themeColor="background1" w:sz="8" w:space="0"/>
          <w:insideH w:val="nil" w:sz="0"/>
          <w:insideV w:val="single" w:color="FFFFFF" w:themeColor="background1" w:sz="8" w:space="0"/>
        </w:tcBorders>
        <w:shd w:val="clear" w:color="auto" w:fill="000000" w:themeFill="text1"/>
      </w:tcPr>
    </w:tblStylePr>
  </w:style>
  <w:style w:type="paragraph" w:styleId="4">
    <w:name w:val="heading 4"/>
    <w:basedOn w:val="a1"/>
    <w:next w:val="a1"/>
    <w:link w:val="40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3"/>
    </w:pPr>
    <w:rPr>
      <w:rFonts w:asciiTheme="majorHAnsi" w:hAnsiTheme="majorHAnsi" w:eastAsiaTheme="majorEastAsia" w:cstheme="majorBidi"/>
      <w:color w:val="4F81BD" w:themeColor="accent1"/>
      <w:b w:val="1"/>
      <w:i w:val="1"/>
      <w:bCs w:val="1"/>
      <w:iCs w:val="1"/>
    </w:rPr>
  </w:style>
  <w:style w:type="character" w:styleId="40" w:customStyle="1">
    <w:name w:val="Заголовок 4 Знак"/>
    <w:basedOn w:val="a2"/>
    <w:link w:val="4"/>
    <w:uiPriority w:val="9"/>
    <w:semiHidden w:val="1"/>
    <w:rsid w:val="00FC693F"/>
    <w:rPr>
      <w:rFonts w:asciiTheme="majorHAnsi" w:hAnsiTheme="majorHAnsi" w:eastAsiaTheme="majorEastAsia" w:cstheme="majorBidi"/>
      <w:color w:val="4F81BD" w:themeColor="accent1"/>
      <w:b w:val="1"/>
      <w:i w:val="1"/>
      <w:bCs w:val="1"/>
      <w:iCs w:val="1"/>
    </w:rPr>
  </w:style>
  <w:style w:type="paragraph" w:styleId="5">
    <w:name w:val="heading 5"/>
    <w:basedOn w:val="a1"/>
    <w:next w:val="a1"/>
    <w:link w:val="50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50" w:customStyle="1">
    <w:name w:val="Заголовок 5 Знак"/>
    <w:basedOn w:val="a2"/>
    <w:link w:val="5"/>
    <w:uiPriority w:val="9"/>
    <w:semiHidden w:val="1"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5"/>
    </w:pPr>
    <w:rPr>
      <w:rFonts w:asciiTheme="majorHAnsi" w:hAnsiTheme="majorHAnsi" w:eastAsiaTheme="majorEastAsia" w:cstheme="majorBidi"/>
      <w:color w:val="243F60" w:themeColor="accent1" w:themeShade="7F"/>
      <w:i w:val="1"/>
      <w:iCs w:val="1"/>
    </w:rPr>
  </w:style>
  <w:style w:type="character" w:styleId="60" w:customStyle="1">
    <w:name w:val="Заголовок 6 Знак"/>
    <w:basedOn w:val="a2"/>
    <w:link w:val="6"/>
    <w:uiPriority w:val="9"/>
    <w:semiHidden w:val="1"/>
    <w:rsid w:val="00FC693F"/>
    <w:rPr>
      <w:rFonts w:asciiTheme="majorHAnsi" w:hAnsiTheme="majorHAnsi" w:eastAsiaTheme="majorEastAsia" w:cstheme="majorBidi"/>
      <w:color w:val="243F60" w:themeColor="accent1" w:themeShade="7F"/>
      <w:i w:val="1"/>
      <w:iCs w:val="1"/>
    </w:rPr>
  </w:style>
  <w:style w:type="paragraph" w:styleId="7">
    <w:name w:val="heading 7"/>
    <w:basedOn w:val="a1"/>
    <w:next w:val="a1"/>
    <w:link w:val="70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6"/>
    </w:pPr>
    <w:rPr>
      <w:rFonts w:asciiTheme="majorHAnsi" w:hAnsiTheme="majorHAnsi" w:eastAsiaTheme="majorEastAsia" w:cstheme="majorBidi"/>
      <w:color w:val="404040" w:themeColor="text1" w:themeTint="BF"/>
      <w:i w:val="1"/>
      <w:iCs w:val="1"/>
    </w:rPr>
  </w:style>
  <w:style w:type="character" w:styleId="70" w:customStyle="1">
    <w:name w:val="Заголовок 7 Знак"/>
    <w:basedOn w:val="a2"/>
    <w:link w:val="7"/>
    <w:uiPriority w:val="9"/>
    <w:semiHidden w:val="1"/>
    <w:rsid w:val="00FC693F"/>
    <w:rPr>
      <w:rFonts w:asciiTheme="majorHAnsi" w:hAnsiTheme="majorHAnsi" w:eastAsiaTheme="majorEastAsia" w:cstheme="majorBidi"/>
      <w:color w:val="404040" w:themeColor="text1" w:themeTint="BF"/>
      <w:i w:val="1"/>
      <w:iCs w:val="1"/>
    </w:rPr>
  </w:style>
  <w:style w:type="paragraph" w:styleId="8">
    <w:name w:val="heading 8"/>
    <w:basedOn w:val="a1"/>
    <w:next w:val="a1"/>
    <w:link w:val="80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</w:rPr>
  </w:style>
  <w:style w:type="character" w:styleId="80" w:customStyle="1">
    <w:name w:val="Заголовок 8 Знак"/>
    <w:basedOn w:val="a2"/>
    <w:link w:val="8"/>
    <w:uiPriority w:val="9"/>
    <w:semiHidden w:val="1"/>
    <w:rsid w:val="00FC693F"/>
    <w:rPr>
      <w:rFonts w:asciiTheme="majorHAnsi" w:hAnsiTheme="majorHAnsi" w:eastAsiaTheme="majorEastAsia" w:cstheme="majorBidi"/>
      <w:sz w:val="20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8"/>
    </w:pPr>
    <w:rPr>
      <w:rFonts w:asciiTheme="majorHAnsi" w:hAnsiTheme="majorHAnsi" w:eastAsiaTheme="majorEastAsia" w:cstheme="majorBidi"/>
      <w:color w:val="404040" w:themeColor="text1" w:themeTint="BF"/>
      <w:i w:val="1"/>
      <w:iCs w:val="1"/>
      <w:szCs w:val="20"/>
    </w:rPr>
  </w:style>
  <w:style w:type="character" w:styleId="90" w:customStyle="1">
    <w:name w:val="Заголовок 9 Знак"/>
    <w:basedOn w:val="a2"/>
    <w:link w:val="9"/>
    <w:uiPriority w:val="9"/>
    <w:semiHidden w:val="1"/>
    <w:rsid w:val="00FC693F"/>
    <w:rPr>
      <w:rFonts w:asciiTheme="majorHAnsi" w:hAnsiTheme="majorHAnsi" w:eastAsiaTheme="majorEastAsia" w:cstheme="majorBidi"/>
      <w:sz w:val="20"/>
      <w:color w:val="404040" w:themeColor="text1" w:themeTint="BF"/>
      <w:i w:val="1"/>
      <w:iCs w:val="1"/>
      <w:szCs w:val="20"/>
    </w:rPr>
  </w:style>
  <w:style w:type="paragraph" w:styleId="BodyTextCustom" w:customStyle="1">
    <w:name w:val="Body Text Custom"/>
    <w:rsid w:val="003F14A0"/>
    <w:pPr>
      <w:spacing w:after="120"/>
      <w:ind w:firstLine="709"/>
      <w:jc w:val="both"/>
    </w:pPr>
    <w:rPr>
      <w:rFonts w:ascii="Times New Roman" w:hAnsi="Times New Roman" w:eastAsia="Times New Roman"/>
      <w:sz w:val="24"/>
    </w:rPr>
  </w:style>
  <w:style w:type="paragraph" w:styleId="Callout" w:customStyle="1">
    <w:name w:val="Callout"/>
    <w:rsid w:val="00692476"/>
    <w:pPr>
      <w:spacing w:before="100" w:after="140" w:line="259" w:lineRule="auto"/>
      <w:ind w:start="198" w:end="198"/>
      <w:jc w:val="both"/>
    </w:pPr>
    <w:rPr>
      <w:rFonts w:ascii="Times New Roman" w:hAnsi="Times New Roman" w:eastAsia="Times New Roman"/>
      <w:sz w:val="23"/>
    </w:rPr>
  </w:style>
  <w:style w:type="character" w:styleId="FootnoteCharacters" w:customStyle="1">
    <w:name w:val="Footnote Characters"/>
    <w:qFormat w:val="1"/>
    <w:rsid w:val="00610E01"/>
  </w:style>
  <w:style w:type="character" w:styleId="HTML">
    <w:name w:val="HTML Code"/>
    <w:basedOn w:val="a2"/>
    <w:uiPriority w:val="99"/>
    <w:semiHidden w:val="1"/>
    <w:unhideWhenUsed w:val="1"/>
    <w:rsid w:val="0006129E"/>
    <w:rPr>
      <w:rFonts w:ascii="Courier New" w:hAnsi="Courier New" w:eastAsia="Times New Roman" w:cs="Courier New"/>
      <w:sz w:val="20"/>
      <w:szCs w:val="20"/>
    </w:rPr>
  </w:style>
  <w:style w:type="paragraph" w:styleId="LeadCallout" w:customStyle="1">
    <w:name w:val="Lead Callout"/>
    <w:basedOn w:val="a1"/>
    <w:pPr>
      <w:keepLines w:val="1"/>
      <w:spacing w:before="160" w:after="240" w:line="276" w:lineRule="auto"/>
      <w:ind w:start="173" w:end="115"/>
      <w:jc w:val="start"/>
    </w:pPr>
    <w:rPr>
      <w:color w:val="0B2545"/>
    </w:rPr>
  </w:style>
  <w:style w:type="paragraph" w:styleId="LectureBody" w:customStyle="1">
    <w:name w:val="Lecture Body"/>
    <w:basedOn w:val="a1"/>
    <w:rsid w:val="00C401AB"/>
    <w:pPr>
      <w:spacing w:line="312" w:lineRule="auto"/>
      <w:ind w:firstLine="709"/>
    </w:pPr>
    <w:rPr>
      <w:rFonts w:ascii="Times New Roman" w:hAnsi="Times New Roman" w:eastAsia="Times New Roman" w:cs="Times New Roman"/>
      <w:sz w:val="24"/>
    </w:rPr>
  </w:style>
  <w:style w:type="paragraph" w:styleId="ProblemQuestion" w:customStyle="1">
    <w:name w:val="Problem Question"/>
    <w:basedOn w:val="a1"/>
    <w:rsid w:val="000D3531"/>
    <w:pPr>
      <w:keepLines w:val="1"/>
      <w:spacing w:before="140" w:after="140" w:line="276" w:lineRule="auto"/>
      <w:ind w:start="255" w:end="142"/>
    </w:pPr>
    <w:rPr>
      <w:rFonts w:ascii="Times New Roman" w:hAnsi="Times New Roman" w:eastAsia="Times New Roman"/>
      <w:sz w:val="24"/>
    </w:rPr>
  </w:style>
  <w:style w:type="paragraph" w:styleId="SectionConclusion" w:customStyle="1">
    <w:name w:val="Section Conclusion"/>
    <w:basedOn w:val="a1"/>
    <w:rsid w:val="006D4A38"/>
    <w:pPr>
      <w:keepLines w:val="1"/>
      <w:spacing w:before="200" w:after="160" w:line="276" w:lineRule="auto"/>
      <w:ind w:start="255" w:end="142"/>
    </w:pPr>
    <w:rPr>
      <w:rFonts w:ascii="Times New Roman" w:hAnsi="Times New Roman" w:eastAsia="Times New Roman"/>
      <w:sz w:val="24"/>
    </w:rPr>
  </w:style>
  <w:style w:type="paragraph" w:styleId="a">
    <w:name w:val="List Number"/>
    <w:basedOn w:val="a1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a0">
    <w:name w:val="List Bullet"/>
    <w:basedOn w:val="a1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a1" w:default="1">
    <w:name w:val="Normal"/>
    <w:qFormat w:val="1"/>
    <w:rsid w:val="00FC693F"/>
    <w:pPr>
      <w:spacing w:after="120" w:line="283" w:lineRule="auto"/>
      <w:jc w:val="both"/>
    </w:pPr>
    <w:rPr>
      <w:rFonts w:ascii="Calibri" w:hAnsi="Calibri" w:eastAsia="Calibri"/>
      <w:sz w:val="20"/>
    </w:r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a5">
    <w:name w:val="header"/>
    <w:basedOn w:val="a1"/>
    <w:link w:val="a6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6" w:customStyle="1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8" w:customStyle="1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 w:val="1"/>
    <w:rsid w:val="00FC693F"/>
    <w:pPr>
      <w:spacing w:after="0" w:line="240" w:lineRule="auto"/>
    </w:pPr>
  </w:style>
  <w:style w:type="paragraph" w:styleId="aa">
    <w:name w:val="Title"/>
    <w:basedOn w:val="a1"/>
    <w:next w:val="a1"/>
    <w:link w:val="ab"/>
    <w:uiPriority w:val="10"/>
    <w:qFormat w:val="1"/>
    <w:rsid w:val="00FC693F"/>
    <w:pPr>
      <w:pBdr>
        <w:bottom w:val="single" w:color="4F81BD" w:themeColor="accent1" w:sz="8" w:space="4"/>
      </w:pBdr>
      <w:spacing w:after="300" w:line="240" w:lineRule="auto"/>
      <w:contextualSpacing w:val="1"/>
    </w:pPr>
    <w:rPr>
      <w:rFonts w:asciiTheme="majorHAnsi" w:hAnsiTheme="majorHAnsi" w:eastAsiaTheme="majorEastAsia" w:cstheme="majorBidi"/>
      <w:sz w:val="52"/>
      <w:color w:val="17365D" w:themeColor="text2" w:themeShade="BF"/>
      <w:spacing w:val="5"/>
      <w:kern w:val="28"/>
      <w:szCs w:val="52"/>
    </w:rPr>
  </w:style>
  <w:style w:type="character" w:styleId="ab" w:customStyle="1">
    <w:name w:val="Заголовок Знак"/>
    <w:basedOn w:val="a2"/>
    <w:link w:val="aa"/>
    <w:uiPriority w:val="10"/>
    <w:rsid w:val="00FC693F"/>
    <w:rPr>
      <w:rFonts w:asciiTheme="majorHAnsi" w:hAnsiTheme="majorHAnsi" w:eastAsiaTheme="majorEastAsia" w:cstheme="majorBidi"/>
      <w:sz w:val="52"/>
      <w:color w:val="17365D" w:themeColor="text2" w:themeShade="BF"/>
      <w:spacing w:val="5"/>
      <w:kern w:val="28"/>
      <w:szCs w:val="52"/>
    </w:rPr>
  </w:style>
  <w:style w:type="paragraph" w:styleId="ac">
    <w:name w:val="Subtitle"/>
    <w:basedOn w:val="a1"/>
    <w:next w:val="a1"/>
    <w:link w:val="ad"/>
    <w:uiPriority w:val="11"/>
    <w:qFormat w:val="1"/>
    <w:rsid w:val="00FC693F"/>
    <w:pPr>
      <w:numPr>
        <w:ilvl w:val="1"/>
      </w:numPr>
    </w:pPr>
    <w:rPr>
      <w:rFonts w:asciiTheme="majorHAnsi" w:hAnsiTheme="majorHAnsi" w:eastAsiaTheme="majorEastAsia" w:cstheme="majorBidi"/>
      <w:sz w:val="24"/>
      <w:color w:val="4F81BD" w:themeColor="accent1"/>
      <w:i w:val="1"/>
      <w:spacing w:val="15"/>
      <w:iCs w:val="1"/>
      <w:szCs w:val="24"/>
    </w:rPr>
  </w:style>
  <w:style w:type="character" w:styleId="ad" w:customStyle="1">
    <w:name w:val="Подзаголовок Знак"/>
    <w:basedOn w:val="a2"/>
    <w:link w:val="ac"/>
    <w:uiPriority w:val="11"/>
    <w:rsid w:val="00FC693F"/>
    <w:rPr>
      <w:rFonts w:asciiTheme="majorHAnsi" w:hAnsiTheme="majorHAnsi" w:eastAsiaTheme="majorEastAsia" w:cstheme="majorBidi"/>
      <w:sz w:val="24"/>
      <w:color w:val="4F81BD" w:themeColor="accent1"/>
      <w:i w:val="1"/>
      <w:spacing w:val="15"/>
      <w:iCs w:val="1"/>
      <w:szCs w:val="24"/>
    </w:rPr>
  </w:style>
  <w:style w:type="paragraph" w:styleId="ae">
    <w:name w:val="List Paragraph"/>
    <w:basedOn w:val="a1"/>
    <w:uiPriority w:val="34"/>
    <w:qFormat w:val="1"/>
    <w:rsid w:val="00FC693F"/>
    <w:pPr>
      <w:ind w:start="720"/>
      <w:contextualSpacing w:val="1"/>
    </w:pPr>
  </w:style>
  <w:style w:type="paragraph" w:styleId="af">
    <w:name w:val="Body Text"/>
    <w:basedOn w:val="a1"/>
    <w:link w:val="af0"/>
    <w:uiPriority w:val="99"/>
    <w:unhideWhenUsed w:val="1"/>
    <w:rsid w:val="00AA1D8D"/>
  </w:style>
  <w:style w:type="character" w:styleId="af0" w:customStyle="1">
    <w:name w:val="Основной текст Знак"/>
    <w:basedOn w:val="a2"/>
    <w:link w:val="af"/>
    <w:uiPriority w:val="99"/>
    <w:rsid w:val="00AA1D8D"/>
  </w:style>
  <w:style w:type="paragraph" w:styleId="af1">
    <w:name w:val="List"/>
    <w:basedOn w:val="a1"/>
    <w:uiPriority w:val="99"/>
    <w:unhideWhenUsed w:val="1"/>
    <w:rsid w:val="00AA1D8D"/>
    <w:pPr>
      <w:ind w:start="360" w:hanging="360"/>
      <w:contextualSpacing w:val="1"/>
    </w:pPr>
  </w:style>
  <w:style w:type="paragraph" w:styleId="af2">
    <w:name w:val="List Continue"/>
    <w:basedOn w:val="a1"/>
    <w:uiPriority w:val="99"/>
    <w:unhideWhenUsed w:val="1"/>
    <w:rsid w:val="0029639D"/>
    <w:pPr>
      <w:ind w:start="360"/>
      <w:contextualSpacing w:val="1"/>
    </w:pPr>
  </w:style>
  <w:style w:type="paragraph" w:styleId="af3">
    <w:name w:val="macro"/>
    <w:link w:val="af4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af4" w:customStyle="1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caption"/>
    <w:basedOn w:val="a1"/>
    <w:next w:val="a1"/>
    <w:uiPriority w:val="35"/>
    <w:semiHidden w:val="1"/>
    <w:unhideWhenUsed w:val="1"/>
    <w:qFormat w:val="1"/>
    <w:rsid w:val="00FC693F"/>
    <w:pPr>
      <w:spacing w:line="240" w:lineRule="auto"/>
    </w:pPr>
    <w:rPr>
      <w:sz w:val="18"/>
      <w:color w:val="4F81BD" w:themeColor="accent1"/>
      <w:b w:val="1"/>
      <w:bCs w:val="1"/>
      <w:szCs w:val="18"/>
    </w:rPr>
  </w:style>
  <w:style w:type="character" w:styleId="af6">
    <w:name w:val="Strong"/>
    <w:basedOn w:val="a2"/>
    <w:uiPriority w:val="22"/>
    <w:qFormat w:val="1"/>
    <w:rsid w:val="00FC693F"/>
    <w:rPr>
      <w:b w:val="1"/>
      <w:bCs w:val="1"/>
    </w:rPr>
  </w:style>
  <w:style w:type="character" w:styleId="af7">
    <w:name w:val="Emphasis"/>
    <w:basedOn w:val="a2"/>
    <w:uiPriority w:val="20"/>
    <w:qFormat w:val="1"/>
    <w:rsid w:val="00FC693F"/>
    <w:rPr>
      <w:i w:val="1"/>
      <w:iCs w:val="1"/>
    </w:rPr>
  </w:style>
  <w:style w:type="paragraph" w:styleId="af8">
    <w:name w:val="Intense Quote"/>
    <w:basedOn w:val="a1"/>
    <w:next w:val="a1"/>
    <w:link w:val="af9"/>
    <w:uiPriority w:val="30"/>
    <w:qFormat w:val="1"/>
    <w:rsid w:val="00FC693F"/>
    <w:pPr>
      <w:pBdr>
        <w:bottom w:val="single" w:color="4F81BD" w:themeColor="accent1" w:sz="4" w:space="4"/>
      </w:pBdr>
      <w:spacing w:before="200" w:after="280"/>
      <w:ind w:start="936" w:end="936"/>
    </w:pPr>
    <w:rPr>
      <w:color w:val="4F81BD" w:themeColor="accent1"/>
      <w:b w:val="1"/>
      <w:i w:val="1"/>
      <w:bCs w:val="1"/>
      <w:iCs w:val="1"/>
    </w:rPr>
  </w:style>
  <w:style w:type="character" w:styleId="af9" w:customStyle="1">
    <w:name w:val="Выделенная цитата Знак"/>
    <w:basedOn w:val="a2"/>
    <w:link w:val="af8"/>
    <w:uiPriority w:val="30"/>
    <w:rsid w:val="00FC693F"/>
    <w:rPr>
      <w:color w:val="4F81BD" w:themeColor="accent1"/>
      <w:b w:val="1"/>
      <w:i w:val="1"/>
      <w:bCs w:val="1"/>
      <w:iCs w:val="1"/>
    </w:rPr>
  </w:style>
  <w:style w:type="character" w:styleId="afa">
    <w:name w:val="Subtle Emphasis"/>
    <w:basedOn w:val="a2"/>
    <w:uiPriority w:val="19"/>
    <w:qFormat w:val="1"/>
    <w:rsid w:val="00FC693F"/>
    <w:rPr>
      <w:color w:val="808080" w:themeColor="text1" w:themeTint="7F"/>
      <w:i w:val="1"/>
      <w:iCs w:val="1"/>
    </w:rPr>
  </w:style>
  <w:style w:type="character" w:styleId="afb">
    <w:name w:val="Intense Emphasis"/>
    <w:basedOn w:val="a2"/>
    <w:uiPriority w:val="21"/>
    <w:qFormat w:val="1"/>
    <w:rsid w:val="00FC693F"/>
    <w:rPr>
      <w:color w:val="4F81BD" w:themeColor="accent1"/>
      <w:b w:val="1"/>
      <w:i w:val="1"/>
      <w:bCs w:val="1"/>
      <w:iCs w:val="1"/>
    </w:rPr>
  </w:style>
  <w:style w:type="character" w:styleId="afc">
    <w:name w:val="Subtle Reference"/>
    <w:basedOn w:val="a2"/>
    <w:uiPriority w:val="31"/>
    <w:qFormat w:val="1"/>
    <w:rsid w:val="00FC693F"/>
    <w:rPr>
      <w:color w:val="C0504D" w:themeColor="accent2"/>
      <w:u w:val="single"/>
      <w:smallCaps w:val="1"/>
    </w:rPr>
  </w:style>
  <w:style w:type="character" w:styleId="afd">
    <w:name w:val="Intense Reference"/>
    <w:basedOn w:val="a2"/>
    <w:uiPriority w:val="32"/>
    <w:qFormat w:val="1"/>
    <w:rsid w:val="00FC693F"/>
    <w:rPr>
      <w:color w:val="C0504D" w:themeColor="accent2"/>
      <w:u w:val="single"/>
      <w:b w:val="1"/>
      <w:smallCaps w:val="1"/>
      <w:spacing w:val="5"/>
      <w:bCs w:val="1"/>
    </w:rPr>
  </w:style>
  <w:style w:type="character" w:styleId="afe">
    <w:name w:val="Book Title"/>
    <w:basedOn w:val="a2"/>
    <w:uiPriority w:val="33"/>
    <w:qFormat w:val="1"/>
    <w:rsid w:val="00FC693F"/>
    <w:rPr>
      <w:b w:val="1"/>
      <w:smallCaps w:val="1"/>
      <w:spacing w:val="5"/>
      <w:bCs w:val="1"/>
    </w:rPr>
  </w:style>
  <w:style w:type="paragraph" w:styleId="aff">
    <w:name w:val="TOC Heading"/>
    <w:basedOn w:val="1"/>
    <w:next w:val="a1"/>
    <w:uiPriority w:val="39"/>
    <w:semiHidden w:val="1"/>
    <w:unhideWhenUsed w:val="1"/>
    <w:qFormat w:val="1"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band1Horz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C0C0C0" w:themeFill="text1" w:themeFillTint="3F"/>
      </w:tcPr>
    </w:tblStylePr>
    <w:tblStylePr w:type="band1Vert">
      <w:tblPr/>
      <w:tcPr>
        <w:tcBorders>
          <w:start w:val="nil" w:sz="0"/>
          <w:end w:val="nil" w:sz="0"/>
          <w:insideH w:val="nil" w:sz="0"/>
          <w:insideV w:val="nil" w:sz="0"/>
        </w:tcBorders>
        <w:shd w:val="clear" w:color="auto" w:fill="C0C0C0" w:themeFill="text1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start w:val="nil" w:sz="0"/>
          <w:bottom w:val="single" w:color="000000" w:themeColor="text1" w:sz="8" w:space="0"/>
          <w:end w:val="nil" w:sz="0"/>
          <w:insideH w:val="nil" w:sz="0"/>
          <w:insideV w:val="nil" w:sz="0"/>
        </w:tcBorders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start w:val="nil" w:sz="0"/>
          <w:bottom w:val="single" w:color="000000" w:themeColor="text1" w:sz="8" w:space="0"/>
          <w:end w:val="nil" w:sz="0"/>
          <w:insideH w:val="nil" w:sz="0"/>
          <w:insideV w:val="nil" w:sz="0"/>
        </w:tcBorders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band1Horz">
      <w:tblPr/>
      <w:tcPr>
        <w:tcBorders>
          <w:top w:val="single" w:color="000000" w:themeColor="text1" w:sz="8" w:space="0"/>
          <w:start w:val="single" w:color="000000" w:themeColor="text1" w:sz="8" w:space="0"/>
          <w:bottom w:val="single" w:color="000000" w:themeColor="text1" w:sz="8" w:space="0"/>
          <w:end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start w:val="single" w:color="000000" w:themeColor="text1" w:sz="8" w:space="0"/>
          <w:bottom w:val="single" w:color="000000" w:themeColor="text1" w:sz="8" w:space="0"/>
          <w:end w:val="single" w:color="000000" w:themeColor="text1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color w:val="FFFFFF" w:themeColor="background1"/>
        <w:b w:val="1"/>
        <w:bCs w:val="1"/>
      </w:rPr>
      <w:tblPr/>
      <w:tcPr>
        <w:shd w:val="clear" w:color="auto" w:fill="000000" w:themeFill="text1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000000" w:themeColor="text1" w:sz="6" w:space="0"/>
          <w:start w:val="single" w:color="000000" w:themeColor="text1" w:sz="8" w:space="0"/>
          <w:bottom w:val="single" w:color="000000" w:themeColor="text1" w:sz="8" w:space="0"/>
          <w:end w:val="single" w:color="000000" w:themeColor="text1" w:sz="8" w:space="0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band1Horz">
      <w:tblPr/>
      <w:tcPr>
        <w:tcBorders>
          <w:top w:val="single" w:color="000000" w:themeColor="text1" w:sz="8" w:space="0"/>
          <w:start w:val="single" w:color="000000" w:themeColor="text1" w:sz="8" w:space="0"/>
          <w:bottom w:val="single" w:color="000000" w:themeColor="text1" w:sz="8" w:space="0"/>
          <w:end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1Vert">
      <w:tblPr/>
      <w:tcPr>
        <w:tcBorders>
          <w:top w:val="single" w:color="000000" w:themeColor="text1" w:sz="8" w:space="0"/>
          <w:start w:val="single" w:color="000000" w:themeColor="text1" w:sz="8" w:space="0"/>
          <w:bottom w:val="single" w:color="000000" w:themeColor="text1" w:sz="8" w:space="0"/>
          <w:end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start w:val="single" w:color="000000" w:themeColor="text1" w:sz="8" w:space="0"/>
          <w:bottom w:val="single" w:color="000000" w:themeColor="text1" w:sz="8" w:space="0"/>
          <w:end w:val="single" w:color="000000" w:themeColor="text1" w:sz="8" w:space="0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start w:val="single" w:color="000000" w:themeColor="text1" w:sz="8" w:space="0"/>
          <w:bottom w:val="single" w:color="000000" w:themeColor="text1" w:sz="18" w:space="0"/>
          <w:end w:val="single" w:color="000000" w:themeColor="text1" w:sz="8" w:space="0"/>
          <w:insideH w:val="nil" w:sz="0"/>
          <w:insideV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start w:val="single" w:color="000000" w:themeColor="text1" w:sz="8" w:space="0"/>
          <w:bottom w:val="single" w:color="000000" w:themeColor="text1" w:sz="8" w:space="0"/>
          <w:end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000000" w:themeColor="text1" w:sz="6" w:space="0"/>
          <w:start w:val="single" w:color="000000" w:themeColor="text1" w:sz="8" w:space="0"/>
          <w:bottom w:val="single" w:color="000000" w:themeColor="text1" w:sz="8" w:space="0"/>
          <w:end w:val="single" w:color="000000" w:themeColor="text1" w:sz="8" w:space="0"/>
          <w:insideH w:val="nil" w:sz="0"/>
          <w:insideV w:val="single" w:color="000000" w:themeColor="text1" w:sz="8" w:space="0"/>
        </w:tcBorders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band1Horz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000000" w:themeFill="text1" w:themeFillShade="BF"/>
      </w:tcPr>
    </w:tblStylePr>
    <w:tblStylePr w:type="firstCol">
      <w:tblPr/>
      <w:tcPr>
        <w:tcBorders>
          <w:top w:val="nil" w:sz="0"/>
          <w:start w:val="nil" w:sz="0"/>
          <w:bottom w:val="nil" w:sz="0"/>
          <w:end w:val="single" w:color="FFFFFF" w:themeColor="background1" w:sz="18" w:space="0"/>
          <w:insideH w:val="nil" w:sz="0"/>
          <w:insideV w:val="nil" w:sz="0"/>
        </w:tcBorders>
        <w:shd w:val="clear" w:color="auto" w:fill="000000" w:themeFill="text1" w:themeFillShade="BF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FFFFFF" w:themeColor="background1" w:sz="18" w:space="0"/>
          <w:end w:val="nil" w:sz="0"/>
          <w:insideH w:val="nil" w:sz="0"/>
          <w:insideV w:val="nil" w:sz="0"/>
        </w:tcBorders>
        <w:shd w:val="clear" w:color="auto" w:fill="000000" w:themeFill="text1"/>
      </w:tcPr>
    </w:tblStylePr>
    <w:tblStylePr w:type="lastCol">
      <w:tblPr/>
      <w:tcPr>
        <w:tcBorders>
          <w:top w:val="nil" w:sz="0"/>
          <w:start w:val="single" w:color="FFFFFF" w:themeColor="background1" w:sz="18" w:space="0"/>
          <w:bottom w:val="nil" w:sz="0"/>
          <w:end w:val="nil" w:sz="0"/>
          <w:insideH w:val="nil" w:sz="0"/>
          <w:insideV w:val="nil" w:sz="0"/>
        </w:tcBorders>
        <w:shd w:val="clear" w:color="auto" w:fill="000000" w:themeFill="text1" w:themeFillShade="BF"/>
      </w:tcPr>
    </w:tblStylePr>
    <w:tblStylePr w:type="lastRow">
      <w:tblPr/>
      <w:tcPr>
        <w:tcBorders>
          <w:top w:val="single" w:color="FFFFFF" w:themeColor="background1" w:sz="18" w:space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000000" w:themeFill="text1" w:themeFillShade="7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band1Horz">
      <w:tblPr/>
      <w:tcPr>
        <w:shd w:val="clear" w:color="auto" w:fill="808080" w:themeFill="text1" w:themeFillTint="7F"/>
      </w:tcPr>
    </w:tblStylePr>
    <w:tblStylePr w:type="band1Vert"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single" w:color="000000" w:themeColor="text1" w:themeShade="99" w:sz="4" w:space="0"/>
          <w:insideV w:val="nil" w:sz="0"/>
        </w:tcBorders>
        <w:shd w:val="clear" w:color="auto" w:fill="000000" w:themeFill="text1" w:themeFillShade="99"/>
      </w:tcPr>
    </w:tblStylePr>
    <w:tblStylePr w:type="firstRow">
      <w:rPr>
        <w:b w:val="1"/>
        <w:bCs w:val="1"/>
      </w:rPr>
      <w:tblPr/>
      <w:tcPr>
        <w:tcBorders>
          <w:top w:val="nil" w:sz="0"/>
          <w:start w:val="nil" w:sz="0"/>
          <w:bottom w:val="single" w:color="C0504D" w:themeColor="accent2" w:sz="24" w:space="0"/>
          <w:end w:val="nil" w:sz="0"/>
          <w:insideH w:val="nil" w:sz="0"/>
          <w:insideV w:val="nil" w:sz="0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000000" w:themeFill="text1" w:themeFillShade="BF"/>
      </w:tcPr>
    </w:tblStylePr>
    <w:tblStylePr w:type="lastRow">
      <w:rPr>
        <w:color w:val="FFFFFF" w:themeColor="background1"/>
        <w:b w:val="1"/>
        <w:bCs w:val="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band1Horz">
      <w:tblPr/>
      <w:tcPr>
        <w:shd w:val="clear" w:color="auto" w:fill="CCCCCC" w:themeFill="text1" w:themeFillTint="33"/>
      </w:tcPr>
    </w:tblStylePr>
    <w:tblStylePr w:type="band1Vert">
      <w:tblPr/>
      <w:tcPr>
        <w:tcBorders>
          <w:top w:val="nil" w:sz="0"/>
          <w:start w:val="nil" w:sz="0"/>
          <w:bottom w:val="nil" w:sz="0"/>
          <w:end w:val="nil" w:sz="0"/>
          <w:insideH w:val="nil" w:sz="0"/>
          <w:insideV w:val="nil" w:sz="0"/>
        </w:tcBorders>
        <w:shd w:val="clear" w:color="auto" w:fill="C0C0C0" w:themeFill="text1" w:themeFillTint="3F"/>
      </w:tcPr>
    </w:tblStylePr>
    <w:tblStylePr w:type="firstCol">
      <w:rPr>
        <w:b w:val="1"/>
        <w:bCs w:val="1"/>
      </w:rPr>
    </w:tblStylePr>
    <w:tblStylePr w:type="firstRow">
      <w:rPr>
        <w:color w:val="FFFFFF" w:themeColor="background1"/>
        <w:b w:val="1"/>
        <w:bCs w:val="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 w:val="1"/>
        <w:bCs w:val="1"/>
      </w:rPr>
    </w:tblStylePr>
    <w:tblStylePr w:type="lastRow">
      <w:rPr>
        <w:color w:val="9E3A38" w:themeColor="accent2" w:themeShade="CC"/>
        <w:b w:val="1"/>
        <w:bCs w:val="1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band1Horz">
      <w:tblPr/>
      <w:tcPr>
        <w:shd w:val="clear" w:color="auto" w:fill="808080" w:themeFill="text1" w:themeFillTint="7F"/>
      </w:tcPr>
    </w:tblStylePr>
    <w:tblStylePr w:type="band1Vert">
      <w:tblPr/>
      <w:tcPr>
        <w:shd w:val="clear" w:color="auto" w:fill="808080" w:themeFill="text1" w:themeFillTint="7F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firstRow">
      <w:rPr>
        <w:b w:val="1"/>
        <w:bCs w:val="1"/>
      </w:rPr>
      <w:tblPr/>
      <w:tcPr>
        <w:shd w:val="clear" w:color="auto" w:fill="999999" w:themeFill="text1" w:themeFillTint="66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Row">
      <w:rPr>
        <w:color w:val="000000" w:themeColor="text1"/>
        <w:b w:val="1"/>
        <w:bCs w:val="1"/>
      </w:rPr>
      <w:tblPr/>
      <w:tcPr>
        <w:shd w:val="clear" w:color="auto" w:fill="999999" w:themeFill="text1" w:themeFillTint="66"/>
      </w:tcPr>
    </w:tblStylePr>
  </w:style>
  <w:style w:type="character" w:styleId="aff8">
    <w:name w:val="footnote reference"/>
    <w:basedOn w:val="a2"/>
    <w:unhideWhenUsed w:val="1"/>
    <w:rPr>
      <w:sz w:val="16"/>
      <w:vertAlign w:val="superscript"/>
      <w:szCs w:val="16"/>
    </w:rPr>
  </w:style>
  <w:style w:type="paragraph" w:styleId="aff9">
    <w:name w:val="footnote text"/>
    <w:basedOn w:val="a1"/>
    <w:unhideWhenUsed w:val="1"/>
    <w:pPr>
      <w:widowControl w:val="0"/>
      <w:spacing w:after="20" w:lineRule="auto"/>
    </w:pPr>
    <w:rPr>
      <w:sz w:val="16"/>
      <w:szCs w:val="16"/>
    </w:rPr>
  </w:style>
  <w:style w:type="character" w:styleId="affa">
    <w:name w:val="Hyperlink"/>
    <w:basedOn w:val="a2"/>
    <w:uiPriority w:val="99"/>
    <w:unhideWhenUsed w:val="1"/>
    <w:rsid w:val="00C87013"/>
    <w:rPr>
      <w:color w:val="0000FF" w:themeColor="hyperlink"/>
      <w:u w:val="single"/>
    </w:rPr>
  </w:style>
  <w:style w:type="character" w:styleId="affb">
    <w:name w:val="Unresolved Mention"/>
    <w:basedOn w:val="a2"/>
    <w:uiPriority w:val="99"/>
    <w:semiHidden w:val="1"/>
    <w:unhideWhenUsed w:val="1"/>
    <w:rsid w:val="000C5531"/>
    <w:rPr>
      <w:color w:val="605E5C"/>
      <w:shd w:val="clear" w:color="auto" w:fill="E1DFDD"/>
    </w:rPr>
  </w:style>
  <w:style w:type="character" w:styleId="affc">
    <w:name w:val="FollowedHyperlink"/>
    <w:basedOn w:val="a2"/>
    <w:uiPriority w:val="99"/>
    <w:semiHidden w:val="1"/>
    <w:unhideWhenUsed w:val="1"/>
    <w:rsid w:val="000C5531"/>
    <w:rPr>
      <w:color w:val="800080" w:themeColor="followedHyperlink"/>
      <w:u w:val="single"/>
    </w:rPr>
  </w:style>
  <w:style w:type="character" w:styleId="affd">
    <w:name w:val="page number"/>
    <w:basedOn w:val="a2"/>
    <w:uiPriority w:val="99"/>
    <w:semiHidden w:val="1"/>
    <w:unhideWhenUsed w:val="1"/>
    <w:rsid w:val="00AC47AE"/>
  </w:style>
  <w:style w:type="paragraph" w:styleId="affe">
    <w:name w:val="Normal (Web)"/>
    <w:basedOn w:val="a1"/>
    <w:uiPriority w:val="99"/>
    <w:semiHidden w:val="1"/>
    <w:unhideWhenUsed w:val="1"/>
    <w:rsid w:val="008C7D79"/>
    <w:pPr>
      <w:spacing w:before="100" w:beforeAutospacing="1" w:after="100" w:afterAutospacing="1" w:line="240" w:lineRule="auto"/>
      <w:jc w:val="start"/>
    </w:pPr>
    <w:rPr>
      <w:rFonts w:ascii="Times New Roman" w:hAnsi="Times New Roman" w:eastAsia="Times New Roman" w:cs="Times New Roman"/>
      <w:sz w:val="24"/>
      <w:lang w:val="ru-RU"/>
      <w:szCs w:val="24"/>
    </w:rPr>
  </w:style>
  <w:style w:type="paragraph" w:styleId="afff">
    <w:name w:val="Revision"/>
    <w:hidden w:val="1"/>
    <w:uiPriority w:val="99"/>
    <w:semiHidden w:val="1"/>
    <w:rsid w:val="00354012"/>
    <w:pPr>
      <w:spacing w:after="0" w:line="240" w:lineRule="auto"/>
    </w:pPr>
    <w:rPr>
      <w:rFonts w:ascii="Calibri" w:hAnsi="Calibri" w:eastAsia="Calibri"/>
      <w:sz w:val="20"/>
    </w:rPr>
  </w:style>
  <w:style w:type="character" w:styleId="afff0">
    <w:name w:val="annotation reference"/>
    <w:basedOn w:val="a2"/>
    <w:uiPriority w:val="99"/>
    <w:semiHidden w:val="1"/>
    <w:unhideWhenUsed w:val="1"/>
    <w:rsid w:val="00354012"/>
    <w:rPr>
      <w:sz w:val="16"/>
      <w:szCs w:val="16"/>
    </w:rPr>
  </w:style>
  <w:style w:type="paragraph" w:styleId="afff1">
    <w:name w:val="annotation text"/>
    <w:basedOn w:val="a1"/>
    <w:link w:val="afff2"/>
    <w:uiPriority w:val="99"/>
    <w:unhideWhenUsed w:val="1"/>
    <w:rsid w:val="00354012"/>
    <w:pPr>
      <w:spacing w:line="240" w:lineRule="auto"/>
    </w:pPr>
    <w:rPr>
      <w:szCs w:val="20"/>
    </w:rPr>
  </w:style>
  <w:style w:type="character" w:styleId="afff2" w:customStyle="1">
    <w:name w:val="Текст примечания Знак"/>
    <w:basedOn w:val="a2"/>
    <w:link w:val="afff1"/>
    <w:uiPriority w:val="99"/>
    <w:rsid w:val="00354012"/>
    <w:rPr>
      <w:rFonts w:ascii="Calibri" w:hAnsi="Calibri" w:eastAsia="Calibri"/>
      <w:sz w:val="20"/>
      <w:szCs w:val="20"/>
    </w:rPr>
  </w:style>
  <w:style w:type="paragraph" w:styleId="afff3">
    <w:name w:val="annotation subject"/>
    <w:basedOn w:val="afff1"/>
    <w:next w:val="afff1"/>
    <w:link w:val="afff4"/>
    <w:uiPriority w:val="99"/>
    <w:semiHidden w:val="1"/>
    <w:unhideWhenUsed w:val="1"/>
    <w:rsid w:val="00354012"/>
    <w:rPr>
      <w:b w:val="1"/>
      <w:bCs w:val="1"/>
    </w:rPr>
  </w:style>
  <w:style w:type="character" w:styleId="afff4" w:customStyle="1">
    <w:name w:val="Тема примечания Знак"/>
    <w:basedOn w:val="afff2"/>
    <w:link w:val="afff3"/>
    <w:uiPriority w:val="99"/>
    <w:semiHidden w:val="1"/>
    <w:rsid w:val="00354012"/>
    <w:rPr>
      <w:rFonts w:ascii="Calibri" w:hAnsi="Calibri" w:eastAsia="Calibri"/>
      <w:sz w:val="20"/>
      <w:b w:val="1"/>
      <w:bCs w:val="1"/>
      <w:szCs w:val="20"/>
    </w:rPr>
  </w:style>
  <w:style w:type="paragraph" w:styleId="isselectedend" w:customStyle="1">
    <w:name w:val="isselectedend"/>
    <w:basedOn w:val="a1"/>
    <w:rsid w:val="00A27844"/>
    <w:pPr>
      <w:spacing w:before="100" w:beforeAutospacing="1" w:after="100" w:afterAutospacing="1" w:line="240" w:lineRule="auto"/>
      <w:jc w:val="start"/>
    </w:pPr>
    <w:rPr>
      <w:rFonts w:ascii="Times New Roman" w:hAnsi="Times New Roman" w:eastAsia="Times New Roman" w:cs="Times New Roman"/>
      <w:sz w:val="24"/>
      <w:lang w:val="ru-RU"/>
      <w:szCs w:val="24"/>
    </w:rPr>
  </w:style>
  <w:style w:type="paragraph" w:styleId="pdq2pgselectionanchorcontainer" w:customStyle="1">
    <w:name w:val="pdq2pg_selectionanchorcontainer"/>
    <w:basedOn w:val="a1"/>
    <w:rsid w:val="00C34953"/>
    <w:pPr>
      <w:spacing w:before="100" w:beforeAutospacing="1" w:after="100" w:afterAutospacing="1" w:line="240" w:lineRule="auto"/>
      <w:jc w:val="start"/>
    </w:pPr>
    <w:rPr>
      <w:rFonts w:ascii="Times New Roman" w:hAnsi="Times New Roman" w:eastAsia="Times New Roman" w:cs="Times New Roman"/>
      <w:sz w:val="24"/>
      <w:lang w:val="ru-RU"/>
      <w:szCs w:val="24"/>
    </w:rPr>
  </w:style>
</w:styles>
</file>

<file path=word/webSettings.xml><?xml version="1.0" encoding="utf-8"?>
<w:webSettings xmlns:w16cid="http://schemas.microsoft.com/office/word/2016/wordml/cid" xmlns:w16se="http://schemas.microsoft.com/office/word/2015/wordml/symex" xmlns:mc="http://schemas.openxmlformats.org/markup-compatibility/2006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="http://schemas.openxmlformats.org/wordprocessingml/2006/main" xmlns:w16cex="http://schemas.microsoft.com/office/word/2018/wordml/cex" mc:Ignorable="w14 w15 w16se w16cid w16 w16cex w16sdtdh">
  <w:divs>
    <w:div w:id="587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?><Relationships xmlns="http://schemas.openxmlformats.org/package/2006/relationships"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header" Target="header2.xml"/><Relationship Id="rId10" Type="http://schemas.openxmlformats.org/officeDocument/2006/relationships/hyperlink" Target="https://rkm.rosatom.ru/innov/events/molodye-radiokhimiki-rosatoma-stali-na-shag-blizhe-k-upravleniyu-sobstvennymi-proektami-niokr/" TargetMode="External"/><Relationship Id="rId8" Type="http://schemas.openxmlformats.org/officeDocument/2006/relationships/image" Target="media/image1.png"/><Relationship Id="rId9" Type="http://schemas.openxmlformats.org/officeDocument/2006/relationships/hyperlink" Target="https://www.rosatom.ru/en/press-centre/news/alexey-likhachev-director-general-of-rosatom-visited-the-el-dabaa-npp-construction-site-in-egypt/" TargetMode="External"/></Relationships>
</file>

<file path=word/_rels/footer1.xml.rels><?xml version="1.0" ?><Relationships xmlns="http://schemas.openxmlformats.org/package/2006/relationships"/>
</file>

<file path=word/_rels/footer2.xml.rels><?xml version="1.0" ?><Relationships xmlns="http://schemas.openxmlformats.org/package/2006/relationships"/>
</file>

<file path=word/_rels/footnotes.xml.rels><?xml version="1.0" ?><Relationships xmlns="http://schemas.openxmlformats.org/package/2006/relationships"><Relationship Id="rId13" Type="http://schemas.openxmlformats.org/officeDocument/2006/relationships/hyperlink" Target="https://www.wto.org/english/tratop_e/covid19_e/vaccine_trade_tracker_12_11_2021.html?utm_source=chatgpt.com" TargetMode="External"/><Relationship Id="rId18" Type="http://schemas.openxmlformats.org/officeDocument/2006/relationships/hyperlink" Target="https://minzdrav.gov.ru/special/ministry/natsproektzdravoohranenie/onko?utm_source=chatgpt.com" TargetMode="External"/><Relationship Id="rId26" Type="http://schemas.openxmlformats.org/officeDocument/2006/relationships/hyperlink" Target="https://amp.championat.com/other/article-5898494-vse-medali-rossijskih-gimnastok-pri-irine-viner-vy-udivites-kak-ih-mnogo-olimpiady-chempionaty-mira.html" TargetMode="External"/><Relationship Id="rId3" Type="http://schemas.openxmlformats.org/officeDocument/2006/relationships/hyperlink" Target="https://&#1085;&#1072;&#1091;&#1082;&#1072;.&#1088;&#1092;/news/kolichestvo-industrialnykh-partnerov-u-studencheskikh-konstruktorskikh-byuro-za-god-uvelichilos-vdvo/" TargetMode="External"/><Relationship Id="rId21" Type="http://schemas.openxmlformats.org/officeDocument/2006/relationships/hyperlink" Target="https://&#1085;&#1072;&#1094;&#1080;&#1086;&#1085;&#1072;&#1083;&#1100;&#1085;&#1099;&#1077;&#1087;&#1088;&#1086;&#1077;&#1082;&#1090;&#1099;.&#1088;&#1092;/news/kogda-sport-norma-zhizni-kak-rossiyan-motiviruyut-zanimatsya-fizkulturoy/" TargetMode="External"/><Relationship Id="rId34" Type="http://schemas.openxmlformats.org/officeDocument/2006/relationships/hyperlink" Target="https://tass.ru/info/1493679" TargetMode="External"/><Relationship Id="rId7" Type="http://schemas.openxmlformats.org/officeDocument/2006/relationships/hyperlink" Target="https://nrcki.ru/product/press-nrcki/vyvod-reaktora-pik-na-ehnergeticheskij-rezhim-43067.shtml?utm_source=chatgpt.com" TargetMode="External"/><Relationship Id="rId12" Type="http://schemas.openxmlformats.org/officeDocument/2006/relationships/hyperlink" Target="https://ria.ru/20220609/covid-1794086823.html?utm_source=chatgpt.com" TargetMode="External"/><Relationship Id="rId17" Type="http://schemas.openxmlformats.org/officeDocument/2006/relationships/hyperlink" Target="https://minzdrav.gov.ru/en/special/regional_news/24394-za-tri-mesyatsa-2025-goda-bolee-4000-novorozhdyonnyh-yugorchan-proshli-obsledovanie-na-nasledstvennye-i-vrozhdyonnye-zabolevaniya" TargetMode="External"/><Relationship Id="rId25" Type="http://schemas.openxmlformats.org/officeDocument/2006/relationships/hyperlink" Target="https://minsport.gov.ru/press-center/news/mezhdunarodnaya-federacziya-gandbola-snyala-ogranicheniya-na-uchastie-rossijskih-sportsmenov/?utm_source=chatgpt.com" TargetMode="External"/><Relationship Id="rId33" Type="http://schemas.openxmlformats.org/officeDocument/2006/relationships/hyperlink" Target="https://mintrans.gov.ru/press-center/news/11856" TargetMode="External"/><Relationship Id="rId2" Type="http://schemas.openxmlformats.org/officeDocument/2006/relationships/hyperlink" Target="https://government.ru/news/54610/" TargetMode="External"/><Relationship Id="rId16" Type="http://schemas.openxmlformats.org/officeDocument/2006/relationships/hyperlink" Target="https://minzdrav.gov.ru/en/regional_news/25213-pochti-100-mladentsev-v-sverdlovskoy-oblasti-obsledovany-po-programme-rasshirennogo-neonatalnogo-skrininga" TargetMode="External"/><Relationship Id="rId20" Type="http://schemas.openxmlformats.org/officeDocument/2006/relationships/hyperlink" Target="https://minsport.gov.ru/press-center/news/mihail-degtyarev-provel-vstrechu-s-deputatami-komiteta-po-fizicheskoj-kulture-i-sportu/" TargetMode="External"/><Relationship Id="rId29" Type="http://schemas.openxmlformats.org/officeDocument/2006/relationships/hyperlink" Target="https://www.specagro.ru/analytics/202407/daydzhest-zernovye-rossiya-v-sezone-202324-zanyala-pervoe-mesto-v-mire-po-eksportu" TargetMode="External"/><Relationship Id="rId1" Type="http://schemas.openxmlformats.org/officeDocument/2006/relationships/hyperlink" Target="https://government.ru/news/56129/" TargetMode="External"/><Relationship Id="rId6" Type="http://schemas.openxmlformats.org/officeDocument/2006/relationships/hyperlink" Target="https://www.rosatom.ru/en/press-centre/news/alexey-likhachev-director-general-of-rosatom-visited-the-el-dabaa-npp-construction-site-in-egypt/" TargetMode="External"/><Relationship Id="rId11" Type="http://schemas.openxmlformats.org/officeDocument/2006/relationships/hyperlink" Target="https://minobrnauki.gov.ru/press-center/news/nauka-i-obrazovanie/97347/" TargetMode="External"/><Relationship Id="rId24" Type="http://schemas.openxmlformats.org/officeDocument/2006/relationships/hyperlink" Target="https://minsport.gov.ru/press-center/news/mihail-degtyarev-prinyal-uchastie-v-zasedanii-komiteta-soveta-federaczii-po-byudzhetu-i-finansovym-rynkam/?utm_source=chatgpt.com" TargetMode="External"/><Relationship Id="rId32" Type="http://schemas.openxmlformats.org/officeDocument/2006/relationships/hyperlink" Target="https://rlw.gov.ru/news/document/24954" TargetMode="External"/><Relationship Id="rId5" Type="http://schemas.openxmlformats.org/officeDocument/2006/relationships/hyperlink" Target="https://rkm.rosatom.ru/innov/events/molodye-radiokhimiki-rosatoma-stali-na-shag-blizhe-k-upravleniyu-sobstven%20nymi-proektami-niokr/" TargetMode="External"/><Relationship Id="rId15" Type="http://schemas.openxmlformats.org/officeDocument/2006/relationships/hyperlink" Target="https://rosstat.gov.ru/bgd/regl/B02_16/IssWWW.exe/Stg/d010/i010430r.htm" TargetMode="External"/><Relationship Id="rId23" Type="http://schemas.openxmlformats.org/officeDocument/2006/relationships/hyperlink" Target="https://minsport.gov.ru/press-center/news/mihail-degtyarev-prinyal-uchastie-v-zasedanii-komiteta-soveta-federaczii-po-byudzhetu-i-finansovym-rynkam/" TargetMode="External"/><Relationship Id="rId28" Type="http://schemas.openxmlformats.org/officeDocument/2006/relationships/hyperlink" Target="https://mcx.gov.ru/press-service/news/na-itogovom-zasedanii-kollegii-minselkhoza-obsudili-itogi-i-prioritety-razvitiya-apk-rossii/" TargetMode="External"/><Relationship Id="rId36" Type="http://schemas.openxmlformats.org/officeDocument/2006/relationships/hyperlink" Target="https://portnews.ru/news/363172/" TargetMode="External"/><Relationship Id="rId10" Type="http://schemas.openxmlformats.org/officeDocument/2006/relationships/hyperlink" Target="https://www.jinr.ru/posts/nts-oiyai-o-statuse-nica-i-razvitii-uchebno-nauchnogo-tsentra/?utm_source=chatgpt.com" TargetMode="External"/><Relationship Id="rId19" Type="http://schemas.openxmlformats.org/officeDocument/2006/relationships/hyperlink" Target="https://new.nmicr.ru/news/nmic-radiologii-pervyj-klinicheskij-opyt-primenenija-mrnk-vakciny/?utm_source=chatgpt.com" TargetMode="External"/><Relationship Id="rId31" Type="http://schemas.openxmlformats.org/officeDocument/2006/relationships/hyperlink" Target="https://mintrans.gov.ru/press-center/news/12593" TargetMode="External"/><Relationship Id="rId4" Type="http://schemas.openxmlformats.org/officeDocument/2006/relationships/hyperlink" Target="https://ih.rosatom.ru/news/podvedeny-itogi-tretego-tsikla-kvantovogo-akseleratora-rosatoma/" TargetMode="External"/><Relationship Id="rId9" Type="http://schemas.openxmlformats.org/officeDocument/2006/relationships/hyperlink" Target="https://srf-skif.ru/index.php/%D0%9D%D0%BE%D0%B2%D0%BE%D1%81%D1%82%D0%B8?utm_source=chatgpt.com" TargetMode="External"/><Relationship Id="rId14" Type="http://schemas.openxmlformats.org/officeDocument/2006/relationships/hyperlink" Target="https://rosstat.gov.ru/folder/210/document/13218" TargetMode="External"/><Relationship Id="rId22" Type="http://schemas.openxmlformats.org/officeDocument/2006/relationships/hyperlink" Target="https://special.kremlin.ru/events/president/transcripts/77057" TargetMode="External"/><Relationship Id="rId27" Type="http://schemas.openxmlformats.org/officeDocument/2006/relationships/hyperlink" Target="https://smtp.fagps.ru/news/v2025godu-rossiya-ukrepila-prodovolstvennuyu/" TargetMode="External"/><Relationship Id="rId30" Type="http://schemas.openxmlformats.org/officeDocument/2006/relationships/hyperlink" Target="https://government.ru/news/58154/" TargetMode="External"/><Relationship Id="rId35" Type="http://schemas.openxmlformats.org/officeDocument/2006/relationships/hyperlink" Target="https://tass.ru/ekonomika/26475333" TargetMode="External"/><Relationship Id="rId8" Type="http://schemas.openxmlformats.org/officeDocument/2006/relationships/hyperlink" Target="https://nrcki.ru/product/nrcki/-55092.shtml?utm_source=chatgpt.com" TargetMode="External"/></Relationships>
</file>

<file path=word/_rels/header1.xml.rels><?xml version="1.0" ?>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?>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.XSL" StyleName="APA"/>
</file>

<file path=customXml/itemProps1.xml><?xml version="1.0" encoding="utf-8"?>
<customXml:datastoreItem xmlns:customXml="http://schemas.openxmlformats.org/officeDocument/2006/customXml" customXml:itemID="{082624F1-57D1-43BD-B810-59ABEBC47006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Normal.dotm</ep:Template>
  <ep:TotalTime>335</ep:TotalTime>
  <ep:Pages>58</ep:Pages>
  <ep:Words>13828</ep:Words>
  <ep:Characters>78823</ep:Characters>
  <ep:Application>Microsoft Office Word</ep:Application>
  <ep:DocSecurity>0</ep:DocSecurity>
  <ep:Lines>656</ep:Lines>
  <ep:Paragraphs>184</ep:Paragraphs>
  <ep:ScaleCrop>false</ep:ScaleCrop>
  <ep: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ep:HeadingPairs>
  <ep:TitlesOfParts>
    <vt:vector size="2" baseType="lpstr">
      <vt:lpstr>Научный потенциал России: от сохранения научного ядра к системе стратегического развития</vt:lpstr>
      <vt:lpstr/>
    </vt:vector>
  </ep:TitlesOfParts>
  <ep:Manager/>
  <ep:Company/>
  <ep:LinksUpToDate>false</ep:LinksUpToDate>
  <ep:CharactersWithSpaces>92467</ep:CharactersWithSpaces>
  <ep:SharedDoc>false</ep:SharedDoc>
  <ep:HyperlinkBase/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>Научный потенциал России: от сохранения научного ядра к системе стратегического развития</dc:title>
  <dc:subject>Конспект лекции для Российского общества «Знание»</dc:subject>
  <dc:creator>Рабочая редакция</dc:creator>
  <cp:keywords>Россия, наука, научный потенциал, образование, РНФ, подстрочные сноски</cp:keywords>
  <dc:description>generated by python-docx</dc:description>
  <cp:lastModifiedBy>Левицкий Федор Сергеевич</cp:lastModifiedBy>
  <cp:revision>18</cp:revision>
  <dcterms:created xsi:type="dcterms:W3CDTF">2026-08-25T09:44:00Z</dcterms:created>
  <dcterms:modified xsi:type="dcterms:W3CDTF">2026-09-14T08:01:00Z</dcterms:modified>
  <cp:category/>
</cp:coreProperties>
</file>